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Jugendgerichtsgesetz (JGG)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04.08.1953</w:t>
      </w:r>
    </w:p>
    <w:p>
      <w:pPr>
        <w:pStyle w:val="Stand"/>
      </w:pPr>
      <w:r>
        <w:rPr>
          <w:b/>
        </w:rPr>
        <w:t xml:space="preserve">Letzte Änderung: </w:t>
      </w:r>
      <w:r>
        <w:t>Art. 21 G v. 25.06.2021 I 2099</w:t>
      </w:r>
    </w:p>
    <w:p>
      <w:pPr>
        <w:pStyle w:val="Stand"/>
      </w:pPr>
      <w:r>
        <w:rPr>
          <w:b/>
        </w:rPr>
        <w:t xml:space="preserve">Neufassung: </w:t>
      </w:r>
      <w:r>
        <w:t>Bek. v. 11.12.1974 I 3427</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Anwendungsbereich</w:t>
        </w:r>
      </w:hyperlink>
    </w:p>
    <w:p>
      <w:pPr>
        <w:pStyle w:val="Übersicht"/>
        <w:ind w:left="340"/>
      </w:pPr>
      <w:hyperlink w:anchor="b1" w:history="1">
        <w:r>
          <w:rPr>
            <w:color w:val="0A3A8C"/>
            <w:u w:val="single"/>
          </w:rPr>
          <w:t xml:space="preserve">§ 1 Persönlicher und sachlicher Anwendungsbereich</w:t>
        </w:r>
      </w:hyperlink>
    </w:p>
    <w:p>
      <w:pPr>
        <w:pStyle w:val="Übersicht"/>
        <w:ind w:left="340"/>
      </w:pPr>
      <w:hyperlink w:anchor="b2" w:history="1">
        <w:r>
          <w:rPr>
            <w:color w:val="0A3A8C"/>
            <w:u w:val="single"/>
          </w:rPr>
          <w:t xml:space="preserve">§ 2 Ziel des Jugendstrafrechts; Anwendung des allgemeinen Strafrechts</w:t>
        </w:r>
      </w:hyperlink>
    </w:p>
    <w:p>
      <w:pPr>
        <w:pStyle w:val="Übersicht"/>
        <w:ind w:left="0"/>
      </w:pPr>
      <w:hyperlink w:anchor="b3" w:history="1">
        <w:r>
          <w:rPr>
            <w:b/>
            <w:color w:val="0A3A8C"/>
            <w:u w:val="single"/>
          </w:rPr>
          <w:t xml:space="preserve">Zweiter Teil Jugendliche</w:t>
        </w:r>
      </w:hyperlink>
    </w:p>
    <w:p>
      <w:pPr>
        <w:pStyle w:val="Übersicht"/>
        <w:ind w:left="340"/>
      </w:pPr>
      <w:hyperlink w:anchor="b4" w:history="1">
        <w:r>
          <w:rPr>
            <w:b/>
            <w:color w:val="0A3A8C"/>
            <w:u w:val="single"/>
          </w:rPr>
          <w:t xml:space="preserve">Erstes Hauptstück Verfehlungen Jugendlicher und ihre Folgen</w:t>
        </w:r>
      </w:hyperlink>
    </w:p>
    <w:p>
      <w:pPr>
        <w:pStyle w:val="Übersicht"/>
        <w:ind w:left="680"/>
      </w:pPr>
      <w:hyperlink w:anchor="b5" w:history="1">
        <w:r>
          <w:rPr>
            <w:b/>
            <w:color w:val="0A3A8C"/>
            <w:u w:val="single"/>
          </w:rPr>
          <w:t xml:space="preserve">Erster Abschnitt Allgemeine Vorschriften</w:t>
        </w:r>
      </w:hyperlink>
    </w:p>
    <w:p>
      <w:pPr>
        <w:pStyle w:val="Übersicht"/>
        <w:ind w:left="1020"/>
      </w:pPr>
      <w:hyperlink w:anchor="b6" w:history="1">
        <w:r>
          <w:rPr>
            <w:color w:val="0A3A8C"/>
            <w:u w:val="single"/>
          </w:rPr>
          <w:t xml:space="preserve">§ 3 Verantwortlichkeit</w:t>
        </w:r>
      </w:hyperlink>
    </w:p>
    <w:p>
      <w:pPr>
        <w:pStyle w:val="Übersicht"/>
        <w:ind w:left="1020"/>
      </w:pPr>
      <w:hyperlink w:anchor="b7" w:history="1">
        <w:r>
          <w:rPr>
            <w:color w:val="0A3A8C"/>
            <w:u w:val="single"/>
          </w:rPr>
          <w:t xml:space="preserve">§ 4 Rechtliche Einordnung der Taten Jugendlicher</w:t>
        </w:r>
      </w:hyperlink>
    </w:p>
    <w:p>
      <w:pPr>
        <w:pStyle w:val="Übersicht"/>
        <w:ind w:left="1020"/>
      </w:pPr>
      <w:hyperlink w:anchor="b8" w:history="1">
        <w:r>
          <w:rPr>
            <w:color w:val="0A3A8C"/>
            <w:u w:val="single"/>
          </w:rPr>
          <w:t xml:space="preserve">§ 5 Die Folgen der Jugendstraftat</w:t>
        </w:r>
      </w:hyperlink>
    </w:p>
    <w:p>
      <w:pPr>
        <w:pStyle w:val="Übersicht"/>
        <w:ind w:left="1020"/>
      </w:pPr>
      <w:hyperlink w:anchor="b9" w:history="1">
        <w:r>
          <w:rPr>
            <w:color w:val="0A3A8C"/>
            <w:u w:val="single"/>
          </w:rPr>
          <w:t xml:space="preserve">§ 6 Nebenfolgen</w:t>
        </w:r>
      </w:hyperlink>
    </w:p>
    <w:p>
      <w:pPr>
        <w:pStyle w:val="Übersicht"/>
        <w:ind w:left="1020"/>
      </w:pPr>
      <w:hyperlink w:anchor="b10" w:history="1">
        <w:r>
          <w:rPr>
            <w:color w:val="0A3A8C"/>
            <w:u w:val="single"/>
          </w:rPr>
          <w:t xml:space="preserve">§ 7 Maßregeln der Besserung und Sicherung</w:t>
        </w:r>
      </w:hyperlink>
    </w:p>
    <w:p>
      <w:pPr>
        <w:pStyle w:val="Übersicht"/>
        <w:ind w:left="1020"/>
      </w:pPr>
      <w:hyperlink w:anchor="b11" w:history="1">
        <w:r>
          <w:rPr>
            <w:color w:val="0A3A8C"/>
            <w:u w:val="single"/>
          </w:rPr>
          <w:t xml:space="preserve">§ 8 Verbindung von Maßnahmen und Jugendstrafe</w:t>
        </w:r>
      </w:hyperlink>
    </w:p>
    <w:p>
      <w:pPr>
        <w:pStyle w:val="Übersicht"/>
        <w:ind w:left="680"/>
      </w:pPr>
      <w:hyperlink w:anchor="b12" w:history="1">
        <w:r>
          <w:rPr>
            <w:b/>
            <w:color w:val="0A3A8C"/>
            <w:u w:val="single"/>
          </w:rPr>
          <w:t xml:space="preserve">Zweiter Abschnitt Erziehungsmaßregeln</w:t>
        </w:r>
      </w:hyperlink>
    </w:p>
    <w:p>
      <w:pPr>
        <w:pStyle w:val="Übersicht"/>
        <w:ind w:left="1020"/>
      </w:pPr>
      <w:hyperlink w:anchor="b13" w:history="1">
        <w:r>
          <w:rPr>
            <w:color w:val="0A3A8C"/>
            <w:u w:val="single"/>
          </w:rPr>
          <w:t xml:space="preserve">§ 9 Arten</w:t>
        </w:r>
      </w:hyperlink>
    </w:p>
    <w:p>
      <w:pPr>
        <w:pStyle w:val="Übersicht"/>
        <w:ind w:left="1020"/>
      </w:pPr>
      <w:hyperlink w:anchor="b14" w:history="1">
        <w:r>
          <w:rPr>
            <w:color w:val="0A3A8C"/>
            <w:u w:val="single"/>
          </w:rPr>
          <w:t xml:space="preserve">§ 10 Weisungen</w:t>
        </w:r>
      </w:hyperlink>
    </w:p>
    <w:p>
      <w:pPr>
        <w:pStyle w:val="Übersicht"/>
        <w:ind w:left="1020"/>
      </w:pPr>
      <w:hyperlink w:anchor="b15" w:history="1">
        <w:r>
          <w:rPr>
            <w:color w:val="0A3A8C"/>
            <w:u w:val="single"/>
          </w:rPr>
          <w:t xml:space="preserve">§ 11 Laufzeit und nachträgliche Änderung von Weisungen;Folgen der Zuwiderhandlung</w:t>
        </w:r>
      </w:hyperlink>
    </w:p>
    <w:p>
      <w:pPr>
        <w:pStyle w:val="Übersicht"/>
        <w:ind w:left="1020"/>
      </w:pPr>
      <w:hyperlink w:anchor="b16" w:history="1">
        <w:r>
          <w:rPr>
            <w:color w:val="0A3A8C"/>
            <w:u w:val="single"/>
          </w:rPr>
          <w:t xml:space="preserve">§ 12 Hilfe zur Erziehung</w:t>
        </w:r>
      </w:hyperlink>
    </w:p>
    <w:p>
      <w:pPr>
        <w:pStyle w:val="Übersicht"/>
        <w:ind w:left="680"/>
      </w:pPr>
      <w:hyperlink w:anchor="b17" w:history="1">
        <w:r>
          <w:rPr>
            <w:b/>
            <w:color w:val="0A3A8C"/>
            <w:u w:val="single"/>
          </w:rPr>
          <w:t xml:space="preserve">Dritter Abschnitt Zuchtmittel</w:t>
        </w:r>
      </w:hyperlink>
    </w:p>
    <w:p>
      <w:pPr>
        <w:pStyle w:val="Übersicht"/>
        <w:ind w:left="1020"/>
      </w:pPr>
      <w:hyperlink w:anchor="b18" w:history="1">
        <w:r>
          <w:rPr>
            <w:color w:val="0A3A8C"/>
            <w:u w:val="single"/>
          </w:rPr>
          <w:t xml:space="preserve">§ 13 Arten und Anwendung</w:t>
        </w:r>
      </w:hyperlink>
    </w:p>
    <w:p>
      <w:pPr>
        <w:pStyle w:val="Übersicht"/>
        <w:ind w:left="1020"/>
      </w:pPr>
      <w:hyperlink w:anchor="b19" w:history="1">
        <w:r>
          <w:rPr>
            <w:color w:val="0A3A8C"/>
            <w:u w:val="single"/>
          </w:rPr>
          <w:t xml:space="preserve">§ 14 Verwarnung</w:t>
        </w:r>
      </w:hyperlink>
    </w:p>
    <w:p>
      <w:pPr>
        <w:pStyle w:val="Übersicht"/>
        <w:ind w:left="1020"/>
      </w:pPr>
      <w:hyperlink w:anchor="b20" w:history="1">
        <w:r>
          <w:rPr>
            <w:color w:val="0A3A8C"/>
            <w:u w:val="single"/>
          </w:rPr>
          <w:t xml:space="preserve">§ 15 Auflagen</w:t>
        </w:r>
      </w:hyperlink>
    </w:p>
    <w:p>
      <w:pPr>
        <w:pStyle w:val="Übersicht"/>
        <w:ind w:left="1020"/>
      </w:pPr>
      <w:hyperlink w:anchor="b21" w:history="1">
        <w:r>
          <w:rPr>
            <w:color w:val="0A3A8C"/>
            <w:u w:val="single"/>
          </w:rPr>
          <w:t xml:space="preserve">§ 16 Jugendarrest</w:t>
        </w:r>
      </w:hyperlink>
    </w:p>
    <w:p>
      <w:pPr>
        <w:pStyle w:val="Übersicht"/>
        <w:ind w:left="1020"/>
      </w:pPr>
      <w:hyperlink w:anchor="b22" w:history="1">
        <w:r>
          <w:rPr>
            <w:color w:val="0A3A8C"/>
            <w:u w:val="single"/>
          </w:rPr>
          <w:t xml:space="preserve">§ 16a Jugendarrest neben Jugendstrafe</w:t>
        </w:r>
      </w:hyperlink>
    </w:p>
    <w:p>
      <w:pPr>
        <w:pStyle w:val="Übersicht"/>
        <w:ind w:left="680"/>
      </w:pPr>
      <w:hyperlink w:anchor="b23" w:history="1">
        <w:r>
          <w:rPr>
            <w:b/>
            <w:color w:val="0A3A8C"/>
            <w:u w:val="single"/>
          </w:rPr>
          <w:t xml:space="preserve">Vierter Abschnitt Die Jugendstrafe</w:t>
        </w:r>
      </w:hyperlink>
    </w:p>
    <w:p>
      <w:pPr>
        <w:pStyle w:val="Übersicht"/>
        <w:ind w:left="1020"/>
      </w:pPr>
      <w:hyperlink w:anchor="b24" w:history="1">
        <w:r>
          <w:rPr>
            <w:color w:val="0A3A8C"/>
            <w:u w:val="single"/>
          </w:rPr>
          <w:t xml:space="preserve">§ 17 Form und Voraussetzungen</w:t>
        </w:r>
      </w:hyperlink>
    </w:p>
    <w:p>
      <w:pPr>
        <w:pStyle w:val="Übersicht"/>
        <w:ind w:left="1020"/>
      </w:pPr>
      <w:hyperlink w:anchor="b25" w:history="1">
        <w:r>
          <w:rPr>
            <w:color w:val="0A3A8C"/>
            <w:u w:val="single"/>
          </w:rPr>
          <w:t xml:space="preserve">§ 18 Dauer der Jugendstrafe</w:t>
        </w:r>
      </w:hyperlink>
    </w:p>
    <w:p>
      <w:pPr>
        <w:pStyle w:val="Übersicht"/>
        <w:ind w:left="1020"/>
      </w:pPr>
      <w:hyperlink w:anchor="b26" w:history="1">
        <w:r>
          <w:rPr>
            <w:color w:val="0A3A8C"/>
            <w:u w:val="single"/>
          </w:rPr>
          <w:t xml:space="preserve">§ 19</w:t>
        </w:r>
      </w:hyperlink>
    </w:p>
    <w:p>
      <w:pPr>
        <w:pStyle w:val="Übersicht"/>
        <w:ind w:left="680"/>
      </w:pPr>
      <w:hyperlink w:anchor="b27" w:history="1">
        <w:r>
          <w:rPr>
            <w:b/>
            <w:color w:val="0A3A8C"/>
            <w:u w:val="single"/>
          </w:rPr>
          <w:t xml:space="preserve">Fünfter Abschnitt Aussetzung der Jugendstrafe zur Bewährung</w:t>
        </w:r>
      </w:hyperlink>
    </w:p>
    <w:p>
      <w:pPr>
        <w:pStyle w:val="Übersicht"/>
        <w:ind w:left="1020"/>
      </w:pPr>
      <w:hyperlink w:anchor="b28" w:history="1">
        <w:r>
          <w:rPr>
            <w:color w:val="0A3A8C"/>
            <w:u w:val="single"/>
          </w:rPr>
          <w:t xml:space="preserve">§ 20</w:t>
        </w:r>
      </w:hyperlink>
    </w:p>
    <w:p>
      <w:pPr>
        <w:pStyle w:val="Übersicht"/>
        <w:ind w:left="1020"/>
      </w:pPr>
      <w:hyperlink w:anchor="b29" w:history="1">
        <w:r>
          <w:rPr>
            <w:color w:val="0A3A8C"/>
            <w:u w:val="single"/>
          </w:rPr>
          <w:t xml:space="preserve">§ 21 Strafaussetzung</w:t>
        </w:r>
      </w:hyperlink>
    </w:p>
    <w:p>
      <w:pPr>
        <w:pStyle w:val="Übersicht"/>
        <w:ind w:left="1020"/>
      </w:pPr>
      <w:hyperlink w:anchor="b30" w:history="1">
        <w:r>
          <w:rPr>
            <w:color w:val="0A3A8C"/>
            <w:u w:val="single"/>
          </w:rPr>
          <w:t xml:space="preserve">§ 22 Bewährungszeit</w:t>
        </w:r>
      </w:hyperlink>
    </w:p>
    <w:p>
      <w:pPr>
        <w:pStyle w:val="Übersicht"/>
        <w:ind w:left="1020"/>
      </w:pPr>
      <w:hyperlink w:anchor="b31" w:history="1">
        <w:r>
          <w:rPr>
            <w:color w:val="0A3A8C"/>
            <w:u w:val="single"/>
          </w:rPr>
          <w:t xml:space="preserve">§ 23 Weisungen und Auflagen</w:t>
        </w:r>
      </w:hyperlink>
    </w:p>
    <w:p>
      <w:pPr>
        <w:pStyle w:val="Übersicht"/>
        <w:ind w:left="1020"/>
      </w:pPr>
      <w:hyperlink w:anchor="b32" w:history="1">
        <w:r>
          <w:rPr>
            <w:color w:val="0A3A8C"/>
            <w:u w:val="single"/>
          </w:rPr>
          <w:t xml:space="preserve">§ 24 Bewährungshilfe</w:t>
        </w:r>
      </w:hyperlink>
    </w:p>
    <w:p>
      <w:pPr>
        <w:pStyle w:val="Übersicht"/>
        <w:ind w:left="1020"/>
      </w:pPr>
      <w:hyperlink w:anchor="b33" w:history="1">
        <w:r>
          <w:rPr>
            <w:color w:val="0A3A8C"/>
            <w:u w:val="single"/>
          </w:rPr>
          <w:t xml:space="preserve">§ 25 Bestellung und Pflichten des Bewährungshelfers</w:t>
        </w:r>
      </w:hyperlink>
    </w:p>
    <w:p>
      <w:pPr>
        <w:pStyle w:val="Übersicht"/>
        <w:ind w:left="1020"/>
      </w:pPr>
      <w:hyperlink w:anchor="b34" w:history="1">
        <w:r>
          <w:rPr>
            <w:color w:val="0A3A8C"/>
            <w:u w:val="single"/>
          </w:rPr>
          <w:t xml:space="preserve">§ 26 Widerruf der Strafaussetzung</w:t>
        </w:r>
      </w:hyperlink>
    </w:p>
    <w:p>
      <w:pPr>
        <w:pStyle w:val="Übersicht"/>
        <w:ind w:left="1020"/>
      </w:pPr>
      <w:hyperlink w:anchor="b35" w:history="1">
        <w:r>
          <w:rPr>
            <w:color w:val="0A3A8C"/>
            <w:u w:val="single"/>
          </w:rPr>
          <w:t xml:space="preserve">§ 26a Erlaß der Jugendstrafe</w:t>
        </w:r>
      </w:hyperlink>
    </w:p>
    <w:p>
      <w:pPr>
        <w:pStyle w:val="Übersicht"/>
        <w:ind w:left="680"/>
      </w:pPr>
      <w:hyperlink w:anchor="b36" w:history="1">
        <w:r>
          <w:rPr>
            <w:b/>
            <w:color w:val="0A3A8C"/>
            <w:u w:val="single"/>
          </w:rPr>
          <w:t xml:space="preserve">Sechster Abschnitt Aussetzung der Verhängung der Jugendstrafe</w:t>
        </w:r>
      </w:hyperlink>
    </w:p>
    <w:p>
      <w:pPr>
        <w:pStyle w:val="Übersicht"/>
        <w:ind w:left="1020"/>
      </w:pPr>
      <w:hyperlink w:anchor="b37" w:history="1">
        <w:r>
          <w:rPr>
            <w:color w:val="0A3A8C"/>
            <w:u w:val="single"/>
          </w:rPr>
          <w:t xml:space="preserve">§ 27 Voraussetzungen</w:t>
        </w:r>
      </w:hyperlink>
    </w:p>
    <w:p>
      <w:pPr>
        <w:pStyle w:val="Übersicht"/>
        <w:ind w:left="1020"/>
      </w:pPr>
      <w:hyperlink w:anchor="b38" w:history="1">
        <w:r>
          <w:rPr>
            <w:color w:val="0A3A8C"/>
            <w:u w:val="single"/>
          </w:rPr>
          <w:t xml:space="preserve">§ 28 Bewährungszeit</w:t>
        </w:r>
      </w:hyperlink>
    </w:p>
    <w:p>
      <w:pPr>
        <w:pStyle w:val="Übersicht"/>
        <w:ind w:left="1020"/>
      </w:pPr>
      <w:hyperlink w:anchor="b39" w:history="1">
        <w:r>
          <w:rPr>
            <w:color w:val="0A3A8C"/>
            <w:u w:val="single"/>
          </w:rPr>
          <w:t xml:space="preserve">§ 29 Bewährungshilfe</w:t>
        </w:r>
      </w:hyperlink>
    </w:p>
    <w:p>
      <w:pPr>
        <w:pStyle w:val="Übersicht"/>
        <w:ind w:left="1020"/>
      </w:pPr>
      <w:hyperlink w:anchor="b40" w:history="1">
        <w:r>
          <w:rPr>
            <w:color w:val="0A3A8C"/>
            <w:u w:val="single"/>
          </w:rPr>
          <w:t xml:space="preserve">§ 30 Verhängung der Jugendstrafe;Tilgung des Schuldspruchs</w:t>
        </w:r>
      </w:hyperlink>
    </w:p>
    <w:p>
      <w:pPr>
        <w:pStyle w:val="Übersicht"/>
        <w:ind w:left="680"/>
      </w:pPr>
      <w:hyperlink w:anchor="b41" w:history="1">
        <w:r>
          <w:rPr>
            <w:b/>
            <w:color w:val="0A3A8C"/>
            <w:u w:val="single"/>
          </w:rPr>
          <w:t xml:space="preserve">Siebenter Abschnitt Mehrere Straftaten</w:t>
        </w:r>
      </w:hyperlink>
    </w:p>
    <w:p>
      <w:pPr>
        <w:pStyle w:val="Übersicht"/>
        <w:ind w:left="1020"/>
      </w:pPr>
      <w:hyperlink w:anchor="b42" w:history="1">
        <w:r>
          <w:rPr>
            <w:color w:val="0A3A8C"/>
            <w:u w:val="single"/>
          </w:rPr>
          <w:t xml:space="preserve">§ 31 Mehrere Straftaten eines Jugendlichen</w:t>
        </w:r>
      </w:hyperlink>
    </w:p>
    <w:p>
      <w:pPr>
        <w:pStyle w:val="Übersicht"/>
        <w:ind w:left="1020"/>
      </w:pPr>
      <w:hyperlink w:anchor="b43" w:history="1">
        <w:r>
          <w:rPr>
            <w:color w:val="0A3A8C"/>
            <w:u w:val="single"/>
          </w:rPr>
          <w:t xml:space="preserve">§ 32 Mehrere Straftaten in verschiedenen Alters- und Reifestufen</w:t>
        </w:r>
      </w:hyperlink>
    </w:p>
    <w:p>
      <w:pPr>
        <w:pStyle w:val="Übersicht"/>
        <w:ind w:left="340"/>
      </w:pPr>
      <w:hyperlink w:anchor="b44" w:history="1">
        <w:r>
          <w:rPr>
            <w:b/>
            <w:color w:val="0A3A8C"/>
            <w:u w:val="single"/>
          </w:rPr>
          <w:t xml:space="preserve">Zweites Hauptstück Jugendgerichtsverfassung und Jugendstrafverfahren</w:t>
        </w:r>
      </w:hyperlink>
    </w:p>
    <w:p>
      <w:pPr>
        <w:pStyle w:val="Übersicht"/>
        <w:ind w:left="680"/>
      </w:pPr>
      <w:hyperlink w:anchor="b45" w:history="1">
        <w:r>
          <w:rPr>
            <w:b/>
            <w:color w:val="0A3A8C"/>
            <w:u w:val="single"/>
          </w:rPr>
          <w:t xml:space="preserve">Erster Abschnitt Jugendgerichtsverfassung</w:t>
        </w:r>
      </w:hyperlink>
    </w:p>
    <w:p>
      <w:pPr>
        <w:pStyle w:val="Übersicht"/>
        <w:ind w:left="1020"/>
      </w:pPr>
      <w:hyperlink w:anchor="b46" w:history="1">
        <w:r>
          <w:rPr>
            <w:color w:val="0A3A8C"/>
            <w:u w:val="single"/>
          </w:rPr>
          <w:t xml:space="preserve">§ 33 Jugendgerichte</w:t>
        </w:r>
      </w:hyperlink>
    </w:p>
    <w:p>
      <w:pPr>
        <w:pStyle w:val="Übersicht"/>
        <w:ind w:left="1020"/>
      </w:pPr>
      <w:hyperlink w:anchor="b47" w:history="1">
        <w:r>
          <w:rPr>
            <w:color w:val="0A3A8C"/>
            <w:u w:val="single"/>
          </w:rPr>
          <w:t xml:space="preserve">§ 33a Besetzung des Jugendschöffengerichts</w:t>
        </w:r>
      </w:hyperlink>
    </w:p>
    <w:p>
      <w:pPr>
        <w:pStyle w:val="Übersicht"/>
        <w:ind w:left="1020"/>
      </w:pPr>
      <w:hyperlink w:anchor="b48" w:history="1">
        <w:r>
          <w:rPr>
            <w:color w:val="0A3A8C"/>
            <w:u w:val="single"/>
          </w:rPr>
          <w:t xml:space="preserve">§ 33b Besetzung der Jugendkammer</w:t>
        </w:r>
      </w:hyperlink>
    </w:p>
    <w:p>
      <w:pPr>
        <w:pStyle w:val="Übersicht"/>
        <w:ind w:left="1020"/>
      </w:pPr>
      <w:hyperlink w:anchor="b49" w:history="1">
        <w:r>
          <w:rPr>
            <w:color w:val="0A3A8C"/>
            <w:u w:val="single"/>
          </w:rPr>
          <w:t xml:space="preserve">§ 34 Aufgaben des Jugendrichters</w:t>
        </w:r>
      </w:hyperlink>
    </w:p>
    <w:p>
      <w:pPr>
        <w:pStyle w:val="Übersicht"/>
        <w:ind w:left="1020"/>
      </w:pPr>
      <w:hyperlink w:anchor="b50" w:history="1">
        <w:r>
          <w:rPr>
            <w:color w:val="0A3A8C"/>
            <w:u w:val="single"/>
          </w:rPr>
          <w:t xml:space="preserve">§ 35 Jugendschöffen</w:t>
        </w:r>
      </w:hyperlink>
    </w:p>
    <w:p>
      <w:pPr>
        <w:pStyle w:val="Übersicht"/>
        <w:ind w:left="1020"/>
      </w:pPr>
      <w:hyperlink w:anchor="b51" w:history="1">
        <w:r>
          <w:rPr>
            <w:color w:val="0A3A8C"/>
            <w:u w:val="single"/>
          </w:rPr>
          <w:t xml:space="preserve">§ 36 Jugendstaatsanwalt</w:t>
        </w:r>
      </w:hyperlink>
    </w:p>
    <w:p>
      <w:pPr>
        <w:pStyle w:val="Übersicht"/>
        <w:ind w:left="1020"/>
      </w:pPr>
      <w:hyperlink w:anchor="b52" w:history="1">
        <w:r>
          <w:rPr>
            <w:color w:val="0A3A8C"/>
            <w:u w:val="single"/>
          </w:rPr>
          <w:t xml:space="preserve">§ 37 Auswahl der Jugendrichter und Jugendstaatsanwälte</w:t>
        </w:r>
      </w:hyperlink>
    </w:p>
    <w:p>
      <w:pPr>
        <w:pStyle w:val="Übersicht"/>
        <w:ind w:left="1020"/>
      </w:pPr>
      <w:hyperlink w:anchor="b53" w:history="1">
        <w:r>
          <w:rPr>
            <w:color w:val="0A3A8C"/>
            <w:u w:val="single"/>
          </w:rPr>
          <w:t xml:space="preserve">§ 37a Zusammenarbeit in gemeinsamen Gremien</w:t>
        </w:r>
      </w:hyperlink>
    </w:p>
    <w:p>
      <w:pPr>
        <w:pStyle w:val="Übersicht"/>
        <w:ind w:left="1020"/>
      </w:pPr>
      <w:hyperlink w:anchor="b54" w:history="1">
        <w:r>
          <w:rPr>
            <w:color w:val="0A3A8C"/>
            <w:u w:val="single"/>
          </w:rPr>
          <w:t xml:space="preserve">§ 38 Jugendgerichtshilfe</w:t>
        </w:r>
      </w:hyperlink>
    </w:p>
    <w:p>
      <w:pPr>
        <w:pStyle w:val="Übersicht"/>
        <w:ind w:left="680"/>
      </w:pPr>
      <w:hyperlink w:anchor="b55" w:history="1">
        <w:r>
          <w:rPr>
            <w:b/>
            <w:color w:val="0A3A8C"/>
            <w:u w:val="single"/>
          </w:rPr>
          <w:t xml:space="preserve">Zweiter Abschnitt Zuständigkeit</w:t>
        </w:r>
      </w:hyperlink>
    </w:p>
    <w:p>
      <w:pPr>
        <w:pStyle w:val="Übersicht"/>
        <w:ind w:left="1020"/>
      </w:pPr>
      <w:hyperlink w:anchor="b56" w:history="1">
        <w:r>
          <w:rPr>
            <w:color w:val="0A3A8C"/>
            <w:u w:val="single"/>
          </w:rPr>
          <w:t xml:space="preserve">§ 39 Sachliche Zuständigkeit des Jugendrichters</w:t>
        </w:r>
      </w:hyperlink>
    </w:p>
    <w:p>
      <w:pPr>
        <w:pStyle w:val="Übersicht"/>
        <w:ind w:left="1020"/>
      </w:pPr>
      <w:hyperlink w:anchor="b57" w:history="1">
        <w:r>
          <w:rPr>
            <w:color w:val="0A3A8C"/>
            <w:u w:val="single"/>
          </w:rPr>
          <w:t xml:space="preserve">§ 40 Sachliche Zuständigkeit des Jugendschöffengerichts</w:t>
        </w:r>
      </w:hyperlink>
    </w:p>
    <w:p>
      <w:pPr>
        <w:pStyle w:val="Übersicht"/>
        <w:ind w:left="1020"/>
      </w:pPr>
      <w:hyperlink w:anchor="b58" w:history="1">
        <w:r>
          <w:rPr>
            <w:color w:val="0A3A8C"/>
            <w:u w:val="single"/>
          </w:rPr>
          <w:t xml:space="preserve">§ 41 Sachliche Zuständigkeit der Jugendkammer</w:t>
        </w:r>
      </w:hyperlink>
    </w:p>
    <w:p>
      <w:pPr>
        <w:pStyle w:val="Übersicht"/>
        <w:ind w:left="1020"/>
      </w:pPr>
      <w:hyperlink w:anchor="b59" w:history="1">
        <w:r>
          <w:rPr>
            <w:color w:val="0A3A8C"/>
            <w:u w:val="single"/>
          </w:rPr>
          <w:t xml:space="preserve">§ 42 Örtliche Zuständigkeit</w:t>
        </w:r>
      </w:hyperlink>
    </w:p>
    <w:p>
      <w:pPr>
        <w:pStyle w:val="Übersicht"/>
        <w:ind w:left="680"/>
      </w:pPr>
      <w:hyperlink w:anchor="b60" w:history="1">
        <w:r>
          <w:rPr>
            <w:b/>
            <w:color w:val="0A3A8C"/>
            <w:u w:val="single"/>
          </w:rPr>
          <w:t xml:space="preserve">Dritter Abschnitt Jugendstrafverfahren</w:t>
        </w:r>
      </w:hyperlink>
    </w:p>
    <w:p>
      <w:pPr>
        <w:pStyle w:val="Übersicht"/>
        <w:ind w:left="1020"/>
      </w:pPr>
      <w:hyperlink w:anchor="b61" w:history="1">
        <w:r>
          <w:rPr>
            <w:b/>
            <w:color w:val="0A3A8C"/>
            <w:u w:val="single"/>
          </w:rPr>
          <w:t xml:space="preserve">Erster Unterabschnitt Das Vorverfahren</w:t>
        </w:r>
      </w:hyperlink>
    </w:p>
    <w:p>
      <w:pPr>
        <w:pStyle w:val="Übersicht"/>
        <w:ind w:left="1361"/>
      </w:pPr>
      <w:hyperlink w:anchor="b62" w:history="1">
        <w:r>
          <w:rPr>
            <w:color w:val="0A3A8C"/>
            <w:u w:val="single"/>
          </w:rPr>
          <w:t xml:space="preserve">§ 43 Umfang der Ermittlungen</w:t>
        </w:r>
      </w:hyperlink>
    </w:p>
    <w:p>
      <w:pPr>
        <w:pStyle w:val="Übersicht"/>
        <w:ind w:left="1361"/>
      </w:pPr>
      <w:hyperlink w:anchor="b63" w:history="1">
        <w:r>
          <w:rPr>
            <w:color w:val="0A3A8C"/>
            <w:u w:val="single"/>
          </w:rPr>
          <w:t xml:space="preserve">§ 44 Vernehmung des Beschuldigten bei zu erwartender Jugendstrafe</w:t>
        </w:r>
      </w:hyperlink>
    </w:p>
    <w:p>
      <w:pPr>
        <w:pStyle w:val="Übersicht"/>
        <w:ind w:left="1361"/>
      </w:pPr>
      <w:hyperlink w:anchor="b64" w:history="1">
        <w:r>
          <w:rPr>
            <w:color w:val="0A3A8C"/>
            <w:u w:val="single"/>
          </w:rPr>
          <w:t xml:space="preserve">§ 45 Absehen von der Verfolgung</w:t>
        </w:r>
      </w:hyperlink>
    </w:p>
    <w:p>
      <w:pPr>
        <w:pStyle w:val="Übersicht"/>
        <w:ind w:left="1361"/>
      </w:pPr>
      <w:hyperlink w:anchor="b65" w:history="1">
        <w:r>
          <w:rPr>
            <w:color w:val="0A3A8C"/>
            <w:u w:val="single"/>
          </w:rPr>
          <w:t xml:space="preserve">§ 46 Wesentliches Ergebnis der Ermittlungen</w:t>
        </w:r>
      </w:hyperlink>
    </w:p>
    <w:p>
      <w:pPr>
        <w:pStyle w:val="Übersicht"/>
        <w:ind w:left="1361"/>
      </w:pPr>
      <w:hyperlink w:anchor="b66" w:history="1">
        <w:r>
          <w:rPr>
            <w:color w:val="0A3A8C"/>
            <w:u w:val="single"/>
          </w:rPr>
          <w:t xml:space="preserve">§ 46a Anklage vor Berichterstattung der Jugendgerichtshilfe</w:t>
        </w:r>
      </w:hyperlink>
    </w:p>
    <w:p>
      <w:pPr>
        <w:pStyle w:val="Übersicht"/>
        <w:ind w:left="1020"/>
      </w:pPr>
      <w:hyperlink w:anchor="b67" w:history="1">
        <w:r>
          <w:rPr>
            <w:b/>
            <w:color w:val="0A3A8C"/>
            <w:u w:val="single"/>
          </w:rPr>
          <w:t xml:space="preserve">Zweiter Unterabschnitt Das Hauptverfahren</w:t>
        </w:r>
      </w:hyperlink>
    </w:p>
    <w:p>
      <w:pPr>
        <w:pStyle w:val="Übersicht"/>
        <w:ind w:left="1361"/>
      </w:pPr>
      <w:hyperlink w:anchor="b68" w:history="1">
        <w:r>
          <w:rPr>
            <w:color w:val="0A3A8C"/>
            <w:u w:val="single"/>
          </w:rPr>
          <w:t xml:space="preserve">§ 47 Einstellung des Verfahrens durch den Richter</w:t>
        </w:r>
      </w:hyperlink>
    </w:p>
    <w:p>
      <w:pPr>
        <w:pStyle w:val="Übersicht"/>
        <w:ind w:left="1361"/>
      </w:pPr>
      <w:hyperlink w:anchor="b69" w:history="1">
        <w:r>
          <w:rPr>
            <w:color w:val="0A3A8C"/>
            <w:u w:val="single"/>
          </w:rPr>
          <w:t xml:space="preserve">§ 47a Vorrang der Jugendgerichte</w:t>
        </w:r>
      </w:hyperlink>
    </w:p>
    <w:p>
      <w:pPr>
        <w:pStyle w:val="Übersicht"/>
        <w:ind w:left="1361"/>
      </w:pPr>
      <w:hyperlink w:anchor="b70" w:history="1">
        <w:r>
          <w:rPr>
            <w:color w:val="0A3A8C"/>
            <w:u w:val="single"/>
          </w:rPr>
          <w:t xml:space="preserve">§ 48 Nichtöffentlichkeit</w:t>
        </w:r>
      </w:hyperlink>
    </w:p>
    <w:p>
      <w:pPr>
        <w:pStyle w:val="Übersicht"/>
        <w:ind w:left="1361"/>
      </w:pPr>
      <w:hyperlink w:anchor="b71" w:history="1">
        <w:r>
          <w:rPr>
            <w:color w:val="0A3A8C"/>
            <w:u w:val="single"/>
          </w:rPr>
          <w:t xml:space="preserve">§ 49</w:t>
        </w:r>
      </w:hyperlink>
    </w:p>
    <w:p>
      <w:pPr>
        <w:pStyle w:val="Übersicht"/>
        <w:ind w:left="1361"/>
      </w:pPr>
      <w:hyperlink w:anchor="b72" w:history="1">
        <w:r>
          <w:rPr>
            <w:color w:val="0A3A8C"/>
            <w:u w:val="single"/>
          </w:rPr>
          <w:t xml:space="preserve">§ 50 Anwesenheit in der Hauptverhandlung</w:t>
        </w:r>
      </w:hyperlink>
    </w:p>
    <w:p>
      <w:pPr>
        <w:pStyle w:val="Übersicht"/>
        <w:ind w:left="1361"/>
      </w:pPr>
      <w:hyperlink w:anchor="b73" w:history="1">
        <w:r>
          <w:rPr>
            <w:color w:val="0A3A8C"/>
            <w:u w:val="single"/>
          </w:rPr>
          <w:t xml:space="preserve">§ 51 Zeitweilige Ausschließung von Beteiligten</w:t>
        </w:r>
      </w:hyperlink>
    </w:p>
    <w:p>
      <w:pPr>
        <w:pStyle w:val="Übersicht"/>
        <w:ind w:left="1361"/>
      </w:pPr>
      <w:hyperlink w:anchor="b74" w:history="1">
        <w:r>
          <w:rPr>
            <w:color w:val="0A3A8C"/>
            <w:u w:val="single"/>
          </w:rPr>
          <w:t xml:space="preserve">§ 51a Neubeginn der Hauptverhandlung</w:t>
        </w:r>
      </w:hyperlink>
    </w:p>
    <w:p>
      <w:pPr>
        <w:pStyle w:val="Übersicht"/>
        <w:ind w:left="1361"/>
      </w:pPr>
      <w:hyperlink w:anchor="b75" w:history="1">
        <w:r>
          <w:rPr>
            <w:color w:val="0A3A8C"/>
            <w:u w:val="single"/>
          </w:rPr>
          <w:t xml:space="preserve">§ 52 Berücksichtigung von Untersuchungshaft bei Jugendarrest</w:t>
        </w:r>
      </w:hyperlink>
    </w:p>
    <w:p>
      <w:pPr>
        <w:pStyle w:val="Übersicht"/>
        <w:ind w:left="1361"/>
      </w:pPr>
      <w:hyperlink w:anchor="b76" w:history="1">
        <w:r>
          <w:rPr>
            <w:color w:val="0A3A8C"/>
            <w:u w:val="single"/>
          </w:rPr>
          <w:t xml:space="preserve">§ 52a Anrechnung von Untersuchungshaft bei Jugendstrafe</w:t>
        </w:r>
      </w:hyperlink>
    </w:p>
    <w:p>
      <w:pPr>
        <w:pStyle w:val="Übersicht"/>
        <w:ind w:left="1361"/>
      </w:pPr>
      <w:hyperlink w:anchor="b77" w:history="1">
        <w:r>
          <w:rPr>
            <w:color w:val="0A3A8C"/>
            <w:u w:val="single"/>
          </w:rPr>
          <w:t xml:space="preserve">§ 53 Überweisung an das Familiengericht</w:t>
        </w:r>
      </w:hyperlink>
    </w:p>
    <w:p>
      <w:pPr>
        <w:pStyle w:val="Übersicht"/>
        <w:ind w:left="1361"/>
      </w:pPr>
      <w:hyperlink w:anchor="b78" w:history="1">
        <w:r>
          <w:rPr>
            <w:color w:val="0A3A8C"/>
            <w:u w:val="single"/>
          </w:rPr>
          <w:t xml:space="preserve">§ 54 Urteilsgründe</w:t>
        </w:r>
      </w:hyperlink>
    </w:p>
    <w:p>
      <w:pPr>
        <w:pStyle w:val="Übersicht"/>
        <w:ind w:left="1020"/>
      </w:pPr>
      <w:hyperlink w:anchor="b79" w:history="1">
        <w:r>
          <w:rPr>
            <w:b/>
            <w:color w:val="0A3A8C"/>
            <w:u w:val="single"/>
          </w:rPr>
          <w:t xml:space="preserve">Dritter Unterabschnitt Rechtsmittelverfahren</w:t>
        </w:r>
      </w:hyperlink>
    </w:p>
    <w:p>
      <w:pPr>
        <w:pStyle w:val="Übersicht"/>
        <w:ind w:left="1361"/>
      </w:pPr>
      <w:hyperlink w:anchor="b80" w:history="1">
        <w:r>
          <w:rPr>
            <w:color w:val="0A3A8C"/>
            <w:u w:val="single"/>
          </w:rPr>
          <w:t xml:space="preserve">§ 55 Anfechtung von Entscheidungen</w:t>
        </w:r>
      </w:hyperlink>
    </w:p>
    <w:p>
      <w:pPr>
        <w:pStyle w:val="Übersicht"/>
        <w:ind w:left="1361"/>
      </w:pPr>
      <w:hyperlink w:anchor="b81" w:history="1">
        <w:r>
          <w:rPr>
            <w:color w:val="0A3A8C"/>
            <w:u w:val="single"/>
          </w:rPr>
          <w:t xml:space="preserve">§ 56 Teilvollstreckung einer Einheitsstrafe</w:t>
        </w:r>
      </w:hyperlink>
    </w:p>
    <w:p>
      <w:pPr>
        <w:pStyle w:val="Übersicht"/>
        <w:ind w:left="1020"/>
      </w:pPr>
      <w:hyperlink w:anchor="b82" w:history="1">
        <w:r>
          <w:rPr>
            <w:b/>
            <w:color w:val="0A3A8C"/>
            <w:u w:val="single"/>
          </w:rPr>
          <w:t xml:space="preserve">Vierter Unterabschnitt Verfahren bei Aussetzung der Jugendstrafe zur Bewährung</w:t>
        </w:r>
      </w:hyperlink>
    </w:p>
    <w:p>
      <w:pPr>
        <w:pStyle w:val="Übersicht"/>
        <w:ind w:left="1361"/>
      </w:pPr>
      <w:hyperlink w:anchor="b83" w:history="1">
        <w:r>
          <w:rPr>
            <w:color w:val="0A3A8C"/>
            <w:u w:val="single"/>
          </w:rPr>
          <w:t xml:space="preserve">§ 57 Entscheidung über die Aussetzung</w:t>
        </w:r>
      </w:hyperlink>
    </w:p>
    <w:p>
      <w:pPr>
        <w:pStyle w:val="Übersicht"/>
        <w:ind w:left="1361"/>
      </w:pPr>
      <w:hyperlink w:anchor="b84" w:history="1">
        <w:r>
          <w:rPr>
            <w:color w:val="0A3A8C"/>
            <w:u w:val="single"/>
          </w:rPr>
          <w:t xml:space="preserve">§ 58 Weitere Entscheidungen</w:t>
        </w:r>
      </w:hyperlink>
    </w:p>
    <w:p>
      <w:pPr>
        <w:pStyle w:val="Übersicht"/>
        <w:ind w:left="1361"/>
      </w:pPr>
      <w:hyperlink w:anchor="b85" w:history="1">
        <w:r>
          <w:rPr>
            <w:color w:val="0A3A8C"/>
            <w:u w:val="single"/>
          </w:rPr>
          <w:t xml:space="preserve">§ 59 Anfechtung</w:t>
        </w:r>
      </w:hyperlink>
    </w:p>
    <w:p>
      <w:pPr>
        <w:pStyle w:val="Übersicht"/>
        <w:ind w:left="1361"/>
      </w:pPr>
      <w:hyperlink w:anchor="b86" w:history="1">
        <w:r>
          <w:rPr>
            <w:color w:val="0A3A8C"/>
            <w:u w:val="single"/>
          </w:rPr>
          <w:t xml:space="preserve">§ 60 Bewährungsplan</w:t>
        </w:r>
      </w:hyperlink>
    </w:p>
    <w:p>
      <w:pPr>
        <w:pStyle w:val="Übersicht"/>
        <w:ind w:left="1361"/>
      </w:pPr>
      <w:hyperlink w:anchor="b87" w:history="1">
        <w:r>
          <w:rPr>
            <w:color w:val="0A3A8C"/>
            <w:u w:val="single"/>
          </w:rPr>
          <w:t xml:space="preserve">§ 61 Vorbehalt der nachträglichen Entscheidung über die Aussetzung</w:t>
        </w:r>
      </w:hyperlink>
    </w:p>
    <w:p>
      <w:pPr>
        <w:pStyle w:val="Übersicht"/>
        <w:ind w:left="1361"/>
      </w:pPr>
      <w:hyperlink w:anchor="b88" w:history="1">
        <w:r>
          <w:rPr>
            <w:color w:val="0A3A8C"/>
            <w:u w:val="single"/>
          </w:rPr>
          <w:t xml:space="preserve">§ 61a Frist und Zuständigkeit für die vorbehaltene Entscheidung</w:t>
        </w:r>
      </w:hyperlink>
    </w:p>
    <w:p>
      <w:pPr>
        <w:pStyle w:val="Übersicht"/>
        <w:ind w:left="1361"/>
      </w:pPr>
      <w:hyperlink w:anchor="b89" w:history="1">
        <w:r>
          <w:rPr>
            <w:color w:val="0A3A8C"/>
            <w:u w:val="single"/>
          </w:rPr>
          <w:t xml:space="preserve">§ 61b Weitere Entscheidungen bei Vorbehalt der Entscheidung über die Aussetzung</w:t>
        </w:r>
      </w:hyperlink>
    </w:p>
    <w:p>
      <w:pPr>
        <w:pStyle w:val="Übersicht"/>
        <w:ind w:left="1020"/>
      </w:pPr>
      <w:hyperlink w:anchor="b90" w:history="1">
        <w:r>
          <w:rPr>
            <w:b/>
            <w:color w:val="0A3A8C"/>
            <w:u w:val="single"/>
          </w:rPr>
          <w:t xml:space="preserve">Fünfter Unterabschnitt Verfahren bei Aussetzung der Verhängung der Jugendstrafe</w:t>
        </w:r>
      </w:hyperlink>
    </w:p>
    <w:p>
      <w:pPr>
        <w:pStyle w:val="Übersicht"/>
        <w:ind w:left="1361"/>
      </w:pPr>
      <w:hyperlink w:anchor="b91" w:history="1">
        <w:r>
          <w:rPr>
            <w:color w:val="0A3A8C"/>
            <w:u w:val="single"/>
          </w:rPr>
          <w:t xml:space="preserve">§ 62 Entscheidungen</w:t>
        </w:r>
      </w:hyperlink>
    </w:p>
    <w:p>
      <w:pPr>
        <w:pStyle w:val="Übersicht"/>
        <w:ind w:left="1361"/>
      </w:pPr>
      <w:hyperlink w:anchor="b92" w:history="1">
        <w:r>
          <w:rPr>
            <w:color w:val="0A3A8C"/>
            <w:u w:val="single"/>
          </w:rPr>
          <w:t xml:space="preserve">§ 63 Anfechtung</w:t>
        </w:r>
      </w:hyperlink>
    </w:p>
    <w:p>
      <w:pPr>
        <w:pStyle w:val="Übersicht"/>
        <w:ind w:left="1361"/>
      </w:pPr>
      <w:hyperlink w:anchor="b93" w:history="1">
        <w:r>
          <w:rPr>
            <w:color w:val="0A3A8C"/>
            <w:u w:val="single"/>
          </w:rPr>
          <w:t xml:space="preserve">§ 64 Bewährungsplan</w:t>
        </w:r>
      </w:hyperlink>
    </w:p>
    <w:p>
      <w:pPr>
        <w:pStyle w:val="Übersicht"/>
        <w:ind w:left="1020"/>
      </w:pPr>
      <w:hyperlink w:anchor="b94" w:history="1">
        <w:r>
          <w:rPr>
            <w:b/>
            <w:color w:val="0A3A8C"/>
            <w:u w:val="single"/>
          </w:rPr>
          <w:t xml:space="preserve">Sechster Unterabschnitt Ergänzende Entscheidungen</w:t>
        </w:r>
      </w:hyperlink>
    </w:p>
    <w:p>
      <w:pPr>
        <w:pStyle w:val="Übersicht"/>
        <w:ind w:left="1361"/>
      </w:pPr>
      <w:hyperlink w:anchor="b95" w:history="1">
        <w:r>
          <w:rPr>
            <w:color w:val="0A3A8C"/>
            <w:u w:val="single"/>
          </w:rPr>
          <w:t xml:space="preserve">§ 65 Nachträgliche Entscheidungen über Weisungen und Auflagen</w:t>
        </w:r>
      </w:hyperlink>
    </w:p>
    <w:p>
      <w:pPr>
        <w:pStyle w:val="Übersicht"/>
        <w:ind w:left="1361"/>
      </w:pPr>
      <w:hyperlink w:anchor="b96" w:history="1">
        <w:r>
          <w:rPr>
            <w:color w:val="0A3A8C"/>
            <w:u w:val="single"/>
          </w:rPr>
          <w:t xml:space="preserve">§ 66 Ergänzung rechtskräftiger Entscheidungen bei mehrfacher Verurteilung</w:t>
        </w:r>
      </w:hyperlink>
    </w:p>
    <w:p>
      <w:pPr>
        <w:pStyle w:val="Übersicht"/>
        <w:ind w:left="1020"/>
      </w:pPr>
      <w:hyperlink w:anchor="b97" w:history="1">
        <w:r>
          <w:rPr>
            <w:b/>
            <w:color w:val="0A3A8C"/>
            <w:u w:val="single"/>
          </w:rPr>
          <w:t xml:space="preserve">Siebenter Unterabschnitt Gemeinsame Verfahrensvorschriften</w:t>
        </w:r>
      </w:hyperlink>
    </w:p>
    <w:p>
      <w:pPr>
        <w:pStyle w:val="Übersicht"/>
        <w:ind w:left="1361"/>
      </w:pPr>
      <w:hyperlink w:anchor="b98" w:history="1">
        <w:r>
          <w:rPr>
            <w:color w:val="0A3A8C"/>
            <w:u w:val="single"/>
          </w:rPr>
          <w:t xml:space="preserve">§ 67 Stellung der Erziehungsberechtigten und der gesetzlichen Vertreter</w:t>
        </w:r>
      </w:hyperlink>
    </w:p>
    <w:p>
      <w:pPr>
        <w:pStyle w:val="Übersicht"/>
        <w:ind w:left="1361"/>
      </w:pPr>
      <w:hyperlink w:anchor="b99" w:history="1">
        <w:r>
          <w:rPr>
            <w:color w:val="0A3A8C"/>
            <w:u w:val="single"/>
          </w:rPr>
          <w:t xml:space="preserve">§ 67a Unterrichtung der Erziehungsberechtigten und der gesetzlichen Vertreter</w:t>
        </w:r>
      </w:hyperlink>
    </w:p>
    <w:p>
      <w:pPr>
        <w:pStyle w:val="Übersicht"/>
        <w:ind w:left="1361"/>
      </w:pPr>
      <w:hyperlink w:anchor="b100" w:history="1">
        <w:r>
          <w:rPr>
            <w:color w:val="0A3A8C"/>
            <w:u w:val="single"/>
          </w:rPr>
          <w:t xml:space="preserve">§ 68 Notwendige Verteidigung</w:t>
        </w:r>
      </w:hyperlink>
    </w:p>
    <w:p>
      <w:pPr>
        <w:pStyle w:val="Übersicht"/>
        <w:ind w:left="1361"/>
      </w:pPr>
      <w:hyperlink w:anchor="b101" w:history="1">
        <w:r>
          <w:rPr>
            <w:color w:val="0A3A8C"/>
            <w:u w:val="single"/>
          </w:rPr>
          <w:t xml:space="preserve">§ 68a Zeitpunkt der Bestellung eines Pflichtverteidigers</w:t>
        </w:r>
      </w:hyperlink>
    </w:p>
    <w:p>
      <w:pPr>
        <w:pStyle w:val="Übersicht"/>
        <w:ind w:left="1361"/>
      </w:pPr>
      <w:hyperlink w:anchor="b102" w:history="1">
        <w:r>
          <w:rPr>
            <w:color w:val="0A3A8C"/>
            <w:u w:val="single"/>
          </w:rPr>
          <w:t xml:space="preserve">§ 68b Vernehmungen und Gegenüberstellungen vor der Bestellung eines Pflichtverteidigers</w:t>
        </w:r>
      </w:hyperlink>
    </w:p>
    <w:p>
      <w:pPr>
        <w:pStyle w:val="Übersicht"/>
        <w:ind w:left="1361"/>
      </w:pPr>
      <w:hyperlink w:anchor="b103" w:history="1">
        <w:r>
          <w:rPr>
            <w:color w:val="0A3A8C"/>
            <w:u w:val="single"/>
          </w:rPr>
          <w:t xml:space="preserve">§ 69 Beistand</w:t>
        </w:r>
      </w:hyperlink>
    </w:p>
    <w:p>
      <w:pPr>
        <w:pStyle w:val="Übersicht"/>
        <w:ind w:left="1361"/>
      </w:pPr>
      <w:hyperlink w:anchor="b104" w:history="1">
        <w:r>
          <w:rPr>
            <w:color w:val="0A3A8C"/>
            <w:u w:val="single"/>
          </w:rPr>
          <w:t xml:space="preserve">§ 70 Mitteilungen an amtliche Stellen</w:t>
        </w:r>
      </w:hyperlink>
    </w:p>
    <w:p>
      <w:pPr>
        <w:pStyle w:val="Übersicht"/>
        <w:ind w:left="1361"/>
      </w:pPr>
      <w:hyperlink w:anchor="b105" w:history="1">
        <w:r>
          <w:rPr>
            <w:color w:val="0A3A8C"/>
            <w:u w:val="single"/>
          </w:rPr>
          <w:t xml:space="preserve">§ 70a Unterrichtung des Jugendlichen</w:t>
        </w:r>
      </w:hyperlink>
    </w:p>
    <w:p>
      <w:pPr>
        <w:pStyle w:val="Übersicht"/>
        <w:ind w:left="1361"/>
      </w:pPr>
      <w:hyperlink w:anchor="b106" w:history="1">
        <w:r>
          <w:rPr>
            <w:color w:val="0A3A8C"/>
            <w:u w:val="single"/>
          </w:rPr>
          <w:t xml:space="preserve">§ 70b Belehrungen</w:t>
        </w:r>
      </w:hyperlink>
    </w:p>
    <w:p>
      <w:pPr>
        <w:pStyle w:val="Übersicht"/>
        <w:ind w:left="1361"/>
      </w:pPr>
      <w:hyperlink w:anchor="b107" w:history="1">
        <w:r>
          <w:rPr>
            <w:color w:val="0A3A8C"/>
            <w:u w:val="single"/>
          </w:rPr>
          <w:t xml:space="preserve">§ 70c Vernehmung des Beschuldigten</w:t>
        </w:r>
      </w:hyperlink>
    </w:p>
    <w:p>
      <w:pPr>
        <w:pStyle w:val="Übersicht"/>
        <w:ind w:left="1361"/>
      </w:pPr>
      <w:hyperlink w:anchor="b108" w:history="1">
        <w:r>
          <w:rPr>
            <w:color w:val="0A3A8C"/>
            <w:u w:val="single"/>
          </w:rPr>
          <w:t xml:space="preserve">§ 71 Vorläufige Anordnungen über die Erziehung</w:t>
        </w:r>
      </w:hyperlink>
    </w:p>
    <w:p>
      <w:pPr>
        <w:pStyle w:val="Übersicht"/>
        <w:ind w:left="1361"/>
      </w:pPr>
      <w:hyperlink w:anchor="b109" w:history="1">
        <w:r>
          <w:rPr>
            <w:color w:val="0A3A8C"/>
            <w:u w:val="single"/>
          </w:rPr>
          <w:t xml:space="preserve">§ 72 Untersuchungshaft</w:t>
        </w:r>
      </w:hyperlink>
    </w:p>
    <w:p>
      <w:pPr>
        <w:pStyle w:val="Übersicht"/>
        <w:ind w:left="1361"/>
      </w:pPr>
      <w:hyperlink w:anchor="b110" w:history="1">
        <w:r>
          <w:rPr>
            <w:color w:val="0A3A8C"/>
            <w:u w:val="single"/>
          </w:rPr>
          <w:t xml:space="preserve">§ 72a Heranziehung der Jugendgerichtshilfe in Haftsachen</w:t>
        </w:r>
      </w:hyperlink>
    </w:p>
    <w:p>
      <w:pPr>
        <w:pStyle w:val="Übersicht"/>
        <w:ind w:left="1361"/>
      </w:pPr>
      <w:hyperlink w:anchor="b111" w:history="1">
        <w:r>
          <w:rPr>
            <w:color w:val="0A3A8C"/>
            <w:u w:val="single"/>
          </w:rPr>
          <w:t xml:space="preserve">§ 72b Verkehr mit Vertretern der Jugendgerichtshilfe, dem Betreuungshelfer und dem Erziehungsbeistand</w:t>
        </w:r>
      </w:hyperlink>
    </w:p>
    <w:p>
      <w:pPr>
        <w:pStyle w:val="Übersicht"/>
        <w:ind w:left="1361"/>
      </w:pPr>
      <w:hyperlink w:anchor="b112" w:history="1">
        <w:r>
          <w:rPr>
            <w:color w:val="0A3A8C"/>
            <w:u w:val="single"/>
          </w:rPr>
          <w:t xml:space="preserve">§ 73 Unterbringung zur Beobachtung</w:t>
        </w:r>
      </w:hyperlink>
    </w:p>
    <w:p>
      <w:pPr>
        <w:pStyle w:val="Übersicht"/>
        <w:ind w:left="1361"/>
      </w:pPr>
      <w:hyperlink w:anchor="b113" w:history="1">
        <w:r>
          <w:rPr>
            <w:color w:val="0A3A8C"/>
            <w:u w:val="single"/>
          </w:rPr>
          <w:t xml:space="preserve">§ 74 Kosten und Auslagen</w:t>
        </w:r>
      </w:hyperlink>
    </w:p>
    <w:p>
      <w:pPr>
        <w:pStyle w:val="Übersicht"/>
        <w:ind w:left="1020"/>
      </w:pPr>
      <w:hyperlink w:anchor="b114" w:history="1">
        <w:r>
          <w:rPr>
            <w:b/>
            <w:color w:val="0A3A8C"/>
            <w:u w:val="single"/>
          </w:rPr>
          <w:t xml:space="preserve">Achter Unterabschnitt Vereinfachtes Jugendverfahren</w:t>
        </w:r>
      </w:hyperlink>
    </w:p>
    <w:p>
      <w:pPr>
        <w:pStyle w:val="Übersicht"/>
        <w:ind w:left="1361"/>
      </w:pPr>
      <w:hyperlink w:anchor="b115" w:history="1">
        <w:r>
          <w:rPr>
            <w:color w:val="0A3A8C"/>
            <w:u w:val="single"/>
          </w:rPr>
          <w:t xml:space="preserve">§ 75</w:t>
        </w:r>
      </w:hyperlink>
    </w:p>
    <w:p>
      <w:pPr>
        <w:pStyle w:val="Übersicht"/>
        <w:ind w:left="1361"/>
      </w:pPr>
      <w:hyperlink w:anchor="b116" w:history="1">
        <w:r>
          <w:rPr>
            <w:color w:val="0A3A8C"/>
            <w:u w:val="single"/>
          </w:rPr>
          <w:t xml:space="preserve">§ 76 Voraussetzungen des vereinfachten Jugendverfahrens</w:t>
        </w:r>
      </w:hyperlink>
    </w:p>
    <w:p>
      <w:pPr>
        <w:pStyle w:val="Übersicht"/>
        <w:ind w:left="1361"/>
      </w:pPr>
      <w:hyperlink w:anchor="b117" w:history="1">
        <w:r>
          <w:rPr>
            <w:color w:val="0A3A8C"/>
            <w:u w:val="single"/>
          </w:rPr>
          <w:t xml:space="preserve">§ 77 Ablehnung des Antrags</w:t>
        </w:r>
      </w:hyperlink>
    </w:p>
    <w:p>
      <w:pPr>
        <w:pStyle w:val="Übersicht"/>
        <w:ind w:left="1361"/>
      </w:pPr>
      <w:hyperlink w:anchor="b118" w:history="1">
        <w:r>
          <w:rPr>
            <w:color w:val="0A3A8C"/>
            <w:u w:val="single"/>
          </w:rPr>
          <w:t xml:space="preserve">§ 78 Verfahren und Entscheidung</w:t>
        </w:r>
      </w:hyperlink>
    </w:p>
    <w:p>
      <w:pPr>
        <w:pStyle w:val="Übersicht"/>
        <w:ind w:left="1020"/>
      </w:pPr>
      <w:hyperlink w:anchor="b119" w:history="1">
        <w:r>
          <w:rPr>
            <w:b/>
            <w:color w:val="0A3A8C"/>
            <w:u w:val="single"/>
          </w:rPr>
          <w:t xml:space="preserve">Neunter Unterabschnitt Ausschluß von Vorschriften des allgemeinen Verfahrensrechts</w:t>
        </w:r>
      </w:hyperlink>
    </w:p>
    <w:p>
      <w:pPr>
        <w:pStyle w:val="Übersicht"/>
        <w:ind w:left="1361"/>
      </w:pPr>
      <w:hyperlink w:anchor="b120" w:history="1">
        <w:r>
          <w:rPr>
            <w:color w:val="0A3A8C"/>
            <w:u w:val="single"/>
          </w:rPr>
          <w:t xml:space="preserve">§ 79 Strafbefehl und beschleunigtes Verfahren</w:t>
        </w:r>
      </w:hyperlink>
    </w:p>
    <w:p>
      <w:pPr>
        <w:pStyle w:val="Übersicht"/>
        <w:ind w:left="1361"/>
      </w:pPr>
      <w:hyperlink w:anchor="b121" w:history="1">
        <w:r>
          <w:rPr>
            <w:color w:val="0A3A8C"/>
            <w:u w:val="single"/>
          </w:rPr>
          <w:t xml:space="preserve">§ 80 Privatklage und Nebenklage</w:t>
        </w:r>
      </w:hyperlink>
    </w:p>
    <w:p>
      <w:pPr>
        <w:pStyle w:val="Übersicht"/>
        <w:ind w:left="1361"/>
      </w:pPr>
      <w:hyperlink w:anchor="b122" w:history="1">
        <w:r>
          <w:rPr>
            <w:color w:val="0A3A8C"/>
            <w:u w:val="single"/>
          </w:rPr>
          <w:t xml:space="preserve">§ 81 Adhäsionsverfahren</w:t>
        </w:r>
      </w:hyperlink>
    </w:p>
    <w:p>
      <w:pPr>
        <w:pStyle w:val="Übersicht"/>
        <w:ind w:left="1020"/>
      </w:pPr>
      <w:hyperlink w:anchor="b123" w:history="1">
        <w:r>
          <w:rPr>
            <w:b/>
            <w:color w:val="0A3A8C"/>
            <w:u w:val="single"/>
          </w:rPr>
          <w:t xml:space="preserve">Zehnter Unterabschnitt Anordnung der Sicherungsverwahrung</w:t>
        </w:r>
      </w:hyperlink>
    </w:p>
    <w:p>
      <w:pPr>
        <w:pStyle w:val="Übersicht"/>
        <w:ind w:left="1361"/>
      </w:pPr>
      <w:hyperlink w:anchor="b124" w:history="1">
        <w:r>
          <w:rPr>
            <w:color w:val="0A3A8C"/>
            <w:u w:val="single"/>
          </w:rPr>
          <w:t xml:space="preserve">§ 81a Verfahren und Entscheidung</w:t>
        </w:r>
      </w:hyperlink>
    </w:p>
    <w:p>
      <w:pPr>
        <w:pStyle w:val="Übersicht"/>
        <w:ind w:left="340"/>
      </w:pPr>
      <w:hyperlink w:anchor="b125" w:history="1">
        <w:r>
          <w:rPr>
            <w:b/>
            <w:color w:val="0A3A8C"/>
            <w:u w:val="single"/>
          </w:rPr>
          <w:t xml:space="preserve">Drittes Hauptstück Vollstreckung und Vollzug</w:t>
        </w:r>
      </w:hyperlink>
    </w:p>
    <w:p>
      <w:pPr>
        <w:pStyle w:val="Übersicht"/>
        <w:ind w:left="680"/>
      </w:pPr>
      <w:hyperlink w:anchor="b126" w:history="1">
        <w:r>
          <w:rPr>
            <w:b/>
            <w:color w:val="0A3A8C"/>
            <w:u w:val="single"/>
          </w:rPr>
          <w:t xml:space="preserve">Erster Abschnitt Vollstreckung</w:t>
        </w:r>
      </w:hyperlink>
    </w:p>
    <w:p>
      <w:pPr>
        <w:pStyle w:val="Übersicht"/>
        <w:ind w:left="1020"/>
      </w:pPr>
      <w:hyperlink w:anchor="b127" w:history="1">
        <w:r>
          <w:rPr>
            <w:b/>
            <w:color w:val="0A3A8C"/>
            <w:u w:val="single"/>
          </w:rPr>
          <w:t xml:space="preserve">Erster Unterabschnitt Verfassung der Vollstreckung und Zuständigkeit</w:t>
        </w:r>
      </w:hyperlink>
    </w:p>
    <w:p>
      <w:pPr>
        <w:pStyle w:val="Übersicht"/>
        <w:ind w:left="1361"/>
      </w:pPr>
      <w:hyperlink w:anchor="b128" w:history="1">
        <w:r>
          <w:rPr>
            <w:color w:val="0A3A8C"/>
            <w:u w:val="single"/>
          </w:rPr>
          <w:t xml:space="preserve">§ 82 Vollstreckungsleiter</w:t>
        </w:r>
      </w:hyperlink>
    </w:p>
    <w:p>
      <w:pPr>
        <w:pStyle w:val="Übersicht"/>
        <w:ind w:left="1361"/>
      </w:pPr>
      <w:hyperlink w:anchor="b129" w:history="1">
        <w:r>
          <w:rPr>
            <w:color w:val="0A3A8C"/>
            <w:u w:val="single"/>
          </w:rPr>
          <w:t xml:space="preserve">§ 83 Entscheidungen im Vollstreckungsverfahren</w:t>
        </w:r>
      </w:hyperlink>
    </w:p>
    <w:p>
      <w:pPr>
        <w:pStyle w:val="Übersicht"/>
        <w:ind w:left="1361"/>
      </w:pPr>
      <w:hyperlink w:anchor="b130" w:history="1">
        <w:r>
          <w:rPr>
            <w:color w:val="0A3A8C"/>
            <w:u w:val="single"/>
          </w:rPr>
          <w:t xml:space="preserve">§ 84 Örtliche Zuständigkeit</w:t>
        </w:r>
      </w:hyperlink>
    </w:p>
    <w:p>
      <w:pPr>
        <w:pStyle w:val="Übersicht"/>
        <w:ind w:left="1361"/>
      </w:pPr>
      <w:hyperlink w:anchor="b131" w:history="1">
        <w:r>
          <w:rPr>
            <w:color w:val="0A3A8C"/>
            <w:u w:val="single"/>
          </w:rPr>
          <w:t xml:space="preserve">§ 85 Abgabe und Übergang der Vollstreckung</w:t>
        </w:r>
      </w:hyperlink>
    </w:p>
    <w:p>
      <w:pPr>
        <w:pStyle w:val="Übersicht"/>
        <w:ind w:left="1020"/>
      </w:pPr>
      <w:hyperlink w:anchor="b132" w:history="1">
        <w:r>
          <w:rPr>
            <w:b/>
            <w:color w:val="0A3A8C"/>
            <w:u w:val="single"/>
          </w:rPr>
          <w:t xml:space="preserve">Zweiter Unterabschnitt Jugendarrest</w:t>
        </w:r>
      </w:hyperlink>
    </w:p>
    <w:p>
      <w:pPr>
        <w:pStyle w:val="Übersicht"/>
        <w:ind w:left="1361"/>
      </w:pPr>
      <w:hyperlink w:anchor="b133" w:history="1">
        <w:r>
          <w:rPr>
            <w:color w:val="0A3A8C"/>
            <w:u w:val="single"/>
          </w:rPr>
          <w:t xml:space="preserve">§ 86 Umwandlung des Freizeitarrestes</w:t>
        </w:r>
      </w:hyperlink>
    </w:p>
    <w:p>
      <w:pPr>
        <w:pStyle w:val="Übersicht"/>
        <w:ind w:left="1361"/>
      </w:pPr>
      <w:hyperlink w:anchor="b134" w:history="1">
        <w:r>
          <w:rPr>
            <w:color w:val="0A3A8C"/>
            <w:u w:val="single"/>
          </w:rPr>
          <w:t xml:space="preserve">§ 87 Vollstreckung des Jugendarrestes</w:t>
        </w:r>
      </w:hyperlink>
    </w:p>
    <w:p>
      <w:pPr>
        <w:pStyle w:val="Übersicht"/>
        <w:ind w:left="1020"/>
      </w:pPr>
      <w:hyperlink w:anchor="b135" w:history="1">
        <w:r>
          <w:rPr>
            <w:b/>
            <w:color w:val="0A3A8C"/>
            <w:u w:val="single"/>
          </w:rPr>
          <w:t xml:space="preserve">Dritter Unterabschnitt Jugendstrafe</w:t>
        </w:r>
      </w:hyperlink>
    </w:p>
    <w:p>
      <w:pPr>
        <w:pStyle w:val="Übersicht"/>
        <w:ind w:left="1361"/>
      </w:pPr>
      <w:hyperlink w:anchor="b136" w:history="1">
        <w:r>
          <w:rPr>
            <w:color w:val="0A3A8C"/>
            <w:u w:val="single"/>
          </w:rPr>
          <w:t xml:space="preserve">§ 88 Aussetzung des Restes der Jugendstrafe</w:t>
        </w:r>
      </w:hyperlink>
    </w:p>
    <w:p>
      <w:pPr>
        <w:pStyle w:val="Übersicht"/>
        <w:ind w:left="1361"/>
      </w:pPr>
      <w:hyperlink w:anchor="b137" w:history="1">
        <w:r>
          <w:rPr>
            <w:color w:val="0A3A8C"/>
            <w:u w:val="single"/>
          </w:rPr>
          <w:t xml:space="preserve">§ 89 Jugendstrafe bei Vorbehalt der Entscheidung über die Aussetzung</w:t>
        </w:r>
      </w:hyperlink>
    </w:p>
    <w:p>
      <w:pPr>
        <w:pStyle w:val="Übersicht"/>
        <w:ind w:left="1361"/>
      </w:pPr>
      <w:hyperlink w:anchor="b138" w:history="1">
        <w:r>
          <w:rPr>
            <w:color w:val="0A3A8C"/>
            <w:u w:val="single"/>
          </w:rPr>
          <w:t xml:space="preserve">§ 89a Unterbrechung und Vollstreckung der Jugendstrafe neben Freiheitsstrafe</w:t>
        </w:r>
      </w:hyperlink>
    </w:p>
    <w:p>
      <w:pPr>
        <w:pStyle w:val="Übersicht"/>
        <w:ind w:left="1361"/>
      </w:pPr>
      <w:hyperlink w:anchor="b139" w:history="1">
        <w:r>
          <w:rPr>
            <w:color w:val="0A3A8C"/>
            <w:u w:val="single"/>
          </w:rPr>
          <w:t xml:space="preserve">§ 89b Ausnahme vom Jugendstrafvollzug</w:t>
        </w:r>
      </w:hyperlink>
    </w:p>
    <w:p>
      <w:pPr>
        <w:pStyle w:val="Übersicht"/>
        <w:ind w:left="1020"/>
      </w:pPr>
      <w:hyperlink w:anchor="b140" w:history="1">
        <w:r>
          <w:rPr>
            <w:b/>
            <w:color w:val="0A3A8C"/>
            <w:u w:val="single"/>
          </w:rPr>
          <w:t xml:space="preserve">Vierter Unterabschnitt Untersuchungshaft</w:t>
        </w:r>
      </w:hyperlink>
    </w:p>
    <w:p>
      <w:pPr>
        <w:pStyle w:val="Übersicht"/>
        <w:ind w:left="1361"/>
      </w:pPr>
      <w:hyperlink w:anchor="b141" w:history="1">
        <w:r>
          <w:rPr>
            <w:color w:val="0A3A8C"/>
            <w:u w:val="single"/>
          </w:rPr>
          <w:t xml:space="preserve">§ 89c Vollstreckung der Untersuchungshaft</w:t>
        </w:r>
      </w:hyperlink>
    </w:p>
    <w:p>
      <w:pPr>
        <w:pStyle w:val="Übersicht"/>
        <w:ind w:left="680"/>
      </w:pPr>
      <w:hyperlink w:anchor="b142" w:history="1">
        <w:r>
          <w:rPr>
            <w:b/>
            <w:color w:val="0A3A8C"/>
            <w:u w:val="single"/>
          </w:rPr>
          <w:t xml:space="preserve">Zweiter Abschnitt Vollzug</w:t>
        </w:r>
      </w:hyperlink>
    </w:p>
    <w:p>
      <w:pPr>
        <w:pStyle w:val="Übersicht"/>
        <w:ind w:left="1020"/>
      </w:pPr>
      <w:hyperlink w:anchor="b143" w:history="1">
        <w:r>
          <w:rPr>
            <w:color w:val="0A3A8C"/>
            <w:u w:val="single"/>
          </w:rPr>
          <w:t xml:space="preserve">§ 90 Jugendarrest</w:t>
        </w:r>
      </w:hyperlink>
    </w:p>
    <w:p>
      <w:pPr>
        <w:pStyle w:val="Übersicht"/>
        <w:ind w:left="1020"/>
      </w:pPr>
      <w:hyperlink w:anchor="b144" w:history="1">
        <w:r>
          <w:rPr>
            <w:color w:val="0A3A8C"/>
            <w:u w:val="single"/>
          </w:rPr>
          <w:t xml:space="preserve">§ 91 (weggefallen)</w:t>
        </w:r>
      </w:hyperlink>
    </w:p>
    <w:p>
      <w:pPr>
        <w:pStyle w:val="Übersicht"/>
        <w:ind w:left="1020"/>
      </w:pPr>
      <w:hyperlink w:anchor="b145" w:history="1">
        <w:r>
          <w:rPr>
            <w:color w:val="0A3A8C"/>
            <w:u w:val="single"/>
          </w:rPr>
          <w:t xml:space="preserve">§ 92 Rechtsbehelfe im Vollzug</w:t>
        </w:r>
      </w:hyperlink>
    </w:p>
    <w:p>
      <w:pPr>
        <w:pStyle w:val="Übersicht"/>
        <w:ind w:left="1020"/>
      </w:pPr>
      <w:hyperlink w:anchor="b146" w:history="1">
        <w:r>
          <w:rPr>
            <w:color w:val="0A3A8C"/>
            <w:u w:val="single"/>
          </w:rPr>
          <w:t xml:space="preserve">§ 93 Gerichtliche Zuständigkeit und gerichtliches Verfahren bei Maßnahmen, die der vorherigen gerichtlichen Anordnung oder der gerichtlichen Genehmigung bedürfen</w:t>
        </w:r>
      </w:hyperlink>
    </w:p>
    <w:p>
      <w:pPr>
        <w:pStyle w:val="Übersicht"/>
        <w:ind w:left="1020"/>
      </w:pPr>
      <w:hyperlink w:anchor="b147" w:history="1">
        <w:r>
          <w:rPr>
            <w:color w:val="0A3A8C"/>
            <w:u w:val="single"/>
          </w:rPr>
          <w:t xml:space="preserve">§ 93a Unterbringung in einer Entziehungsanstalt</w:t>
        </w:r>
      </w:hyperlink>
    </w:p>
    <w:p>
      <w:pPr>
        <w:pStyle w:val="Übersicht"/>
        <w:ind w:left="340"/>
      </w:pPr>
      <w:hyperlink w:anchor="b148" w:history="1">
        <w:r>
          <w:rPr>
            <w:b/>
            <w:color w:val="0A3A8C"/>
            <w:u w:val="single"/>
          </w:rPr>
          <w:t xml:space="preserve">Viertes Hauptstück Beseitigung des Strafmakels</w:t>
        </w:r>
      </w:hyperlink>
    </w:p>
    <w:p>
      <w:pPr>
        <w:pStyle w:val="Übersicht"/>
        <w:ind w:left="680"/>
      </w:pPr>
      <w:hyperlink w:anchor="b149" w:history="1">
        <w:r>
          <w:rPr>
            <w:color w:val="0A3A8C"/>
            <w:u w:val="single"/>
          </w:rPr>
          <w:t xml:space="preserve">§§ 94 bis 96 (weggefallen)</w:t>
        </w:r>
      </w:hyperlink>
    </w:p>
    <w:p>
      <w:pPr>
        <w:pStyle w:val="Übersicht"/>
        <w:ind w:left="680"/>
      </w:pPr>
      <w:hyperlink w:anchor="b150" w:history="1">
        <w:r>
          <w:rPr>
            <w:color w:val="0A3A8C"/>
            <w:u w:val="single"/>
          </w:rPr>
          <w:t xml:space="preserve">§ 97 Beseitigung des Strafmakels durch Richterspruch</w:t>
        </w:r>
      </w:hyperlink>
    </w:p>
    <w:p>
      <w:pPr>
        <w:pStyle w:val="Übersicht"/>
        <w:ind w:left="680"/>
      </w:pPr>
      <w:hyperlink w:anchor="b151" w:history="1">
        <w:r>
          <w:rPr>
            <w:color w:val="0A3A8C"/>
            <w:u w:val="single"/>
          </w:rPr>
          <w:t xml:space="preserve">§ 98 Verfahren</w:t>
        </w:r>
      </w:hyperlink>
    </w:p>
    <w:p>
      <w:pPr>
        <w:pStyle w:val="Übersicht"/>
        <w:ind w:left="680"/>
      </w:pPr>
      <w:hyperlink w:anchor="b152" w:history="1">
        <w:r>
          <w:rPr>
            <w:color w:val="0A3A8C"/>
            <w:u w:val="single"/>
          </w:rPr>
          <w:t xml:space="preserve">§ 99 Entscheidung</w:t>
        </w:r>
      </w:hyperlink>
    </w:p>
    <w:p>
      <w:pPr>
        <w:pStyle w:val="Übersicht"/>
        <w:ind w:left="680"/>
      </w:pPr>
      <w:hyperlink w:anchor="b153" w:history="1">
        <w:r>
          <w:rPr>
            <w:color w:val="0A3A8C"/>
            <w:u w:val="single"/>
          </w:rPr>
          <w:t xml:space="preserve">§ 100 Beseitigung des Strafmakels nach Erlaß einer Strafe oder eines Strafrestes</w:t>
        </w:r>
      </w:hyperlink>
    </w:p>
    <w:p>
      <w:pPr>
        <w:pStyle w:val="Übersicht"/>
        <w:ind w:left="680"/>
      </w:pPr>
      <w:hyperlink w:anchor="b154" w:history="1">
        <w:r>
          <w:rPr>
            <w:color w:val="0A3A8C"/>
            <w:u w:val="single"/>
          </w:rPr>
          <w:t xml:space="preserve">§ 101 Widerruf</w:t>
        </w:r>
      </w:hyperlink>
    </w:p>
    <w:p>
      <w:pPr>
        <w:pStyle w:val="Übersicht"/>
        <w:ind w:left="340"/>
      </w:pPr>
      <w:hyperlink w:anchor="b155" w:history="1">
        <w:r>
          <w:rPr>
            <w:b/>
            <w:color w:val="0A3A8C"/>
            <w:u w:val="single"/>
          </w:rPr>
          <w:t xml:space="preserve">Fünftes Hauptstück Jugendliche vor Gerichten, die für allgemeine Strafsachen zuständig sind</w:t>
        </w:r>
      </w:hyperlink>
    </w:p>
    <w:p>
      <w:pPr>
        <w:pStyle w:val="Übersicht"/>
        <w:ind w:left="680"/>
      </w:pPr>
      <w:hyperlink w:anchor="b156" w:history="1">
        <w:r>
          <w:rPr>
            <w:color w:val="0A3A8C"/>
            <w:u w:val="single"/>
          </w:rPr>
          <w:t xml:space="preserve">§ 102 Zuständigkeit</w:t>
        </w:r>
      </w:hyperlink>
    </w:p>
    <w:p>
      <w:pPr>
        <w:pStyle w:val="Übersicht"/>
        <w:ind w:left="680"/>
      </w:pPr>
      <w:hyperlink w:anchor="b157" w:history="1">
        <w:r>
          <w:rPr>
            <w:color w:val="0A3A8C"/>
            <w:u w:val="single"/>
          </w:rPr>
          <w:t xml:space="preserve">§ 103 Verbindung mehrerer Strafsachen</w:t>
        </w:r>
      </w:hyperlink>
    </w:p>
    <w:p>
      <w:pPr>
        <w:pStyle w:val="Übersicht"/>
        <w:ind w:left="680"/>
      </w:pPr>
      <w:hyperlink w:anchor="b158" w:history="1">
        <w:r>
          <w:rPr>
            <w:color w:val="0A3A8C"/>
            <w:u w:val="single"/>
          </w:rPr>
          <w:t xml:space="preserve">§ 104 Verfahren gegen Jugendliche</w:t>
        </w:r>
      </w:hyperlink>
    </w:p>
    <w:p>
      <w:pPr>
        <w:pStyle w:val="Übersicht"/>
        <w:ind w:left="0"/>
      </w:pPr>
      <w:hyperlink w:anchor="b159" w:history="1">
        <w:r>
          <w:rPr>
            <w:b/>
            <w:color w:val="0A3A8C"/>
            <w:u w:val="single"/>
          </w:rPr>
          <w:t xml:space="preserve">Dritter Teil Heranwachsende</w:t>
        </w:r>
      </w:hyperlink>
    </w:p>
    <w:p>
      <w:pPr>
        <w:pStyle w:val="Übersicht"/>
        <w:ind w:left="340"/>
      </w:pPr>
      <w:hyperlink w:anchor="b160" w:history="1">
        <w:r>
          <w:rPr>
            <w:b/>
            <w:color w:val="0A3A8C"/>
            <w:u w:val="single"/>
          </w:rPr>
          <w:t xml:space="preserve">Erster Abschnitt Anwendung des sachlichen Strafrechts</w:t>
        </w:r>
      </w:hyperlink>
    </w:p>
    <w:p>
      <w:pPr>
        <w:pStyle w:val="Übersicht"/>
        <w:ind w:left="680"/>
      </w:pPr>
      <w:hyperlink w:anchor="b161" w:history="1">
        <w:r>
          <w:rPr>
            <w:color w:val="0A3A8C"/>
            <w:u w:val="single"/>
          </w:rPr>
          <w:t xml:space="preserve">§ 105 Anwendung des Jugendstrafrechts auf Heranwachsende</w:t>
        </w:r>
      </w:hyperlink>
    </w:p>
    <w:p>
      <w:pPr>
        <w:pStyle w:val="Übersicht"/>
        <w:ind w:left="680"/>
      </w:pPr>
      <w:hyperlink w:anchor="b162" w:history="1">
        <w:r>
          <w:rPr>
            <w:color w:val="0A3A8C"/>
            <w:u w:val="single"/>
          </w:rPr>
          <w:t xml:space="preserve">§ 106 Milderung des allgemeinen Strafrechts für Heranwachsende; Sicherungsverwahrung</w:t>
        </w:r>
      </w:hyperlink>
    </w:p>
    <w:p>
      <w:pPr>
        <w:pStyle w:val="Übersicht"/>
        <w:ind w:left="340"/>
      </w:pPr>
      <w:hyperlink w:anchor="b163" w:history="1">
        <w:r>
          <w:rPr>
            <w:b/>
            <w:color w:val="0A3A8C"/>
            <w:u w:val="single"/>
          </w:rPr>
          <w:t xml:space="preserve">Zweiter Abschnitt Gerichtsverfassung und Verfahren</w:t>
        </w:r>
      </w:hyperlink>
    </w:p>
    <w:p>
      <w:pPr>
        <w:pStyle w:val="Übersicht"/>
        <w:ind w:left="680"/>
      </w:pPr>
      <w:hyperlink w:anchor="b164" w:history="1">
        <w:r>
          <w:rPr>
            <w:color w:val="0A3A8C"/>
            <w:u w:val="single"/>
          </w:rPr>
          <w:t xml:space="preserve">§ 107 Gerichtsverfassung</w:t>
        </w:r>
      </w:hyperlink>
    </w:p>
    <w:p>
      <w:pPr>
        <w:pStyle w:val="Übersicht"/>
        <w:ind w:left="680"/>
      </w:pPr>
      <w:hyperlink w:anchor="b165" w:history="1">
        <w:r>
          <w:rPr>
            <w:color w:val="0A3A8C"/>
            <w:u w:val="single"/>
          </w:rPr>
          <w:t xml:space="preserve">§ 108 Zuständigkeit</w:t>
        </w:r>
      </w:hyperlink>
    </w:p>
    <w:p>
      <w:pPr>
        <w:pStyle w:val="Übersicht"/>
        <w:ind w:left="680"/>
      </w:pPr>
      <w:hyperlink w:anchor="b166" w:history="1">
        <w:r>
          <w:rPr>
            <w:color w:val="0A3A8C"/>
            <w:u w:val="single"/>
          </w:rPr>
          <w:t xml:space="preserve">§ 109 Verfahren</w:t>
        </w:r>
      </w:hyperlink>
    </w:p>
    <w:p>
      <w:pPr>
        <w:pStyle w:val="Übersicht"/>
        <w:ind w:left="340"/>
      </w:pPr>
      <w:hyperlink w:anchor="b167" w:history="1">
        <w:r>
          <w:rPr>
            <w:b/>
            <w:color w:val="0A3A8C"/>
            <w:u w:val="single"/>
          </w:rPr>
          <w:t xml:space="preserve">Dritter Abschnitt Vollstreckung, Vollzug und Beseitigung des Strafmakels</w:t>
        </w:r>
      </w:hyperlink>
    </w:p>
    <w:p>
      <w:pPr>
        <w:pStyle w:val="Übersicht"/>
        <w:ind w:left="680"/>
      </w:pPr>
      <w:hyperlink w:anchor="b168" w:history="1">
        <w:r>
          <w:rPr>
            <w:color w:val="0A3A8C"/>
            <w:u w:val="single"/>
          </w:rPr>
          <w:t xml:space="preserve">§ 110 Vollstreckung und Vollzug</w:t>
        </w:r>
      </w:hyperlink>
    </w:p>
    <w:p>
      <w:pPr>
        <w:pStyle w:val="Übersicht"/>
        <w:ind w:left="680"/>
      </w:pPr>
      <w:hyperlink w:anchor="b169" w:history="1">
        <w:r>
          <w:rPr>
            <w:color w:val="0A3A8C"/>
            <w:u w:val="single"/>
          </w:rPr>
          <w:t xml:space="preserve">§ 111 Beseitigung des Strafmakels</w:t>
        </w:r>
      </w:hyperlink>
    </w:p>
    <w:p>
      <w:pPr>
        <w:pStyle w:val="Übersicht"/>
        <w:ind w:left="340"/>
      </w:pPr>
      <w:hyperlink w:anchor="b170" w:history="1">
        <w:r>
          <w:rPr>
            <w:b/>
            <w:color w:val="0A3A8C"/>
            <w:u w:val="single"/>
          </w:rPr>
          <w:t xml:space="preserve">Vierter Abschnitt Heranwachsende vor Gerichten, die für allgemeine Strafsachen zuständig sind</w:t>
        </w:r>
      </w:hyperlink>
    </w:p>
    <w:p>
      <w:pPr>
        <w:pStyle w:val="Übersicht"/>
        <w:ind w:left="680"/>
      </w:pPr>
      <w:hyperlink w:anchor="b171" w:history="1">
        <w:r>
          <w:rPr>
            <w:color w:val="0A3A8C"/>
            <w:u w:val="single"/>
          </w:rPr>
          <w:t xml:space="preserve">§ 112 Entsprechende Anwendung</w:t>
        </w:r>
      </w:hyperlink>
    </w:p>
    <w:p>
      <w:pPr>
        <w:pStyle w:val="Übersicht"/>
        <w:ind w:left="0"/>
      </w:pPr>
      <w:hyperlink w:anchor="b172" w:history="1">
        <w:r>
          <w:rPr>
            <w:b/>
            <w:color w:val="0A3A8C"/>
            <w:u w:val="single"/>
          </w:rPr>
          <w:t xml:space="preserve">Vierter Teil Sondervorschriften für Soldaten der Bundeswehr</w:t>
        </w:r>
      </w:hyperlink>
    </w:p>
    <w:p>
      <w:pPr>
        <w:pStyle w:val="Übersicht"/>
        <w:ind w:left="340"/>
      </w:pPr>
      <w:hyperlink w:anchor="b173" w:history="1">
        <w:r>
          <w:rPr>
            <w:color w:val="0A3A8C"/>
            <w:u w:val="single"/>
          </w:rPr>
          <w:t xml:space="preserve">§ 112a Anwendung des Jugendstrafrechts</w:t>
        </w:r>
      </w:hyperlink>
    </w:p>
    <w:p>
      <w:pPr>
        <w:pStyle w:val="Übersicht"/>
        <w:ind w:left="340"/>
      </w:pPr>
      <w:hyperlink w:anchor="b174" w:history="1">
        <w:r>
          <w:rPr>
            <w:color w:val="0A3A8C"/>
            <w:u w:val="single"/>
          </w:rPr>
          <w:t xml:space="preserve">§ 112b (weggefallen)</w:t>
        </w:r>
      </w:hyperlink>
    </w:p>
    <w:p>
      <w:pPr>
        <w:pStyle w:val="Übersicht"/>
        <w:ind w:left="340"/>
      </w:pPr>
      <w:hyperlink w:anchor="b175" w:history="1">
        <w:r>
          <w:rPr>
            <w:color w:val="0A3A8C"/>
            <w:u w:val="single"/>
          </w:rPr>
          <w:t xml:space="preserve">§ 112c Vollstreckung</w:t>
        </w:r>
      </w:hyperlink>
    </w:p>
    <w:p>
      <w:pPr>
        <w:pStyle w:val="Übersicht"/>
        <w:ind w:left="340"/>
      </w:pPr>
      <w:hyperlink w:anchor="b176" w:history="1">
        <w:r>
          <w:rPr>
            <w:color w:val="0A3A8C"/>
            <w:u w:val="single"/>
          </w:rPr>
          <w:t xml:space="preserve">§ 112d Anhörung des Disziplinarvorgesetzten</w:t>
        </w:r>
      </w:hyperlink>
    </w:p>
    <w:p>
      <w:pPr>
        <w:pStyle w:val="Übersicht"/>
        <w:ind w:left="340"/>
      </w:pPr>
      <w:hyperlink w:anchor="b177" w:history="1">
        <w:r>
          <w:rPr>
            <w:color w:val="0A3A8C"/>
            <w:u w:val="single"/>
          </w:rPr>
          <w:t xml:space="preserve">§ 112e Verfahren vor Gerichten, die für allgemeine Strafsachen zuständig sind</w:t>
        </w:r>
      </w:hyperlink>
    </w:p>
    <w:p>
      <w:pPr>
        <w:pStyle w:val="Übersicht"/>
        <w:ind w:left="0"/>
      </w:pPr>
      <w:hyperlink w:anchor="b178" w:history="1">
        <w:r>
          <w:rPr>
            <w:b/>
            <w:color w:val="0A3A8C"/>
            <w:u w:val="single"/>
          </w:rPr>
          <w:t xml:space="preserve">Fünfter Teil Schluß- und Übergangsvorschriften</w:t>
        </w:r>
      </w:hyperlink>
    </w:p>
    <w:p>
      <w:pPr>
        <w:pStyle w:val="Übersicht"/>
        <w:ind w:left="340"/>
      </w:pPr>
      <w:hyperlink w:anchor="b179" w:history="1">
        <w:r>
          <w:rPr>
            <w:color w:val="0A3A8C"/>
            <w:u w:val="single"/>
          </w:rPr>
          <w:t xml:space="preserve">§ 113 Bewährungshelfer</w:t>
        </w:r>
      </w:hyperlink>
    </w:p>
    <w:p>
      <w:pPr>
        <w:pStyle w:val="Übersicht"/>
        <w:ind w:left="340"/>
      </w:pPr>
      <w:hyperlink w:anchor="b180" w:history="1">
        <w:r>
          <w:rPr>
            <w:color w:val="0A3A8C"/>
            <w:u w:val="single"/>
          </w:rPr>
          <w:t xml:space="preserve">§ 114 Vollzug von Freiheitsstrafe in der Einrichtung für den Vollzug der Jugendstrafe</w:t>
        </w:r>
      </w:hyperlink>
    </w:p>
    <w:p>
      <w:pPr>
        <w:pStyle w:val="Übersicht"/>
        <w:ind w:left="340"/>
      </w:pPr>
      <w:hyperlink w:anchor="b181" w:history="1">
        <w:r>
          <w:rPr>
            <w:color w:val="0A3A8C"/>
            <w:u w:val="single"/>
          </w:rPr>
          <w:t xml:space="preserve">§ 115 (weggefallen)</w:t>
        </w:r>
      </w:hyperlink>
    </w:p>
    <w:p>
      <w:pPr>
        <w:pStyle w:val="Übersicht"/>
        <w:ind w:left="340"/>
      </w:pPr>
      <w:hyperlink w:anchor="b182" w:history="1">
        <w:r>
          <w:rPr>
            <w:color w:val="0A3A8C"/>
            <w:u w:val="single"/>
          </w:rPr>
          <w:t xml:space="preserve">§ 116 Zeitlicher Geltungsbereich</w:t>
        </w:r>
      </w:hyperlink>
    </w:p>
    <w:p>
      <w:pPr>
        <w:pStyle w:val="Übersicht"/>
        <w:ind w:left="340"/>
      </w:pPr>
      <w:hyperlink w:anchor="b183" w:history="1">
        <w:r>
          <w:rPr>
            <w:color w:val="0A3A8C"/>
            <w:u w:val="single"/>
          </w:rPr>
          <w:t xml:space="preserve">§§ 117 bis 120 (weggefallen)</w:t>
        </w:r>
      </w:hyperlink>
    </w:p>
    <w:p>
      <w:pPr>
        <w:pStyle w:val="Übersicht"/>
        <w:ind w:left="340"/>
      </w:pPr>
      <w:hyperlink w:anchor="b184" w:history="1">
        <w:r>
          <w:rPr>
            <w:color w:val="0A3A8C"/>
            <w:u w:val="single"/>
          </w:rPr>
          <w:t xml:space="preserve">§ 121 Übergangsvorschrift</w:t>
        </w:r>
      </w:hyperlink>
    </w:p>
    <w:p>
      <w:pPr>
        <w:pStyle w:val="Übersicht"/>
        <w:ind w:left="340"/>
      </w:pPr>
      <w:hyperlink w:anchor="b185" w:history="1">
        <w:r>
          <w:rPr>
            <w:color w:val="0A3A8C"/>
            <w:u w:val="single"/>
          </w:rPr>
          <w:t xml:space="preserve">§§ 122 bis 124 (weggefallen)</w:t>
        </w:r>
      </w:hyperlink>
    </w:p>
    <w:p>
      <w:pPr>
        <w:pStyle w:val="Übersicht"/>
        <w:ind w:left="340"/>
      </w:pPr>
      <w:hyperlink w:anchor="b186" w:history="1">
        <w:r>
          <w:rPr>
            <w:color w:val="0A3A8C"/>
            <w:u w:val="single"/>
          </w:rPr>
          <w:t xml:space="preserve">§ 125 Inkrafttreten</w:t>
        </w:r>
      </w:hyperlink>
    </w:p>
    <w:p>
      <w:pPr>
        <w:pStyle w:val="Heading1"/>
      </w:pPr>
      <w:bookmarkStart w:id="1" w:name="b0"/>
      <w:r>
        <w:t>Erster Teil Anwendungsbereich</w:t>
      </w:r>
      <w:bookmarkEnd w:id="1"/>
    </w:p>
    <w:p>
      <w:pPr>
        <w:pStyle w:val="Heading2"/>
      </w:pPr>
      <w:bookmarkStart w:id="2" w:name="b1"/>
      <w:r>
        <w:t>§ 1 Persönlicher und sachlicher Anwendungsbereich</w:t>
      </w:r>
      <w:r>
        <w:t xml:space="preserve"> </w:t>
      </w:r>
      <w:r>
        <w:rPr>
          <w:rStyle w:val="Suchmarke"/>
        </w:rPr>
        <w:t>#1#</w:t>
      </w:r>
      <w:bookmarkEnd w:id="2"/>
    </w:p>
    <w:p>
      <w:r>
        <w:t>(1) Dieses Gesetz gilt, wenn ein Jugendlicher oder ein Heranwachsender eine Verfehlung begeht, die nach den allgemeinen Vorschriften mit Strafe bedroht ist.</w:t>
      </w:r>
    </w:p>
    <w:p>
      <w:r>
        <w:t>(2) Jugendlicher ist, wer zur Zeit der Tat vierzehn, aber noch nicht achtzehn, Heranwachsender, wer zur Zeit der Tat achtzehn, aber noch nicht einundzwanzig Jahre alt ist.</w:t>
      </w:r>
    </w:p>
    <w:p>
      <w:r>
        <w:t>(3) Ist zweifelhaft, ob der Beschuldigte zur Zeit der Tat das achtzehnte Lebensjahr vollendet hat, sind die für Jugendliche geltenden Verfahrensvorschriften anzuwenden.</w:t>
      </w:r>
    </w:p>
    <w:p>
      <w:pPr>
        <w:pStyle w:val="Heading2"/>
      </w:pPr>
      <w:bookmarkStart w:id="3" w:name="b2"/>
      <w:r>
        <w:t>§ 2 Ziel des Jugendstrafrechts; Anwendung des allgemeinen Strafrechts</w:t>
      </w:r>
      <w:r>
        <w:t xml:space="preserve"> </w:t>
      </w:r>
      <w:r>
        <w:rPr>
          <w:rStyle w:val="Suchmarke"/>
        </w:rPr>
        <w:t>#2#</w:t>
      </w:r>
      <w:bookmarkEnd w:id="3"/>
    </w:p>
    <w:p>
      <w:r>
        <w:t xml:space="preserve">(1) </w:t>
      </w:r>
      <w:r>
        <w:rPr>
          <w:rStyle w:val="Satznummer"/>
        </w:rPr>
        <w:t>1</w:t>
      </w:r>
      <w:r>
        <w:t xml:space="preserve">Die Anwendung des Jugendstrafrechts soll vor allem erneuten Straftaten eines Jugendlichen oder Heranwachsenden entgegenwirken. </w:t>
      </w:r>
      <w:r>
        <w:rPr>
          <w:rStyle w:val="Satznummer"/>
        </w:rPr>
        <w:t>2</w:t>
      </w:r>
      <w:r>
        <w:t>Um dieses Ziel zu erreichen, sind die Rechtsfolgen und unter Beachtung des elterlichen Erziehungsrechts auch das Verfahren vorrangig am Erziehungsgedanken auszurichten.</w:t>
      </w:r>
    </w:p>
    <w:p>
      <w:r>
        <w:t>(2) Die allgemeinen Vorschriften gelten nur, soweit in diesem Gesetz nichts anderes bestimmt ist.</w:t>
      </w:r>
    </w:p>
    <w:p>
      <w:pPr>
        <w:pStyle w:val="Heading1"/>
      </w:pPr>
      <w:bookmarkStart w:id="4" w:name="b3"/>
      <w:r>
        <w:t>Zweiter Teil Jugendliche</w:t>
      </w:r>
      <w:bookmarkEnd w:id="4"/>
    </w:p>
    <w:p>
      <w:pPr>
        <w:pStyle w:val="Heading2"/>
      </w:pPr>
      <w:bookmarkStart w:id="5" w:name="b4"/>
      <w:r>
        <w:t>Erstes Hauptstück Verfehlungen Jugendlicher und ihre Folgen</w:t>
      </w:r>
      <w:bookmarkEnd w:id="5"/>
    </w:p>
    <w:p>
      <w:pPr>
        <w:pStyle w:val="Heading3"/>
      </w:pPr>
      <w:bookmarkStart w:id="6" w:name="b5"/>
      <w:r>
        <w:t>Erster Abschnitt Allgemeine Vorschriften</w:t>
      </w:r>
      <w:bookmarkEnd w:id="6"/>
    </w:p>
    <w:p>
      <w:pPr>
        <w:pStyle w:val="Heading4"/>
      </w:pPr>
      <w:bookmarkStart w:id="7" w:name="b6"/>
      <w:r>
        <w:t>§ 3 Verantwortlichkeit</w:t>
      </w:r>
      <w:r>
        <w:t xml:space="preserve"> </w:t>
      </w:r>
      <w:r>
        <w:rPr>
          <w:rStyle w:val="Suchmarke"/>
        </w:rPr>
        <w:t>#3#</w:t>
      </w:r>
      <w:bookmarkEnd w:id="7"/>
    </w:p>
    <w:p>
      <w:r>
        <w:rPr>
          <w:rStyle w:val="Satznummer"/>
        </w:rPr>
        <w:t>1</w:t>
      </w:r>
      <w:r>
        <w:t xml:space="preserve">Ein Jugendlicher ist strafrechtlich verantwortlich, wenn er zur Zeit der Tat nach seiner sittlichen und geistigen Entwicklung reif genug ist, das Unrecht der Tat einzusehen und nach dieser Einsicht zu handeln. </w:t>
      </w:r>
      <w:r>
        <w:rPr>
          <w:rStyle w:val="Satznummer"/>
        </w:rPr>
        <w:t>2</w:t>
      </w:r>
      <w:r>
        <w:t>Zur Erziehung eines Jugendlichen, der mangels Reife strafrechtlich nicht verantwortlich ist, kann der Richter dieselben Maßnahmen anordnen wie das Familiengericht.</w:t>
      </w:r>
    </w:p>
    <w:p>
      <w:pPr>
        <w:pStyle w:val="Heading4"/>
      </w:pPr>
      <w:bookmarkStart w:id="8" w:name="b7"/>
      <w:r>
        <w:t>§ 4 Rechtliche Einordnung der Taten Jugendlicher</w:t>
      </w:r>
      <w:r>
        <w:t xml:space="preserve"> </w:t>
      </w:r>
      <w:r>
        <w:rPr>
          <w:rStyle w:val="Suchmarke"/>
        </w:rPr>
        <w:t>#4#</w:t>
      </w:r>
      <w:bookmarkEnd w:id="8"/>
    </w:p>
    <w:p>
      <w:r>
        <w:t>Ob die rechtswidrige Tat eines Jugendlichen als Verbrechen oder Vergehen anzusehen ist und wann sie verjährt, richtet sich nach den Vorschriften des allgemeinen Strafrechts.</w:t>
      </w:r>
    </w:p>
    <w:p>
      <w:pPr>
        <w:pStyle w:val="Heading4"/>
      </w:pPr>
      <w:bookmarkStart w:id="9" w:name="b8"/>
      <w:r>
        <w:t>§ 5 Die Folgen der Jugendstraftat</w:t>
      </w:r>
      <w:r>
        <w:t xml:space="preserve"> </w:t>
      </w:r>
      <w:r>
        <w:rPr>
          <w:rStyle w:val="Suchmarke"/>
        </w:rPr>
        <w:t>#5#</w:t>
      </w:r>
      <w:bookmarkEnd w:id="9"/>
    </w:p>
    <w:p>
      <w:r>
        <w:t>(1) Aus Anlaß der Straftat eines Jugendlichen können Erziehungsmaßregeln angeordnet werden.</w:t>
      </w:r>
    </w:p>
    <w:p>
      <w:r>
        <w:t>(2) Die Straftat eines Jugendlichen wird mit Zuchtmitteln oder mit Jugendstrafe geahndet, wenn Erziehungsmaßregeln nicht ausreichen.</w:t>
      </w:r>
    </w:p>
    <w:p>
      <w:r>
        <w:t>(3) Von Zuchtmitteln und Jugendstrafe wird abgesehen, wenn die Unterbringung in einem psychiatrischen Krankenhaus oder einer Entziehungsanstalt die Ahndung durch den Richter entbehrlich macht.</w:t>
      </w:r>
    </w:p>
    <w:p>
      <w:pPr>
        <w:pStyle w:val="Heading4"/>
      </w:pPr>
      <w:bookmarkStart w:id="10" w:name="b9"/>
      <w:r>
        <w:t>§ 6 Nebenfolgen</w:t>
      </w:r>
      <w:r>
        <w:t xml:space="preserve"> </w:t>
      </w:r>
      <w:r>
        <w:rPr>
          <w:rStyle w:val="Suchmarke"/>
        </w:rPr>
        <w:t>#6#</w:t>
      </w:r>
      <w:bookmarkEnd w:id="10"/>
    </w:p>
    <w:p>
      <w:r>
        <w:t xml:space="preserve">(1) </w:t>
      </w:r>
      <w:r>
        <w:rPr>
          <w:rStyle w:val="Satznummer"/>
        </w:rPr>
        <w:t>1</w:t>
      </w:r>
      <w:r>
        <w:t xml:space="preserve">Auf Unfähigkeit, öffentliche Ämter zu bekleiden, Rechte aus öffentlichen Wahlen zu erlangen oder in öffentlichen Angelegenheiten zu wählen oder zu stimmen, darf nicht erkannt werden. </w:t>
      </w:r>
      <w:r>
        <w:rPr>
          <w:rStyle w:val="Satznummer"/>
        </w:rPr>
        <w:t>2</w:t>
      </w:r>
      <w:r>
        <w:t>Die Bekanntgabe der Verurteilung darf nicht angeordnet werden.</w:t>
      </w:r>
    </w:p>
    <w:p>
      <w:r>
        <w:t>(2) Der Verlust der Fähigkeit, öffentliche Ämter zu bekleiden und Rechte aus öffentlichen Wahlen zu erlangen (§ 45 Abs. 1 des Strafgesetzbuches), tritt nicht ein.</w:t>
      </w:r>
    </w:p>
    <w:p>
      <w:pPr>
        <w:pStyle w:val="Heading4"/>
      </w:pPr>
      <w:bookmarkStart w:id="11" w:name="b10"/>
      <w:r>
        <w:t>§ 7 Maßregeln der Besserung und Sicherung</w:t>
      </w:r>
      <w:r>
        <w:t xml:space="preserve"> </w:t>
      </w:r>
      <w:r>
        <w:rPr>
          <w:rStyle w:val="Suchmarke"/>
        </w:rPr>
        <w:t>#7#</w:t>
      </w:r>
      <w:bookmarkEnd w:id="11"/>
    </w:p>
    <w:p>
      <w:r>
        <w:t>(1) Als Maßregeln der Besserung und Sicherung im Sinne des allgemeinen Strafrechts können die Unterbringung in einem psychiatrischen Krankenhaus oder einer Entziehungsanstalt, die Führungsaufsicht oder die Entziehung der Fahrerlaubnis angeordnet werden (§ 61 Nr. 1, 2, 4 und 5 des Strafgesetzbuches).</w:t>
      </w:r>
    </w:p>
    <w:p>
      <w:r>
        <w:t xml:space="preserve">(2) </w:t>
      </w:r>
      <w:r>
        <w:rPr>
          <w:rStyle w:val="Satznummer"/>
        </w:rPr>
        <w:t>1</w:t>
      </w:r>
      <w:r>
        <w:t>Das Gericht kann im Urteil die Anordnung der Sicherungsverwahrung vorbehalten, wenn</w:t>
      </w:r>
    </w:p>
    <w:p>
      <w:pPr>
        <w:tabs>
          <w:tab w:pos="567" w:val="left"/>
        </w:tabs>
        <w:ind w:left="567" w:hanging="567"/>
      </w:pPr>
      <w:r>
        <w:t>1.</w:t>
      </w:r>
      <w:r>
        <w:tab/>
      </w:r>
      <w:r>
        <w:t>der Jugendliche zu einer Jugendstrafe von mindestens sieben Jahren verurteilt wird wegen oder auch wegen eines Verbrechens</w:t>
      </w:r>
    </w:p>
    <w:p>
      <w:pPr>
        <w:tabs>
          <w:tab w:pos="1134" w:val="left"/>
        </w:tabs>
        <w:ind w:left="1134" w:hanging="567"/>
      </w:pPr>
      <w:r>
        <w:t>a)</w:t>
      </w:r>
      <w:r>
        <w:tab/>
      </w:r>
      <w:r>
        <w:t>gegen das Leben, die körperliche Unversehrtheit oder die sexuelle Selbstbestimmung oder</w:t>
      </w:r>
    </w:p>
    <w:p>
      <w:pPr>
        <w:tabs>
          <w:tab w:pos="1134" w:val="left"/>
        </w:tabs>
        <w:ind w:left="1134" w:hanging="567"/>
      </w:pPr>
      <w:r>
        <w:t>b)</w:t>
      </w:r>
      <w:r>
        <w:tab/>
      </w:r>
      <w:r>
        <w:t>nach § 251 des Strafgesetzbuches, auch in Verbindung mit § 252 oder § 255 des Strafgesetzbuches,</w:t>
      </w:r>
    </w:p>
    <w:p>
      <w:pPr>
        <w:ind w:left="567"/>
      </w:pPr>
      <w:r>
        <w:t>durch welches das Opfer seelisch oder körperlich schwer geschädigt oder einer solchen Gefahr ausgesetzt worden ist, und</w:t>
      </w:r>
    </w:p>
    <w:p>
      <w:pPr>
        <w:tabs>
          <w:tab w:pos="567" w:val="left"/>
        </w:tabs>
        <w:ind w:left="567" w:hanging="567"/>
      </w:pPr>
      <w:r>
        <w:t>2.</w:t>
      </w:r>
      <w:r>
        <w:tab/>
      </w:r>
      <w:r>
        <w:t>die Gesamtwürdigung des Jugendlichen und seiner Tat oder seiner Taten ergibt, dass er mit hoher Wahrscheinlichkeit erneut Straftaten der in Nummer 1 bezeichneten Art begehen wird.</w:t>
      </w:r>
    </w:p>
    <w:p>
      <w:r>
        <w:rPr>
          <w:rStyle w:val="Satznummer"/>
        </w:rPr>
        <w:t>2</w:t>
      </w:r>
      <w:r>
        <w:t xml:space="preserve">Das Gericht ordnet die Sicherungsverwahrung an, wenn die Gesamtwürdigung des Verurteilten, seiner Tat oder seiner Taten und ergänzend seiner Entwicklung bis zum Zeitpunkt der Entscheidung ergibt, dass von ihm Straftaten der in Satz 1 Nummer 1 bezeichneten Art zu erwarten sind; § 66a Absatz 3 Satz 1 des Strafgesetzbuches gilt entsprechend. </w:t>
      </w:r>
      <w:r>
        <w:rPr>
          <w:rStyle w:val="Satznummer"/>
        </w:rPr>
        <w:t>3</w:t>
      </w:r>
      <w:r>
        <w:t>Für die Prüfung, ob die Unterbringung in der Sicherungsverwahrung am Ende des Vollzugs der Jugendstrafe auszusetzen ist, und für den Eintritt der Führungsaufsicht gilt § 67c Absatz 1 des Strafgesetzbuches entsprechend.</w:t>
      </w:r>
    </w:p>
    <w:p>
      <w:r>
        <w:t xml:space="preserve">(3) </w:t>
      </w:r>
      <w:r>
        <w:rPr>
          <w:rStyle w:val="Satznummer"/>
        </w:rPr>
        <w:t>1</w:t>
      </w:r>
      <w:r>
        <w:t xml:space="preserve">Wird neben der Jugendstrafe die Anordnung der Sicherungsverwahrung vorbehalten und hat der Verurteilte das siebenundzwanzigste Lebensjahr noch nicht vollendet, so ordnet das Gericht an, dass bereits die Jugendstrafe in einer sozialtherapeutischen Einrichtung zu vollziehen ist, es sei denn, dass die Resozialisierung des Verurteilten dadurch nicht besser gefördert werden kann. </w:t>
      </w:r>
      <w:r>
        <w:rPr>
          <w:rStyle w:val="Satznummer"/>
        </w:rPr>
        <w:t>2</w:t>
      </w:r>
      <w:r>
        <w:t xml:space="preserve">Diese Anordnung kann auch nachträglich erfolgen. </w:t>
      </w:r>
      <w:r>
        <w:rPr>
          <w:rStyle w:val="Satznummer"/>
        </w:rPr>
        <w:t>3</w:t>
      </w:r>
      <w:r>
        <w:t xml:space="preserve">Solange der Vollzug in einer sozialtherapeutischen Einrichtung noch nicht angeordnet oder der Gefangene noch nicht in eine sozialtherapeutische Einrichtung verlegt worden ist, ist darüber jeweils nach sechs Monaten neu zu entscheiden. </w:t>
      </w:r>
      <w:r>
        <w:rPr>
          <w:rStyle w:val="Satznummer"/>
        </w:rPr>
        <w:t>4</w:t>
      </w:r>
      <w:r>
        <w:t xml:space="preserve">Für die nachträgliche Anordnung nach Satz 2 ist die Strafvollstreckungskammer zuständig, wenn der Betroffene das vierundzwanzigste Lebensjahr vollendet hat, sonst die für die Entscheidung über Vollzugsmaßnahmen nach </w:t>
      </w:r>
      <w:hyperlink w:anchor="b145" w:history="1">
        <w:r>
          <w:rPr>
            <w:color w:val="0A3A8C"/>
            <w:u w:val="single"/>
          </w:rPr>
          <w:t xml:space="preserve">§ 92</w:t>
        </w:r>
      </w:hyperlink>
      <w:r>
        <w:t xml:space="preserve"> Absatz 2 zuständige Jugendkammer. </w:t>
      </w:r>
      <w:r>
        <w:rPr>
          <w:rStyle w:val="Satznummer"/>
        </w:rPr>
        <w:t>5</w:t>
      </w:r>
      <w:r>
        <w:t>Im Übrigen gelten zum Vollzug der Jugendstrafe § 66c Absatz 2 und § 67a Absatz 2 bis 4 des Strafgesetzbuches entsprechend.</w:t>
      </w:r>
    </w:p>
    <w:p>
      <w:r>
        <w:t>(4) Ist die wegen einer Tat der in Absatz 2 bezeichneten Art angeordnete Unterbringung in einem psychiatrischen Krankenhaus nach § 67d Abs. 6 des Strafgesetzbuches für erledigt erklärt worden, weil der die Schuldfähigkeit ausschließende oder vermindernde Zustand, auf dem die Unterbringung beruhte, im Zeitpunkt der Erledigungsentscheidung nicht bestanden hat, so kann das Gericht nachträglich die Unterbringung in der Sicherungsverwahrung anordnen, wenn</w:t>
      </w:r>
    </w:p>
    <w:p>
      <w:pPr>
        <w:tabs>
          <w:tab w:pos="567" w:val="left"/>
        </w:tabs>
        <w:ind w:left="567" w:hanging="567"/>
      </w:pPr>
      <w:r>
        <w:t>1.</w:t>
      </w:r>
      <w:r>
        <w:tab/>
      </w:r>
      <w:r>
        <w:t>die Unterbringung des Betroffenen nach § 63 des Strafgesetzbuches wegen mehrerer solcher Taten angeordnet wurde oder wenn der Betroffene wegen einer oder mehrerer solcher Taten, die er vor der zur Unterbringung nach § 63 des Strafgesetzbuches führenden Tat begangen hat, schon einmal zu einer Jugendstrafe von mindestens drei Jahren verurteilt oder in einem psychiatrischen Krankenhaus untergebracht worden war und</w:t>
      </w:r>
    </w:p>
    <w:p>
      <w:pPr>
        <w:tabs>
          <w:tab w:pos="567" w:val="left"/>
        </w:tabs>
        <w:ind w:left="567" w:hanging="567"/>
      </w:pPr>
      <w:r>
        <w:t>2.</w:t>
      </w:r>
      <w:r>
        <w:tab/>
      </w:r>
      <w:r>
        <w:t>die Gesamtwürdigung des Betroffenen, seiner Taten und ergänzend seiner Entwicklung bis zum Zeitpunkt der Entscheidung ergibt, dass er mit hoher Wahrscheinlichkeit erneut Straftaten der in Absatz 2 bezeichneten Art begehen wird.</w:t>
      </w:r>
    </w:p>
    <w:p>
      <w:r>
        <w:t>(5) Die regelmäßige Frist zur Prüfung, ob die weitere Vollstreckung der Unterbringung in der Sicherungsverwahrung zur Bewährung auszusetzen oder für erledigt zu erklären ist (§ 67e des Strafgesetzbuches), beträgt in den Fällen der Absätze 2 und 4 sechs Monate, wenn die untergebrachte Person bei Beginn des Fristlaufs das vierundzwanzigste Lebensjahr noch nicht vollendet hat.</w:t>
      </w:r>
    </w:p>
    <w:p>
      <w:pPr>
        <w:pStyle w:val="Heading4"/>
      </w:pPr>
      <w:bookmarkStart w:id="12" w:name="b11"/>
      <w:r>
        <w:t>§ 8 Verbindung von Maßnahmen und Jugendstrafe</w:t>
      </w:r>
      <w:r>
        <w:t xml:space="preserve"> </w:t>
      </w:r>
      <w:r>
        <w:rPr>
          <w:rStyle w:val="Suchmarke"/>
        </w:rPr>
        <w:t>#8#</w:t>
      </w:r>
      <w:bookmarkEnd w:id="12"/>
    </w:p>
    <w:p>
      <w:r>
        <w:t xml:space="preserve">(1) </w:t>
      </w:r>
      <w:r>
        <w:rPr>
          <w:rStyle w:val="Satznummer"/>
        </w:rPr>
        <w:t>1</w:t>
      </w:r>
      <w:r>
        <w:t xml:space="preserve">Erziehungsmaßregeln und Zuchtmittel, ebenso mehrere Erziehungsmaßregeln oder mehrere Zuchtmittel können nebeneinander angeordnet werden. </w:t>
      </w:r>
      <w:r>
        <w:rPr>
          <w:rStyle w:val="Satznummer"/>
        </w:rPr>
        <w:t>2</w:t>
      </w:r>
      <w:r>
        <w:t xml:space="preserve">Mit der Anordnung von Hilfe zur Erziehung nach </w:t>
      </w:r>
      <w:hyperlink w:anchor="b16" w:history="1">
        <w:r>
          <w:rPr>
            <w:color w:val="0A3A8C"/>
            <w:u w:val="single"/>
          </w:rPr>
          <w:t xml:space="preserve">§ 12</w:t>
        </w:r>
      </w:hyperlink>
      <w:r>
        <w:t xml:space="preserve"> Nr. 2 darf Jugendarrest nicht verbunden werden.</w:t>
      </w:r>
    </w:p>
    <w:p>
      <w:r>
        <w:t xml:space="preserve">(2) </w:t>
      </w:r>
      <w:r>
        <w:rPr>
          <w:rStyle w:val="Satznummer"/>
        </w:rPr>
        <w:t>1</w:t>
      </w:r>
      <w:r>
        <w:t xml:space="preserve">Neben Jugendstrafe können nur Weisungen und Auflagen erteilt und die Erziehungsbeistandschaft angeordnet werden. </w:t>
      </w:r>
      <w:r>
        <w:rPr>
          <w:rStyle w:val="Satznummer"/>
        </w:rPr>
        <w:t>2</w:t>
      </w:r>
      <w:r>
        <w:t xml:space="preserve">Unter den Voraussetzungen des </w:t>
      </w:r>
      <w:hyperlink w:anchor="b22" w:history="1">
        <w:r>
          <w:rPr>
            <w:color w:val="0A3A8C"/>
            <w:u w:val="single"/>
          </w:rPr>
          <w:t xml:space="preserve">§ 16a</w:t>
        </w:r>
      </w:hyperlink>
      <w:r>
        <w:t xml:space="preserve"> kann neben der Verhängung einer Jugendstrafe oder der Aussetzung ihrer Verhängung auch Jugendarrest angeordnet werden. </w:t>
      </w:r>
      <w:r>
        <w:rPr>
          <w:rStyle w:val="Satznummer"/>
        </w:rPr>
        <w:t>3</w:t>
      </w:r>
      <w:r>
        <w:t>Steht der Jugendliche unter Bewährungsaufsicht, so ruht eine gleichzeitig bestehende Erziehungsbeistandschaft bis zum Ablauf der Bewährungszeit.</w:t>
      </w:r>
    </w:p>
    <w:p>
      <w:r>
        <w:t xml:space="preserve">(3) </w:t>
      </w:r>
      <w:r>
        <w:rPr>
          <w:rStyle w:val="Satznummer"/>
        </w:rPr>
        <w:t>1</w:t>
      </w:r>
      <w:r>
        <w:t xml:space="preserve">Neben Erziehungsmaßregeln, Zuchtmitteln und Jugendstrafe kann auf die nach diesem Gesetz zulässigen Nebenstrafen und Nebenfolgen erkannt werden. </w:t>
      </w:r>
      <w:r>
        <w:rPr>
          <w:rStyle w:val="Satznummer"/>
        </w:rPr>
        <w:t>2</w:t>
      </w:r>
      <w:r>
        <w:t>Ein Fahrverbot darf die Dauer von drei Monaten nicht überschreiten.</w:t>
      </w:r>
    </w:p>
    <w:p>
      <w:pPr>
        <w:pStyle w:val="Heading3"/>
      </w:pPr>
      <w:bookmarkStart w:id="13" w:name="b12"/>
      <w:r>
        <w:t>Zweiter Abschnitt Erziehungsmaßregeln</w:t>
      </w:r>
      <w:bookmarkEnd w:id="13"/>
    </w:p>
    <w:p>
      <w:pPr>
        <w:pStyle w:val="Heading4"/>
      </w:pPr>
      <w:bookmarkStart w:id="14" w:name="b13"/>
      <w:r>
        <w:t>§ 9 Arten</w:t>
      </w:r>
      <w:r>
        <w:t xml:space="preserve"> </w:t>
      </w:r>
      <w:r>
        <w:rPr>
          <w:rStyle w:val="Suchmarke"/>
        </w:rPr>
        <w:t>#9#</w:t>
      </w:r>
      <w:bookmarkEnd w:id="14"/>
    </w:p>
    <w:p>
      <w:r>
        <w:t>Erziehungsmaßregeln sind</w:t>
      </w:r>
    </w:p>
    <w:p>
      <w:pPr>
        <w:tabs>
          <w:tab w:pos="567" w:val="left"/>
        </w:tabs>
        <w:ind w:left="567" w:hanging="567"/>
      </w:pPr>
      <w:r>
        <w:t>1.</w:t>
      </w:r>
      <w:r>
        <w:tab/>
      </w:r>
      <w:r>
        <w:t>die Erteilung von Weisungen,</w:t>
      </w:r>
    </w:p>
    <w:p>
      <w:pPr>
        <w:tabs>
          <w:tab w:pos="567" w:val="left"/>
        </w:tabs>
        <w:ind w:left="567" w:hanging="567"/>
      </w:pPr>
      <w:r>
        <w:t>2.</w:t>
      </w:r>
      <w:r>
        <w:tab/>
      </w:r>
      <w:r>
        <w:t>die Anordnung, Hilfe zur Erziehung im Sinne des § 12 in Anspruch zu nehmen.</w:t>
      </w:r>
    </w:p>
    <w:p>
      <w:pPr>
        <w:pStyle w:val="Heading4"/>
      </w:pPr>
      <w:bookmarkStart w:id="15" w:name="b14"/>
      <w:r>
        <w:t>§ 10 Weisungen</w:t>
      </w:r>
      <w:r>
        <w:t xml:space="preserve"> </w:t>
      </w:r>
      <w:r>
        <w:rPr>
          <w:rStyle w:val="Suchmarke"/>
        </w:rPr>
        <w:t>#10#</w:t>
      </w:r>
      <w:bookmarkEnd w:id="15"/>
    </w:p>
    <w:p>
      <w:r>
        <w:t xml:space="preserve">(1) </w:t>
      </w:r>
      <w:r>
        <w:rPr>
          <w:rStyle w:val="Satznummer"/>
        </w:rPr>
        <w:t>1</w:t>
      </w:r>
      <w:r>
        <w:t xml:space="preserve">Weisungen sind Gebote und Verbote, welche die Lebensführung des Jugendlichen regeln und dadurch seine Erziehung fördern und sichern sollen. </w:t>
      </w:r>
      <w:r>
        <w:rPr>
          <w:rStyle w:val="Satznummer"/>
        </w:rPr>
        <w:t>2</w:t>
      </w:r>
      <w:r>
        <w:t xml:space="preserve">Dabei dürfen an die Lebensführung des Jugendlichen keine unzumutbaren Anforderungen gestellt werden. </w:t>
      </w:r>
      <w:r>
        <w:rPr>
          <w:rStyle w:val="Satznummer"/>
        </w:rPr>
        <w:t>3</w:t>
      </w:r>
      <w:r>
        <w:t>Der Richter kann dem Jugendlichen insbesondere auferlegen,</w:t>
      </w:r>
    </w:p>
    <w:p>
      <w:pPr>
        <w:tabs>
          <w:tab w:pos="567" w:val="left"/>
        </w:tabs>
        <w:ind w:left="567" w:hanging="567"/>
      </w:pPr>
      <w:r>
        <w:t>1.</w:t>
      </w:r>
      <w:r>
        <w:tab/>
      </w:r>
      <w:r>
        <w:t>Weisungen zu befolgen, die sich auf den Aufenthaltsort beziehen,</w:t>
      </w:r>
    </w:p>
    <w:p>
      <w:pPr>
        <w:tabs>
          <w:tab w:pos="567" w:val="left"/>
        </w:tabs>
        <w:ind w:left="567" w:hanging="567"/>
      </w:pPr>
      <w:r>
        <w:t>2.</w:t>
      </w:r>
      <w:r>
        <w:tab/>
      </w:r>
      <w:r>
        <w:t>bei einer Familie oder in einem Heim zu wohnen,</w:t>
      </w:r>
    </w:p>
    <w:p>
      <w:pPr>
        <w:tabs>
          <w:tab w:pos="567" w:val="left"/>
        </w:tabs>
        <w:ind w:left="567" w:hanging="567"/>
      </w:pPr>
      <w:r>
        <w:t>3.</w:t>
      </w:r>
      <w:r>
        <w:tab/>
      </w:r>
      <w:r>
        <w:t>eine Ausbildungs- oder Arbeitsstelle anzunehmen,</w:t>
      </w:r>
    </w:p>
    <w:p>
      <w:pPr>
        <w:tabs>
          <w:tab w:pos="567" w:val="left"/>
        </w:tabs>
        <w:ind w:left="567" w:hanging="567"/>
      </w:pPr>
      <w:r>
        <w:t>4.</w:t>
      </w:r>
      <w:r>
        <w:tab/>
      </w:r>
      <w:r>
        <w:t>Arbeitsleistungen zu erbringen,</w:t>
      </w:r>
    </w:p>
    <w:p>
      <w:pPr>
        <w:tabs>
          <w:tab w:pos="567" w:val="left"/>
        </w:tabs>
        <w:ind w:left="567" w:hanging="567"/>
      </w:pPr>
      <w:r>
        <w:t>5.</w:t>
      </w:r>
      <w:r>
        <w:tab/>
      </w:r>
      <w:r>
        <w:t>sich der Betreuung und Aufsicht einer bestimmten Person (Betreuungshelfer) zu unterstellen,</w:t>
      </w:r>
    </w:p>
    <w:p>
      <w:pPr>
        <w:tabs>
          <w:tab w:pos="567" w:val="left"/>
        </w:tabs>
        <w:ind w:left="567" w:hanging="567"/>
      </w:pPr>
      <w:r>
        <w:t>6.</w:t>
      </w:r>
      <w:r>
        <w:tab/>
      </w:r>
      <w:r>
        <w:t>an einem sozialen Trainingskurs teilzunehmen,</w:t>
      </w:r>
    </w:p>
    <w:p>
      <w:pPr>
        <w:tabs>
          <w:tab w:pos="567" w:val="left"/>
        </w:tabs>
        <w:ind w:left="567" w:hanging="567"/>
      </w:pPr>
      <w:r>
        <w:t>7.</w:t>
      </w:r>
      <w:r>
        <w:tab/>
      </w:r>
      <w:r>
        <w:t>sich zu bemühen, einen Ausgleich mit dem Verletzten zu erreichen (Täter-Opfer-Ausgleich),</w:t>
      </w:r>
    </w:p>
    <w:p>
      <w:pPr>
        <w:tabs>
          <w:tab w:pos="567" w:val="left"/>
        </w:tabs>
        <w:ind w:left="567" w:hanging="567"/>
      </w:pPr>
      <w:r>
        <w:t>8.</w:t>
      </w:r>
      <w:r>
        <w:tab/>
      </w:r>
      <w:r>
        <w:t>den Verkehr mit bestimmten Personen oder den Besuch von Gast- oder Vergnügungsstätten zu unterlassen oder</w:t>
      </w:r>
    </w:p>
    <w:p>
      <w:pPr>
        <w:tabs>
          <w:tab w:pos="567" w:val="left"/>
        </w:tabs>
        <w:ind w:left="567" w:hanging="567"/>
      </w:pPr>
      <w:r>
        <w:t>9.</w:t>
      </w:r>
      <w:r>
        <w:tab/>
      </w:r>
      <w:r>
        <w:t>an einem Verkehrsunterricht teilzunehmen.</w:t>
      </w:r>
    </w:p>
    <w:p>
      <w:r>
        <w:t xml:space="preserve">(2) </w:t>
      </w:r>
      <w:r>
        <w:rPr>
          <w:rStyle w:val="Satznummer"/>
        </w:rPr>
        <w:t>1</w:t>
      </w:r>
      <w:r>
        <w:t xml:space="preserve">Der Richter kann dem Jugendlichen auch mit Zustimmung des Erziehungsberechtigten und des gesetzlichen Vertreters auferlegen, sich einer heilerzieherischen Behandlung durch einen Sachverständigen oder einer Entziehungskur zu unterziehen. </w:t>
      </w:r>
      <w:r>
        <w:rPr>
          <w:rStyle w:val="Satznummer"/>
        </w:rPr>
        <w:t>2</w:t>
      </w:r>
      <w:r>
        <w:t>Hat der Jugendliche das sechzehnte Lebensjahr vollendet, so soll dies nur mit seinem Einverständnis geschehen.</w:t>
      </w:r>
    </w:p>
    <w:p>
      <w:pPr>
        <w:pStyle w:val="Heading4"/>
      </w:pPr>
      <w:bookmarkStart w:id="16" w:name="b15"/>
      <w:r>
        <w:t>§ 11 Laufzeit und nachträgliche Änderung von Weisungen;Folgen der Zuwiderhandlung</w:t>
      </w:r>
      <w:r>
        <w:t xml:space="preserve"> </w:t>
      </w:r>
      <w:r>
        <w:rPr>
          <w:rStyle w:val="Suchmarke"/>
        </w:rPr>
        <w:t>#11#</w:t>
      </w:r>
      <w:bookmarkEnd w:id="16"/>
    </w:p>
    <w:p>
      <w:r>
        <w:t xml:space="preserve">(1) </w:t>
      </w:r>
      <w:r>
        <w:rPr>
          <w:rStyle w:val="Satznummer"/>
        </w:rPr>
        <w:t>1</w:t>
      </w:r>
      <w:r>
        <w:t xml:space="preserve">Der Richter bestimmt die Laufzeit der Weisungen. </w:t>
      </w:r>
      <w:r>
        <w:rPr>
          <w:rStyle w:val="Satznummer"/>
        </w:rPr>
        <w:t>2</w:t>
      </w:r>
      <w:r>
        <w:t xml:space="preserve">Die Laufzeit darf zwei Jahre nicht überschreiten; sie soll bei einer Weisung nach </w:t>
      </w:r>
      <w:hyperlink w:anchor="b14" w:history="1">
        <w:r>
          <w:rPr>
            <w:color w:val="0A3A8C"/>
            <w:u w:val="single"/>
          </w:rPr>
          <w:t xml:space="preserve">§ 10</w:t>
        </w:r>
      </w:hyperlink>
      <w:r>
        <w:t xml:space="preserve"> Abs. 1 Satz 3 Nr. 5 nicht mehr als ein Jahr, bei einer Weisung nach </w:t>
      </w:r>
      <w:hyperlink w:anchor="b14" w:history="1">
        <w:r>
          <w:rPr>
            <w:color w:val="0A3A8C"/>
            <w:u w:val="single"/>
          </w:rPr>
          <w:t xml:space="preserve">§ 10</w:t>
        </w:r>
      </w:hyperlink>
      <w:r>
        <w:t xml:space="preserve"> Abs. 1 Satz 3 Nr. 6 nicht mehr als sechs Monate betragen.</w:t>
      </w:r>
    </w:p>
    <w:p>
      <w:r>
        <w:t>(2) Der Richter kann Weisungen ändern, von ihnen befreien oder ihre Laufzeit vor Ablauf bis auf drei Jahre verlängern, wenn dies aus Gründen der Erziehung geboten ist.</w:t>
      </w:r>
    </w:p>
    <w:p>
      <w:r>
        <w:t xml:space="preserve">(3) </w:t>
      </w:r>
      <w:r>
        <w:rPr>
          <w:rStyle w:val="Satznummer"/>
        </w:rPr>
        <w:t>1</w:t>
      </w:r>
      <w:r>
        <w:t xml:space="preserve">Kommt der Jugendliche Weisungen schuldhaft nicht nach, so kann Jugendarrest verhängt werden, wenn eine Belehrung über die Folgen schuldhafter Zuwiderhandlung erfolgt war. </w:t>
      </w:r>
      <w:r>
        <w:rPr>
          <w:rStyle w:val="Satznummer"/>
        </w:rPr>
        <w:t>2</w:t>
      </w:r>
      <w:r>
        <w:t xml:space="preserve">Hiernach verhängter Jugendarrest darf bei einer Verurteilung insgesamt die Dauer von vier Wochen nicht überschreiten. </w:t>
      </w:r>
      <w:r>
        <w:rPr>
          <w:rStyle w:val="Satznummer"/>
        </w:rPr>
        <w:t>3</w:t>
      </w:r>
      <w:r>
        <w:t>Der Richter sieht von der Vollstreckung des Jugendarrestes ab, wenn der Jugendliche nach Verhängung des Arrestes der Weisung nachkommt.</w:t>
      </w:r>
    </w:p>
    <w:p>
      <w:pPr>
        <w:pStyle w:val="Heading4"/>
      </w:pPr>
      <w:bookmarkStart w:id="17" w:name="b16"/>
      <w:r>
        <w:t>§ 12 Hilfe zur Erziehung</w:t>
      </w:r>
      <w:r>
        <w:t xml:space="preserve"> </w:t>
      </w:r>
      <w:r>
        <w:rPr>
          <w:rStyle w:val="Suchmarke"/>
        </w:rPr>
        <w:t>#12#</w:t>
      </w:r>
      <w:bookmarkEnd w:id="17"/>
    </w:p>
    <w:p>
      <w:r>
        <w:t>Der Richter kann dem Jugendlichen nach Anhörung des Jugendamts auch auferlegen, unter den im Achten Buch Sozialgesetzbuch genannten Voraussetzungen Hilfe zur Erziehung</w:t>
      </w:r>
    </w:p>
    <w:p>
      <w:pPr>
        <w:tabs>
          <w:tab w:pos="567" w:val="left"/>
        </w:tabs>
        <w:ind w:left="567" w:hanging="567"/>
      </w:pPr>
      <w:r>
        <w:t>1.</w:t>
      </w:r>
      <w:r>
        <w:tab/>
      </w:r>
      <w:r>
        <w:t>in Form der Erziehungsbeistandschaft im Sinne des § 30 des Achten Buches Sozialgesetzbuch oder</w:t>
      </w:r>
    </w:p>
    <w:p>
      <w:pPr>
        <w:tabs>
          <w:tab w:pos="567" w:val="left"/>
        </w:tabs>
        <w:ind w:left="567" w:hanging="567"/>
      </w:pPr>
      <w:r>
        <w:t>2.</w:t>
      </w:r>
      <w:r>
        <w:tab/>
      </w:r>
      <w:r>
        <w:t>in einer Einrichtung über Tag und Nacht oder in einer sonstigen betreuten Wohnform im Sinne des § 34 des Achten Buches Sozialgesetzbuch</w:t>
      </w:r>
    </w:p>
    <w:p>
      <w:r>
        <w:t>in Anspruch zu nehmen.</w:t>
      </w:r>
    </w:p>
    <w:p>
      <w:pPr>
        <w:pStyle w:val="Heading3"/>
      </w:pPr>
      <w:bookmarkStart w:id="18" w:name="b17"/>
      <w:r>
        <w:t>Dritter Abschnitt Zuchtmittel</w:t>
      </w:r>
      <w:bookmarkEnd w:id="18"/>
    </w:p>
    <w:p>
      <w:pPr>
        <w:pStyle w:val="Heading4"/>
      </w:pPr>
      <w:bookmarkStart w:id="19" w:name="b18"/>
      <w:r>
        <w:t>§ 13 Arten und Anwendung</w:t>
      </w:r>
      <w:r>
        <w:t xml:space="preserve"> </w:t>
      </w:r>
      <w:r>
        <w:rPr>
          <w:rStyle w:val="Suchmarke"/>
        </w:rPr>
        <w:t>#13#</w:t>
      </w:r>
      <w:bookmarkEnd w:id="19"/>
    </w:p>
    <w:p>
      <w:r>
        <w:t>(1) Der Richter ahndet die Straftat mit Zuchtmitteln, wenn Jugendstrafe nicht geboten ist, dem Jugendlichen aber eindringlich zum Bewußtsein gebracht werden muß, daß er für das von ihm begangene Unrecht einzustehen hat.</w:t>
      </w:r>
    </w:p>
    <w:p>
      <w:r>
        <w:t>(2) Zuchtmittel sind</w:t>
      </w:r>
    </w:p>
    <w:p>
      <w:pPr>
        <w:tabs>
          <w:tab w:pos="567" w:val="left"/>
        </w:tabs>
        <w:ind w:left="567" w:hanging="567"/>
      </w:pPr>
      <w:r>
        <w:t>1.</w:t>
      </w:r>
      <w:r>
        <w:tab/>
      </w:r>
      <w:r>
        <w:t>die Verwarnung,</w:t>
      </w:r>
    </w:p>
    <w:p>
      <w:pPr>
        <w:tabs>
          <w:tab w:pos="567" w:val="left"/>
        </w:tabs>
        <w:ind w:left="567" w:hanging="567"/>
      </w:pPr>
      <w:r>
        <w:t>2.</w:t>
      </w:r>
      <w:r>
        <w:tab/>
      </w:r>
      <w:r>
        <w:t>die Erteilung von Auflagen,</w:t>
      </w:r>
    </w:p>
    <w:p>
      <w:pPr>
        <w:tabs>
          <w:tab w:pos="567" w:val="left"/>
        </w:tabs>
        <w:ind w:left="567" w:hanging="567"/>
      </w:pPr>
      <w:r>
        <w:t>3.</w:t>
      </w:r>
      <w:r>
        <w:tab/>
      </w:r>
      <w:r>
        <w:t>der Jugendarrest.</w:t>
      </w:r>
    </w:p>
    <w:p>
      <w:r>
        <w:t>(3) Zuchtmittel haben nicht die Rechtswirkungen einer Strafe.</w:t>
      </w:r>
    </w:p>
    <w:p>
      <w:pPr>
        <w:pStyle w:val="Heading4"/>
      </w:pPr>
      <w:bookmarkStart w:id="20" w:name="b19"/>
      <w:r>
        <w:t>§ 14 Verwarnung</w:t>
      </w:r>
      <w:r>
        <w:t xml:space="preserve"> </w:t>
      </w:r>
      <w:r>
        <w:rPr>
          <w:rStyle w:val="Suchmarke"/>
        </w:rPr>
        <w:t>#14#</w:t>
      </w:r>
      <w:bookmarkEnd w:id="20"/>
    </w:p>
    <w:p>
      <w:r>
        <w:t>Durch die Verwarnung soll dem Jugendlichen das Unrecht der Tat eindringlich vorgehalten werden.</w:t>
      </w:r>
    </w:p>
    <w:p>
      <w:pPr>
        <w:pStyle w:val="Heading4"/>
      </w:pPr>
      <w:bookmarkStart w:id="21" w:name="b20"/>
      <w:r>
        <w:t>§ 15 Auflagen</w:t>
      </w:r>
      <w:r>
        <w:t xml:space="preserve"> </w:t>
      </w:r>
      <w:r>
        <w:rPr>
          <w:rStyle w:val="Suchmarke"/>
        </w:rPr>
        <w:t>#15#</w:t>
      </w:r>
      <w:bookmarkEnd w:id="21"/>
    </w:p>
    <w:p>
      <w:r>
        <w:t xml:space="preserve">(1) </w:t>
      </w:r>
      <w:r>
        <w:rPr>
          <w:rStyle w:val="Satznummer"/>
        </w:rPr>
        <w:t>1</w:t>
      </w:r>
      <w:r>
        <w:t>Der Richter kann dem Jugendlichen auferlegen,</w:t>
      </w:r>
    </w:p>
    <w:p>
      <w:pPr>
        <w:tabs>
          <w:tab w:pos="567" w:val="left"/>
        </w:tabs>
        <w:ind w:left="567" w:hanging="567"/>
      </w:pPr>
      <w:r>
        <w:t>1.</w:t>
      </w:r>
      <w:r>
        <w:tab/>
      </w:r>
      <w:r>
        <w:t>nach Kräften den durch die Tat verursachten Schaden wiedergutzumachen,</w:t>
      </w:r>
    </w:p>
    <w:p>
      <w:pPr>
        <w:tabs>
          <w:tab w:pos="567" w:val="left"/>
        </w:tabs>
        <w:ind w:left="567" w:hanging="567"/>
      </w:pPr>
      <w:r>
        <w:t>2.</w:t>
      </w:r>
      <w:r>
        <w:tab/>
      </w:r>
      <w:r>
        <w:t>sich persönlich bei dem Verletzten zu entschuldigen,</w:t>
      </w:r>
    </w:p>
    <w:p>
      <w:pPr>
        <w:tabs>
          <w:tab w:pos="567" w:val="left"/>
        </w:tabs>
        <w:ind w:left="567" w:hanging="567"/>
      </w:pPr>
      <w:r>
        <w:t>3.</w:t>
      </w:r>
      <w:r>
        <w:tab/>
      </w:r>
      <w:r>
        <w:t>Arbeitsleistungen zu erbringen oder</w:t>
      </w:r>
    </w:p>
    <w:p>
      <w:pPr>
        <w:tabs>
          <w:tab w:pos="567" w:val="left"/>
        </w:tabs>
        <w:ind w:left="567" w:hanging="567"/>
      </w:pPr>
      <w:r>
        <w:t>4.</w:t>
      </w:r>
      <w:r>
        <w:tab/>
      </w:r>
      <w:r>
        <w:t>einen Geldbetrag zugunsten einer gemeinnützigen Einrichtung zu zahlen.</w:t>
      </w:r>
    </w:p>
    <w:p>
      <w:r>
        <w:rPr>
          <w:rStyle w:val="Satznummer"/>
        </w:rPr>
        <w:t>2</w:t>
      </w:r>
      <w:r>
        <w:t>Dabei dürfen an den Jugendlichen keine unzumutbaren Anforderungen gestellt werden.</w:t>
      </w:r>
    </w:p>
    <w:p>
      <w:r>
        <w:t>(2) Der Richter soll die Zahlung eines Geldbetrages nur anordnen, wenn</w:t>
      </w:r>
    </w:p>
    <w:p>
      <w:pPr>
        <w:tabs>
          <w:tab w:pos="567" w:val="left"/>
        </w:tabs>
        <w:ind w:left="567" w:hanging="567"/>
      </w:pPr>
      <w:r>
        <w:t>1.</w:t>
      </w:r>
      <w:r>
        <w:tab/>
      </w:r>
      <w:r>
        <w:t>der Jugendliche eine leichte Verfehlung begangen hat und anzunehmen ist, daß er den Geldbetrag aus Mitteln zahlt, über die er selbständig verfügen darf, oder</w:t>
      </w:r>
    </w:p>
    <w:p>
      <w:pPr>
        <w:tabs>
          <w:tab w:pos="567" w:val="left"/>
        </w:tabs>
        <w:ind w:left="567" w:hanging="567"/>
      </w:pPr>
      <w:r>
        <w:t>2.</w:t>
      </w:r>
      <w:r>
        <w:tab/>
      </w:r>
      <w:r>
        <w:t>dem Jugendlichen der Gewinn, den er aus der Tat erlangt, oder das Entgelt, das er für sie erhalten hat, entzogen werden soll.</w:t>
      </w:r>
    </w:p>
    <w:p>
      <w:r>
        <w:t xml:space="preserve">(3) </w:t>
      </w:r>
      <w:r>
        <w:rPr>
          <w:rStyle w:val="Satznummer"/>
        </w:rPr>
        <w:t>1</w:t>
      </w:r>
      <w:r>
        <w:t xml:space="preserve">Der Richter kann nachträglich Auflagen ändern oder von ihrer Erfüllung ganz oder zum Teil befreien, wenn dies aus Gründen der Erziehung geboten ist. </w:t>
      </w:r>
      <w:r>
        <w:rPr>
          <w:rStyle w:val="Satznummer"/>
        </w:rPr>
        <w:t>2</w:t>
      </w:r>
      <w:r>
        <w:t xml:space="preserve">Bei schuldhafter Nichterfüllung von Auflagen gilt </w:t>
      </w:r>
      <w:hyperlink w:anchor="b15" w:history="1">
        <w:r>
          <w:rPr>
            <w:color w:val="0A3A8C"/>
            <w:u w:val="single"/>
          </w:rPr>
          <w:t xml:space="preserve">§ 11</w:t>
        </w:r>
      </w:hyperlink>
      <w:r>
        <w:t xml:space="preserve"> Abs. 3 entsprechend. </w:t>
      </w:r>
      <w:r>
        <w:rPr>
          <w:rStyle w:val="Satznummer"/>
        </w:rPr>
        <w:t>3</w:t>
      </w:r>
      <w:r>
        <w:t>Ist Jugendarrest vollstreckt worden, so kann der Richter die Auflagen ganz oder zum Teil für erledigt erklären.</w:t>
      </w:r>
    </w:p>
    <w:p>
      <w:pPr>
        <w:pStyle w:val="Heading4"/>
      </w:pPr>
      <w:bookmarkStart w:id="22" w:name="b21"/>
      <w:r>
        <w:t>§ 16 Jugendarrest</w:t>
      </w:r>
      <w:r>
        <w:t xml:space="preserve"> </w:t>
      </w:r>
      <w:r>
        <w:rPr>
          <w:rStyle w:val="Suchmarke"/>
        </w:rPr>
        <w:t>#16#</w:t>
      </w:r>
      <w:bookmarkEnd w:id="22"/>
    </w:p>
    <w:p>
      <w:r>
        <w:t>(1) Der Jugendarrest ist Freizeitarrest, Kurzarrest oder Dauerarrest.</w:t>
      </w:r>
    </w:p>
    <w:p>
      <w:r>
        <w:t>(2) Der Freizeitarrest wird für die wöchentliche Freizeit des Jugendlichen verhängt und auf eine oder zwei Freizeiten bemessen.</w:t>
      </w:r>
    </w:p>
    <w:p>
      <w:r>
        <w:t xml:space="preserve">(3) </w:t>
      </w:r>
      <w:r>
        <w:rPr>
          <w:rStyle w:val="Satznummer"/>
        </w:rPr>
        <w:t>1</w:t>
      </w:r>
      <w:r>
        <w:t xml:space="preserve">Der Kurzarrest wird statt des Freizeitarrestes verhängt, wenn der zusammenhängende Vollzug aus Gründen der Erziehung zweckmäßig erscheint und weder die Ausbildung noch die Arbeit des Jugendlichen beeinträchtigt werden. </w:t>
      </w:r>
      <w:r>
        <w:rPr>
          <w:rStyle w:val="Satznummer"/>
        </w:rPr>
        <w:t>2</w:t>
      </w:r>
      <w:r>
        <w:t>Dabei stehen zwei Tage Kurzarrest einer Freizeit gleich.</w:t>
      </w:r>
    </w:p>
    <w:p>
      <w:r>
        <w:t xml:space="preserve">(4) </w:t>
      </w:r>
      <w:r>
        <w:rPr>
          <w:rStyle w:val="Satznummer"/>
        </w:rPr>
        <w:t>1</w:t>
      </w:r>
      <w:r>
        <w:t xml:space="preserve">Der Dauerarrest beträgt mindestens eine Woche und höchstens vier Wochen. </w:t>
      </w:r>
      <w:r>
        <w:rPr>
          <w:rStyle w:val="Satznummer"/>
        </w:rPr>
        <w:t>2</w:t>
      </w:r>
      <w:r>
        <w:t>Er wird nach vollen Tagen oder Wochen bemessen.</w:t>
      </w:r>
    </w:p>
    <w:p>
      <w:pPr>
        <w:pStyle w:val="Heading4"/>
      </w:pPr>
      <w:bookmarkStart w:id="23" w:name="b22"/>
      <w:r>
        <w:t>§ 16a Jugendarrest neben Jugendstrafe</w:t>
      </w:r>
      <w:r>
        <w:t xml:space="preserve"> </w:t>
      </w:r>
      <w:r>
        <w:rPr>
          <w:rStyle w:val="Suchmarke"/>
        </w:rPr>
        <w:t>#16a#</w:t>
      </w:r>
      <w:bookmarkEnd w:id="23"/>
    </w:p>
    <w:p>
      <w:r>
        <w:t xml:space="preserve">(1) Wird die Verhängung oder die Vollstreckung der Jugendstrafe zur Bewährung ausgesetzt, so kann abweichend von </w:t>
      </w:r>
      <w:hyperlink w:anchor="b18" w:history="1">
        <w:r>
          <w:rPr>
            <w:color w:val="0A3A8C"/>
            <w:u w:val="single"/>
          </w:rPr>
          <w:t xml:space="preserve">§ 13</w:t>
        </w:r>
      </w:hyperlink>
      <w:r>
        <w:t xml:space="preserve"> Absatz 1 daneben Jugendarrest verhängt werden, wenn</w:t>
      </w:r>
    </w:p>
    <w:p>
      <w:pPr>
        <w:tabs>
          <w:tab w:pos="567" w:val="left"/>
        </w:tabs>
        <w:ind w:left="567" w:hanging="567"/>
      </w:pPr>
      <w:r>
        <w:t>1.</w:t>
      </w:r>
      <w:r>
        <w:tab/>
      </w:r>
      <w:r>
        <w:t>dies unter Berücksichtigung der Belehrung über die Bedeutung der Aussetzung zur Bewährung und unter Berücksichtigung der Möglichkeit von Weisungen und Auflagen geboten ist, um dem Jugendlichen seine Verantwortlichkeit für das begangene Unrecht und die Folgen weiterer Straftaten zu verdeutlichen,</w:t>
      </w:r>
    </w:p>
    <w:p>
      <w:pPr>
        <w:tabs>
          <w:tab w:pos="567" w:val="left"/>
        </w:tabs>
        <w:ind w:left="567" w:hanging="567"/>
      </w:pPr>
      <w:r>
        <w:t>2.</w:t>
      </w:r>
      <w:r>
        <w:tab/>
      </w:r>
      <w:r>
        <w:t>dies geboten ist, um den Jugendlichen zunächst für eine begrenzte Zeit aus einem Lebensumfeld mit schädlichen Einflüssen herauszunehmen und durch die Behandlung im Vollzug des Jugendarrests auf die Bewährungszeit vorzubereiten, oder</w:t>
      </w:r>
    </w:p>
    <w:p>
      <w:pPr>
        <w:tabs>
          <w:tab w:pos="567" w:val="left"/>
        </w:tabs>
        <w:ind w:left="567" w:hanging="567"/>
      </w:pPr>
      <w:r>
        <w:t>3.</w:t>
      </w:r>
      <w:r>
        <w:tab/>
      </w:r>
      <w:r>
        <w:t>dies geboten ist, um im Vollzug des Jugendarrests eine nachdrücklichere erzieherische Einwirkung auf den Jugendlichen zu erreichen oder um dadurch bessere Erfolgsaussichten für eine erzieherische Einwirkung in der Bewährungszeit zu schaffen.</w:t>
      </w:r>
    </w:p>
    <w:p>
      <w:r>
        <w:t>(2) Jugendarrest nach Absatz 1 Nummer 1 ist in der Regel nicht geboten, wenn der Jugendliche bereits früher Jugendarrest als Dauerarrest verbüßt oder sich nicht nur kurzfristig im Vollzug von Untersuchungshaft befunden hat.</w:t>
      </w:r>
    </w:p>
    <w:p>
      <w:pPr>
        <w:pStyle w:val="Heading3"/>
      </w:pPr>
      <w:bookmarkStart w:id="24" w:name="b23"/>
      <w:r>
        <w:t>Vierter Abschnitt Die Jugendstrafe</w:t>
      </w:r>
      <w:bookmarkEnd w:id="24"/>
    </w:p>
    <w:p>
      <w:pPr>
        <w:pStyle w:val="Heading4"/>
      </w:pPr>
      <w:bookmarkStart w:id="25" w:name="b24"/>
      <w:r>
        <w:t>§ 17 Form und Voraussetzungen</w:t>
      </w:r>
      <w:r>
        <w:t xml:space="preserve"> </w:t>
      </w:r>
      <w:r>
        <w:rPr>
          <w:rStyle w:val="Suchmarke"/>
        </w:rPr>
        <w:t>#17#</w:t>
      </w:r>
      <w:bookmarkEnd w:id="25"/>
    </w:p>
    <w:p>
      <w:r>
        <w:t>(1) Die Jugendstrafe ist Freiheitsentzug in einer für ihren Vollzug vorgesehenen Einrichtung.</w:t>
      </w:r>
    </w:p>
    <w:p>
      <w:r>
        <w:t>(2) Der Richter verhängt Jugendstrafe, wenn wegen der schädlichen Neigungen des Jugendlichen, die in der Tat hervorgetreten sind, Erziehungsmaßregeln oder Zuchtmittel zur Erziehung nicht ausreichen oder wenn wegen der Schwere der Schuld Strafe erforderlich ist.</w:t>
      </w:r>
    </w:p>
    <w:p>
      <w:pPr>
        <w:pStyle w:val="Heading4"/>
      </w:pPr>
      <w:bookmarkStart w:id="26" w:name="b25"/>
      <w:r>
        <w:t>§ 18 Dauer der Jugendstrafe</w:t>
      </w:r>
      <w:r>
        <w:t xml:space="preserve"> </w:t>
      </w:r>
      <w:r>
        <w:rPr>
          <w:rStyle w:val="Suchmarke"/>
        </w:rPr>
        <w:t>#18#</w:t>
      </w:r>
      <w:bookmarkEnd w:id="26"/>
    </w:p>
    <w:p>
      <w:r>
        <w:t xml:space="preserve">(1) </w:t>
      </w:r>
      <w:r>
        <w:rPr>
          <w:rStyle w:val="Satznummer"/>
        </w:rPr>
        <w:t>1</w:t>
      </w:r>
      <w:r>
        <w:t xml:space="preserve">Das Mindestmaß der Jugendstrafe beträgt sechs Monate, das Höchstmaß fünf Jahre. </w:t>
      </w:r>
      <w:r>
        <w:rPr>
          <w:rStyle w:val="Satznummer"/>
        </w:rPr>
        <w:t>2</w:t>
      </w:r>
      <w:r>
        <w:t xml:space="preserve">Handelt es sich bei der Tat um ein Verbrechen, für das nach dem allgemeinen Strafrecht eine Höchststrafe von mehr als zehn Jahren Freiheitsstrafe angedroht ist, so ist das Höchstmaß zehn Jahre. </w:t>
      </w:r>
      <w:r>
        <w:rPr>
          <w:rStyle w:val="Satznummer"/>
        </w:rPr>
        <w:t>3</w:t>
      </w:r>
      <w:r>
        <w:t>Die Strafrahmen des allgemeinen Strafrechts gelten nicht.</w:t>
      </w:r>
    </w:p>
    <w:p>
      <w:r>
        <w:t>(2) Die Jugendstrafe ist so zu bemessen, daß die erforderliche erzieherische Einwirkung möglich ist.</w:t>
      </w:r>
    </w:p>
    <w:p>
      <w:pPr>
        <w:pStyle w:val="Heading4"/>
      </w:pPr>
      <w:bookmarkStart w:id="27" w:name="b26"/>
      <w:r>
        <w:t>§ 19</w:t>
      </w:r>
      <w:r>
        <w:t xml:space="preserve"> </w:t>
      </w:r>
      <w:r>
        <w:rPr>
          <w:rStyle w:val="Suchmarke"/>
        </w:rPr>
        <w:t>#19#</w:t>
      </w:r>
      <w:bookmarkEnd w:id="27"/>
    </w:p>
    <w:p>
      <w:r>
        <w:t>-</w:t>
      </w:r>
    </w:p>
    <w:p>
      <w:pPr>
        <w:pStyle w:val="Heading3"/>
      </w:pPr>
      <w:bookmarkStart w:id="28" w:name="b27"/>
      <w:r>
        <w:t>Fünfter Abschnitt Aussetzung der Jugendstrafe zur Bewährung</w:t>
      </w:r>
      <w:bookmarkEnd w:id="28"/>
    </w:p>
    <w:p>
      <w:pPr>
        <w:pStyle w:val="Heading4"/>
      </w:pPr>
      <w:bookmarkStart w:id="29" w:name="b28"/>
      <w:r>
        <w:t>§ 20</w:t>
      </w:r>
      <w:r>
        <w:t xml:space="preserve"> </w:t>
      </w:r>
      <w:r>
        <w:rPr>
          <w:rStyle w:val="Suchmarke"/>
        </w:rPr>
        <w:t>#20#</w:t>
      </w:r>
      <w:bookmarkEnd w:id="29"/>
    </w:p>
    <w:p>
      <w:r>
        <w:t>(weggefallen)</w:t>
      </w:r>
    </w:p>
    <w:p>
      <w:pPr>
        <w:pStyle w:val="Heading4"/>
      </w:pPr>
      <w:bookmarkStart w:id="30" w:name="b29"/>
      <w:r>
        <w:t>§ 21 Strafaussetzung</w:t>
      </w:r>
      <w:r>
        <w:t xml:space="preserve"> </w:t>
      </w:r>
      <w:r>
        <w:rPr>
          <w:rStyle w:val="Suchmarke"/>
        </w:rPr>
        <w:t>#21#</w:t>
      </w:r>
      <w:bookmarkEnd w:id="30"/>
    </w:p>
    <w:p>
      <w:r>
        <w:t xml:space="preserve">(1) </w:t>
      </w:r>
      <w:r>
        <w:rPr>
          <w:rStyle w:val="Satznummer"/>
        </w:rPr>
        <w:t>1</w:t>
      </w:r>
      <w:r>
        <w:t xml:space="preserve">Bei der Verurteilung zu einer Jugendstrafe von nicht mehr als einem Jahr setzt das Gericht die Vollstreckung der Strafe zur Bewährung aus, wenn zu erwarten ist, daß der Jugendliche sich schon die Verurteilung zur Warnung dienen lassen und auch ohne die Einwirkung des Strafvollzugs unter der erzieherischen Einwirkung in der Bewährungszeit künftig einen rechtschaffenen Lebenswandel führen wird. </w:t>
      </w:r>
      <w:r>
        <w:rPr>
          <w:rStyle w:val="Satznummer"/>
        </w:rPr>
        <w:t>2</w:t>
      </w:r>
      <w:r>
        <w:t xml:space="preserve">Dabei sind namentlich die Persönlichkeit des Jugendlichen, sein Vorleben, die Umstände seiner Tat, sein Verhalten nach der Tat, seine Lebensverhältnisse und die Wirkungen zu berücksichtigen, die von der Aussetzung für ihn zu erwarten sind. </w:t>
      </w:r>
      <w:r>
        <w:rPr>
          <w:rStyle w:val="Satznummer"/>
        </w:rPr>
        <w:t>3</w:t>
      </w:r>
      <w:r>
        <w:t xml:space="preserve">Das Gericht setzt die Vollstreckung der Strafe auch dann zur Bewährung aus, wenn die in Satz 1 genannte Erwartung erst dadurch begründet wird, dass neben der Jugendstrafe ein Jugendarrest nach </w:t>
      </w:r>
      <w:hyperlink w:anchor="b22" w:history="1">
        <w:r>
          <w:rPr>
            <w:color w:val="0A3A8C"/>
            <w:u w:val="single"/>
          </w:rPr>
          <w:t xml:space="preserve">§ 16a</w:t>
        </w:r>
      </w:hyperlink>
      <w:r>
        <w:t xml:space="preserve"> verhängt wird.</w:t>
      </w:r>
    </w:p>
    <w:p>
      <w:r>
        <w:t>(2) Das Gericht setzt unter den Voraussetzungen des Absatzes 1 auch die Vollstreckung einer höheren Jugendstrafe, die zwei Jahre nicht übersteigt, zur Bewährung aus, wenn nicht die Vollstreckung im Hinblick auf die Entwicklung des Jugendlichen geboten ist.</w:t>
      </w:r>
    </w:p>
    <w:p>
      <w:r>
        <w:t xml:space="preserve">(3) </w:t>
      </w:r>
      <w:r>
        <w:rPr>
          <w:rStyle w:val="Satznummer"/>
        </w:rPr>
        <w:t>1</w:t>
      </w:r>
      <w:r>
        <w:t xml:space="preserve">Die Strafaussetzung kann nicht auf einen Teil der Jugendstrafe beschränkt werden. </w:t>
      </w:r>
      <w:r>
        <w:rPr>
          <w:rStyle w:val="Satznummer"/>
        </w:rPr>
        <w:t>2</w:t>
      </w:r>
      <w:r>
        <w:t>Sie wird durch eine Anrechnung von Untersuchungshaft oder einer anderen Freiheitsentziehung nicht ausgeschlossen.</w:t>
      </w:r>
    </w:p>
    <w:p>
      <w:pPr>
        <w:pStyle w:val="Heading4"/>
      </w:pPr>
      <w:bookmarkStart w:id="31" w:name="b30"/>
      <w:r>
        <w:t>§ 22 Bewährungszeit</w:t>
      </w:r>
      <w:r>
        <w:t xml:space="preserve"> </w:t>
      </w:r>
      <w:r>
        <w:rPr>
          <w:rStyle w:val="Suchmarke"/>
        </w:rPr>
        <w:t>#22#</w:t>
      </w:r>
      <w:bookmarkEnd w:id="31"/>
    </w:p>
    <w:p>
      <w:r>
        <w:t xml:space="preserve">(1) </w:t>
      </w:r>
      <w:r>
        <w:rPr>
          <w:rStyle w:val="Satznummer"/>
        </w:rPr>
        <w:t>1</w:t>
      </w:r>
      <w:r>
        <w:t xml:space="preserve">Der Richter bestimmt die Dauer der Bewährungszeit. </w:t>
      </w:r>
      <w:r>
        <w:rPr>
          <w:rStyle w:val="Satznummer"/>
        </w:rPr>
        <w:t>2</w:t>
      </w:r>
      <w:r>
        <w:t>Sie darf drei Jahre nicht überschreiten und zwei Jahre nicht unterschreiten.</w:t>
      </w:r>
    </w:p>
    <w:p>
      <w:r>
        <w:t xml:space="preserve">(2) </w:t>
      </w:r>
      <w:r>
        <w:rPr>
          <w:rStyle w:val="Satznummer"/>
        </w:rPr>
        <w:t>1</w:t>
      </w:r>
      <w:r>
        <w:t xml:space="preserve">Die Bewährungszeit beginnt mit der Rechtskraft der Entscheidung über die Aussetzung der Jugendstrafe. </w:t>
      </w:r>
      <w:r>
        <w:rPr>
          <w:rStyle w:val="Satznummer"/>
        </w:rPr>
        <w:t>2</w:t>
      </w:r>
      <w:r>
        <w:t xml:space="preserve">Sie kann nachträglich bis auf ein Jahr verkürzt oder vor ihrem Ablauf bis auf vier Jahre verlängert werden. </w:t>
      </w:r>
      <w:r>
        <w:rPr>
          <w:rStyle w:val="Satznummer"/>
        </w:rPr>
        <w:t>3</w:t>
      </w:r>
      <w:r>
        <w:t xml:space="preserve">In den Fällen des </w:t>
      </w:r>
      <w:hyperlink w:anchor="b29" w:history="1">
        <w:r>
          <w:rPr>
            <w:color w:val="0A3A8C"/>
            <w:u w:val="single"/>
          </w:rPr>
          <w:t xml:space="preserve">§ 21</w:t>
        </w:r>
      </w:hyperlink>
      <w:r>
        <w:t xml:space="preserve"> Abs. 2 darf die Bewährungszeit jedoch nur bis auf zwei Jahre verkürzt werden.</w:t>
      </w:r>
    </w:p>
    <w:p>
      <w:pPr>
        <w:pStyle w:val="Heading4"/>
      </w:pPr>
      <w:bookmarkStart w:id="32" w:name="b31"/>
      <w:r>
        <w:t>§ 23 Weisungen und Auflagen</w:t>
      </w:r>
      <w:r>
        <w:t xml:space="preserve"> </w:t>
      </w:r>
      <w:r>
        <w:rPr>
          <w:rStyle w:val="Suchmarke"/>
        </w:rPr>
        <w:t>#23#</w:t>
      </w:r>
      <w:bookmarkEnd w:id="32"/>
    </w:p>
    <w:p>
      <w:r>
        <w:t xml:space="preserve">(1) </w:t>
      </w:r>
      <w:r>
        <w:rPr>
          <w:rStyle w:val="Satznummer"/>
        </w:rPr>
        <w:t>1</w:t>
      </w:r>
      <w:r>
        <w:t xml:space="preserve">Der Richter soll für die Dauer der Bewährungszeit die Lebensführung des Jugendlichen durch Weisungen erzieherisch beeinflussen. </w:t>
      </w:r>
      <w:r>
        <w:rPr>
          <w:rStyle w:val="Satznummer"/>
        </w:rPr>
        <w:t>2</w:t>
      </w:r>
      <w:r>
        <w:t xml:space="preserve">Er kann dem Jugendlichen auch Auflagen erteilen. </w:t>
      </w:r>
      <w:r>
        <w:rPr>
          <w:rStyle w:val="Satznummer"/>
        </w:rPr>
        <w:t>3</w:t>
      </w:r>
      <w:r>
        <w:t xml:space="preserve">Diese Anordnungen kann er auch nachträglich treffen, ändern oder aufheben. </w:t>
      </w:r>
      <w:r>
        <w:rPr>
          <w:rStyle w:val="Satznummer"/>
        </w:rPr>
        <w:t>4</w:t>
      </w:r>
      <w:r>
        <w:t xml:space="preserve">Die </w:t>
      </w:r>
      <w:hyperlink w:anchor="b14" w:history="1">
        <w:r>
          <w:rPr>
            <w:color w:val="0A3A8C"/>
            <w:u w:val="single"/>
          </w:rPr>
          <w:t xml:space="preserve">§§ 10</w:t>
        </w:r>
      </w:hyperlink>
      <w:r>
        <w:t xml:space="preserve">, </w:t>
      </w:r>
      <w:hyperlink w:anchor="b15" w:history="1">
        <w:r>
          <w:rPr>
            <w:color w:val="0A3A8C"/>
            <w:u w:val="single"/>
          </w:rPr>
          <w:t xml:space="preserve">11</w:t>
        </w:r>
      </w:hyperlink>
      <w:r>
        <w:t xml:space="preserve"> Abs. 3 und </w:t>
      </w:r>
      <w:hyperlink w:anchor="b20" w:history="1">
        <w:r>
          <w:rPr>
            <w:color w:val="0A3A8C"/>
            <w:u w:val="single"/>
          </w:rPr>
          <w:t xml:space="preserve">§ 15</w:t>
        </w:r>
      </w:hyperlink>
      <w:r>
        <w:t xml:space="preserve"> Abs. 1, 2, 3 Satz 2 gelten entsprechend.</w:t>
      </w:r>
    </w:p>
    <w:p>
      <w:r>
        <w:t>(2) Macht der Jugendliche Zusagen für seine künftige Lebensführung oder erbietet er sich zu angemessenen Leistungen, die der Genugtuung für das begangene Unrecht dienen, so sieht der Richter in der Regel von entsprechenden Weisungen oder Auflagen vorläufig ab, wenn die Erfüllung der Zusagen oder des Anerbietens zu erwarten ist.</w:t>
      </w:r>
    </w:p>
    <w:p>
      <w:pPr>
        <w:pStyle w:val="Heading4"/>
      </w:pPr>
      <w:bookmarkStart w:id="33" w:name="b32"/>
      <w:r>
        <w:t>§ 24 Bewährungshilfe</w:t>
      </w:r>
      <w:r>
        <w:t xml:space="preserve"> </w:t>
      </w:r>
      <w:r>
        <w:rPr>
          <w:rStyle w:val="Suchmarke"/>
        </w:rPr>
        <w:t>#24#</w:t>
      </w:r>
      <w:bookmarkEnd w:id="33"/>
    </w:p>
    <w:p>
      <w:r>
        <w:t xml:space="preserve">(1) </w:t>
      </w:r>
      <w:r>
        <w:rPr>
          <w:rStyle w:val="Satznummer"/>
        </w:rPr>
        <w:t>1</w:t>
      </w:r>
      <w:r>
        <w:t xml:space="preserve">Der Richter unterstellt den Jugendlichen in der Bewährungszeit für höchstens zwei Jahre der Aufsicht und Leitung eines hauptamtlichen Bewährungshelfers. </w:t>
      </w:r>
      <w:r>
        <w:rPr>
          <w:rStyle w:val="Satznummer"/>
        </w:rPr>
        <w:t>2</w:t>
      </w:r>
      <w:r>
        <w:t xml:space="preserve">Er kann ihn auch einem ehrenamtlichen Bewährungshelfer unterstellen, wenn dies aus Gründen der Erziehung zweckmäßig erscheint. </w:t>
      </w:r>
      <w:r>
        <w:rPr>
          <w:rStyle w:val="Satznummer"/>
        </w:rPr>
        <w:t>3</w:t>
      </w:r>
      <w:hyperlink w:anchor="b30" w:history="1">
        <w:r>
          <w:rPr>
            <w:color w:val="0A3A8C"/>
            <w:u w:val="single"/>
          </w:rPr>
          <w:t xml:space="preserve">§ 22</w:t>
        </w:r>
      </w:hyperlink>
      <w:r>
        <w:t xml:space="preserve"> Abs. 2 Satz 1 gilt entsprechend.</w:t>
      </w:r>
    </w:p>
    <w:p>
      <w:r>
        <w:t xml:space="preserve">(2) </w:t>
      </w:r>
      <w:r>
        <w:rPr>
          <w:rStyle w:val="Satznummer"/>
        </w:rPr>
        <w:t>1</w:t>
      </w:r>
      <w:r>
        <w:t xml:space="preserve">Der Richter kann eine nach Absatz 1 getroffene Entscheidung vor Ablauf der Unterstellungszeit ändern oder aufheben; er kann auch die Unterstellung des Jugendlichen in der Bewährungszeit erneut anordnen. </w:t>
      </w:r>
      <w:r>
        <w:rPr>
          <w:rStyle w:val="Satznummer"/>
        </w:rPr>
        <w:t>2</w:t>
      </w:r>
      <w:r>
        <w:t>Dabei kann das in Absatz 1 Satz 1 bestimmte Höchstmaß überschritten werden.</w:t>
      </w:r>
    </w:p>
    <w:p>
      <w:r>
        <w:t xml:space="preserve">(3) </w:t>
      </w:r>
      <w:r>
        <w:rPr>
          <w:rStyle w:val="Satznummer"/>
        </w:rPr>
        <w:t>1</w:t>
      </w:r>
      <w:r>
        <w:t xml:space="preserve">Der Bewährungshelfer steht dem Jugendlichen helfend und betreuend zur Seite. </w:t>
      </w:r>
      <w:r>
        <w:rPr>
          <w:rStyle w:val="Satznummer"/>
        </w:rPr>
        <w:t>2</w:t>
      </w:r>
      <w:r>
        <w:t xml:space="preserve">Er überwacht im Einvernehmen mit dem Richter die Erfüllung der Weisungen, Auflagen, Zusagen und Anerbieten. </w:t>
      </w:r>
      <w:r>
        <w:rPr>
          <w:rStyle w:val="Satznummer"/>
        </w:rPr>
        <w:t>3</w:t>
      </w:r>
      <w:r>
        <w:t xml:space="preserve">Der Bewährungshelfer soll die Erziehung des Jugendlichen fördern und möglichst mit dem Erziehungsberechtigten und dem gesetzlichen Vertreter vertrauensvoll zusammenwirken. </w:t>
      </w:r>
      <w:r>
        <w:rPr>
          <w:rStyle w:val="Satznummer"/>
        </w:rPr>
        <w:t>4</w:t>
      </w:r>
      <w:r>
        <w:t xml:space="preserve">Er hat bei der Ausübung seines Amtes das Recht auf Zutritt zu dem Jugendlichen. </w:t>
      </w:r>
      <w:r>
        <w:rPr>
          <w:rStyle w:val="Satznummer"/>
        </w:rPr>
        <w:t>5</w:t>
      </w:r>
      <w:r>
        <w:t>Er kann von dem Erziehungsberechtigten, dem gesetzlichen Vertreter, der Schule, dem Ausbildenden Auskunft über die Lebensführung des Jugendlichen verlangen.</w:t>
      </w:r>
    </w:p>
    <w:p>
      <w:pPr>
        <w:pStyle w:val="Heading4"/>
      </w:pPr>
      <w:bookmarkStart w:id="34" w:name="b33"/>
      <w:r>
        <w:t>§ 25 Bestellung und Pflichten des Bewährungshelfers</w:t>
      </w:r>
      <w:r>
        <w:t xml:space="preserve"> </w:t>
      </w:r>
      <w:r>
        <w:rPr>
          <w:rStyle w:val="Suchmarke"/>
        </w:rPr>
        <w:t>#25#</w:t>
      </w:r>
      <w:bookmarkEnd w:id="34"/>
    </w:p>
    <w:p>
      <w:r>
        <w:rPr>
          <w:rStyle w:val="Satznummer"/>
        </w:rPr>
        <w:t>1</w:t>
      </w:r>
      <w:r>
        <w:t xml:space="preserve">Der Bewährungshelfer wird vom Richter bestellt. </w:t>
      </w:r>
      <w:r>
        <w:rPr>
          <w:rStyle w:val="Satznummer"/>
        </w:rPr>
        <w:t>2</w:t>
      </w:r>
      <w:r>
        <w:t xml:space="preserve">Der Richter kann ihm für seine Tätigkeit nach § 24 Abs. 3 Anweisungen erteilen. </w:t>
      </w:r>
      <w:r>
        <w:rPr>
          <w:rStyle w:val="Satznummer"/>
        </w:rPr>
        <w:t>3</w:t>
      </w:r>
      <w:r>
        <w:t xml:space="preserve">Der Bewährungshelfer berichtet über die Lebensführung des Jugendlichen in Zeitabständen, die der Richter bestimmt. </w:t>
      </w:r>
      <w:r>
        <w:rPr>
          <w:rStyle w:val="Satznummer"/>
        </w:rPr>
        <w:t>4</w:t>
      </w:r>
      <w:r>
        <w:t>Gröbliche oder beharrliche Verstöße gegen Weisungen, Auflagen, Zusagen oder Anerbieten teilt er dem Richter mit.</w:t>
      </w:r>
    </w:p>
    <w:p>
      <w:pPr>
        <w:pStyle w:val="Heading4"/>
      </w:pPr>
      <w:bookmarkStart w:id="35" w:name="b34"/>
      <w:r>
        <w:t>§ 26 Widerruf der Strafaussetzung</w:t>
      </w:r>
      <w:r>
        <w:t xml:space="preserve"> </w:t>
      </w:r>
      <w:r>
        <w:rPr>
          <w:rStyle w:val="Suchmarke"/>
        </w:rPr>
        <w:t>#26#</w:t>
      </w:r>
      <w:bookmarkEnd w:id="35"/>
    </w:p>
    <w:p>
      <w:r>
        <w:t xml:space="preserve">(1) </w:t>
      </w:r>
      <w:r>
        <w:rPr>
          <w:rStyle w:val="Satznummer"/>
        </w:rPr>
        <w:t>1</w:t>
      </w:r>
      <w:r>
        <w:t>Das Gericht widerruft die Aussetzung der Jugendstrafe, wenn der Jugendliche</w:t>
      </w:r>
    </w:p>
    <w:p>
      <w:pPr>
        <w:tabs>
          <w:tab w:pos="567" w:val="left"/>
        </w:tabs>
        <w:ind w:left="567" w:hanging="567"/>
      </w:pPr>
      <w:r>
        <w:t>1.</w:t>
      </w:r>
      <w:r>
        <w:tab/>
      </w:r>
      <w:r>
        <w:t>in der Bewährungszeit eine Straftat begeht und dadurch zeigt, daß die Erwartung, die der Strafaussetzung zugrunde lag, sich nicht erfüllt hat,</w:t>
      </w:r>
    </w:p>
    <w:p>
      <w:pPr>
        <w:tabs>
          <w:tab w:pos="567" w:val="left"/>
        </w:tabs>
        <w:ind w:left="567" w:hanging="567"/>
      </w:pPr>
      <w:r>
        <w:t>2.</w:t>
      </w:r>
      <w:r>
        <w:tab/>
      </w:r>
      <w:r>
        <w:t>gegen Weisungen gröblich oder beharrlich verstößt oder sich der Aufsicht und Leitung des Bewährungshelfers beharrlich entzieht und dadurch Anlaß zu der Besorgnis gibt, daß er erneut Straftaten begehen wird, oder</w:t>
      </w:r>
    </w:p>
    <w:p>
      <w:pPr>
        <w:tabs>
          <w:tab w:pos="567" w:val="left"/>
        </w:tabs>
        <w:ind w:left="567" w:hanging="567"/>
      </w:pPr>
      <w:r>
        <w:t>3.</w:t>
      </w:r>
      <w:r>
        <w:tab/>
      </w:r>
      <w:r>
        <w:t>gegen Auflagen gröblich oder beharrlich verstößt.</w:t>
      </w:r>
    </w:p>
    <w:p>
      <w:r>
        <w:rPr>
          <w:rStyle w:val="Satznummer"/>
        </w:rPr>
        <w:t>2</w:t>
      </w:r>
      <w:r>
        <w:t xml:space="preserve">Satz 1 Nr. 1 gilt entsprechend, wenn die Tat in der Zeit zwischen der Entscheidung über die Strafaussetzung und deren Rechtskraft begangen worden ist. </w:t>
      </w:r>
      <w:r>
        <w:rPr>
          <w:rStyle w:val="Satznummer"/>
        </w:rPr>
        <w:t>3</w:t>
      </w:r>
      <w:r>
        <w:t>Wurde die Jugendstrafe nachträglich durch Beschluss ausgesetzt, ist auch § 57 Absatz 5 Satz 2 des Strafgesetzbuches entsprechend anzuwenden.</w:t>
      </w:r>
    </w:p>
    <w:p>
      <w:r>
        <w:t>(2) Das Gericht sieht jedoch von dem Widerruf ab, wenn es ausreicht,</w:t>
      </w:r>
    </w:p>
    <w:p>
      <w:pPr>
        <w:tabs>
          <w:tab w:pos="567" w:val="left"/>
        </w:tabs>
        <w:ind w:left="567" w:hanging="567"/>
      </w:pPr>
      <w:r>
        <w:t>1.</w:t>
      </w:r>
      <w:r>
        <w:tab/>
      </w:r>
      <w:r>
        <w:t>weitere Weisungen oder Auflagen zu erteilen,</w:t>
      </w:r>
    </w:p>
    <w:p>
      <w:pPr>
        <w:tabs>
          <w:tab w:pos="567" w:val="left"/>
        </w:tabs>
        <w:ind w:left="567" w:hanging="567"/>
      </w:pPr>
      <w:r>
        <w:t>2.</w:t>
      </w:r>
      <w:r>
        <w:tab/>
      </w:r>
      <w:r>
        <w:t>die Bewährungs- oder Unterstellungszeit bis zu einem Höchstmaß von vier Jahren zu verlängern oder</w:t>
      </w:r>
    </w:p>
    <w:p>
      <w:pPr>
        <w:tabs>
          <w:tab w:pos="567" w:val="left"/>
        </w:tabs>
        <w:ind w:left="567" w:hanging="567"/>
      </w:pPr>
      <w:r>
        <w:t>3.</w:t>
      </w:r>
      <w:r>
        <w:tab/>
      </w:r>
      <w:r>
        <w:t>den Jugendlichen vor Ablauf der Bewährungszeit erneut einem Bewährungshelfer zu unterstellen.</w:t>
      </w:r>
    </w:p>
    <w:p>
      <w:r>
        <w:t xml:space="preserve">(3) </w:t>
      </w:r>
      <w:r>
        <w:rPr>
          <w:rStyle w:val="Satznummer"/>
        </w:rPr>
        <w:t>1</w:t>
      </w:r>
      <w:r>
        <w:t>Leistungen, die der Jugendliche zur Erfüllung von Weisungen, Auflagen, Zusagen oder Anerbieten (</w:t>
      </w:r>
      <w:hyperlink w:anchor="b31" w:history="1">
        <w:r>
          <w:rPr>
            <w:color w:val="0A3A8C"/>
            <w:u w:val="single"/>
          </w:rPr>
          <w:t xml:space="preserve">§ 23</w:t>
        </w:r>
      </w:hyperlink>
      <w:r>
        <w:t xml:space="preserve">) erbracht hat, werden nicht erstattet. </w:t>
      </w:r>
      <w:r>
        <w:rPr>
          <w:rStyle w:val="Satznummer"/>
        </w:rPr>
        <w:t>2</w:t>
      </w:r>
      <w:r>
        <w:t xml:space="preserve">Das Gericht kann jedoch, wenn es die Strafaussetzung widerruft, Leistungen, die der Jugendliche zur Erfüllung von Auflagen oder entsprechenden Anerbieten erbracht hat, auf die Jugendstrafe anrechnen. </w:t>
      </w:r>
      <w:r>
        <w:rPr>
          <w:rStyle w:val="Satznummer"/>
        </w:rPr>
        <w:t>3</w:t>
      </w:r>
      <w:r>
        <w:t xml:space="preserve">Jugendarrest, der nach </w:t>
      </w:r>
      <w:hyperlink w:anchor="b22" w:history="1">
        <w:r>
          <w:rPr>
            <w:color w:val="0A3A8C"/>
            <w:u w:val="single"/>
          </w:rPr>
          <w:t xml:space="preserve">§ 16a</w:t>
        </w:r>
      </w:hyperlink>
      <w:r>
        <w:t xml:space="preserve"> verhängt wurde, wird in dem Umfang, in dem er verbüßt wurde, auf die Jugendstrafe angerechnet.</w:t>
      </w:r>
    </w:p>
    <w:p>
      <w:pPr>
        <w:pStyle w:val="Heading4"/>
      </w:pPr>
      <w:bookmarkStart w:id="36" w:name="b35"/>
      <w:r>
        <w:t>§ 26a Erlaß der Jugendstrafe</w:t>
      </w:r>
      <w:r>
        <w:t xml:space="preserve"> </w:t>
      </w:r>
      <w:r>
        <w:rPr>
          <w:rStyle w:val="Suchmarke"/>
        </w:rPr>
        <w:t>#26a#</w:t>
      </w:r>
      <w:bookmarkEnd w:id="36"/>
    </w:p>
    <w:p>
      <w:r>
        <w:rPr>
          <w:rStyle w:val="Satznummer"/>
        </w:rPr>
        <w:t>1</w:t>
      </w:r>
      <w:r>
        <w:t xml:space="preserve">Widerruft der Richter die Strafaussetzung nicht, so erläßt er die Jugendstrafe nach Ablauf der Bewährungszeit. </w:t>
      </w:r>
      <w:r>
        <w:rPr>
          <w:rStyle w:val="Satznummer"/>
        </w:rPr>
        <w:t>2</w:t>
      </w:r>
      <w:hyperlink w:anchor="b34" w:history="1">
        <w:r>
          <w:rPr>
            <w:color w:val="0A3A8C"/>
            <w:u w:val="single"/>
          </w:rPr>
          <w:t xml:space="preserve">§ 26</w:t>
        </w:r>
      </w:hyperlink>
      <w:r>
        <w:t xml:space="preserve"> Abs. 3 Satz 1 ist anzuwenden.</w:t>
      </w:r>
    </w:p>
    <w:p>
      <w:pPr>
        <w:pStyle w:val="Heading3"/>
      </w:pPr>
      <w:bookmarkStart w:id="37" w:name="b36"/>
      <w:r>
        <w:t>Sechster Abschnitt Aussetzung der Verhängung der Jugendstrafe</w:t>
      </w:r>
      <w:bookmarkEnd w:id="37"/>
    </w:p>
    <w:p>
      <w:pPr>
        <w:pStyle w:val="Heading4"/>
      </w:pPr>
      <w:bookmarkStart w:id="38" w:name="b37"/>
      <w:r>
        <w:t>§ 27 Voraussetzungen</w:t>
      </w:r>
      <w:r>
        <w:t xml:space="preserve"> </w:t>
      </w:r>
      <w:r>
        <w:rPr>
          <w:rStyle w:val="Suchmarke"/>
        </w:rPr>
        <w:t>#27#</w:t>
      </w:r>
      <w:bookmarkEnd w:id="38"/>
    </w:p>
    <w:p>
      <w:r>
        <w:t>Kann nach Erschöpfung der Ermittlungsmöglichkeiten nicht mit Sicherheit beurteilt werden, ob in der Straftat eines Jugendlichen schädliche Neigungen von einem Umfang hervorgetreten sind, daß eine Jugendstrafe erforderlich ist, so kann der Richter die Schuld des Jugendlichen feststellen, die Entscheidung über die Verhängung der Jugendstrafe aber für eine von ihm zu bestimmende Bewährungszeit aussetzen.</w:t>
      </w:r>
    </w:p>
    <w:p>
      <w:pPr>
        <w:pStyle w:val="Heading4"/>
      </w:pPr>
      <w:bookmarkStart w:id="39" w:name="b38"/>
      <w:r>
        <w:t>§ 28 Bewährungszeit</w:t>
      </w:r>
      <w:r>
        <w:t xml:space="preserve"> </w:t>
      </w:r>
      <w:r>
        <w:rPr>
          <w:rStyle w:val="Suchmarke"/>
        </w:rPr>
        <w:t>#28#</w:t>
      </w:r>
      <w:bookmarkEnd w:id="39"/>
    </w:p>
    <w:p>
      <w:r>
        <w:t>(1) Die Bewährungszeit darf zwei Jahre nicht überschreiten und ein Jahr nicht unterschreiten.</w:t>
      </w:r>
    </w:p>
    <w:p>
      <w:r>
        <w:t xml:space="preserve">(2) </w:t>
      </w:r>
      <w:r>
        <w:rPr>
          <w:rStyle w:val="Satznummer"/>
        </w:rPr>
        <w:t>1</w:t>
      </w:r>
      <w:r>
        <w:t xml:space="preserve">Die Bewährungszeit beginnt mit der Rechtskraft des Urteils, in dem die Schuld des Jugendlichen festgestellt wird. </w:t>
      </w:r>
      <w:r>
        <w:rPr>
          <w:rStyle w:val="Satznummer"/>
        </w:rPr>
        <w:t>2</w:t>
      </w:r>
      <w:r>
        <w:t>Sie kann nachträglich bis auf ein Jahr verkürzt oder vor ihrem Ablauf bis auf zwei Jahre verlängert werden.</w:t>
      </w:r>
    </w:p>
    <w:p>
      <w:pPr>
        <w:pStyle w:val="Heading4"/>
      </w:pPr>
      <w:bookmarkStart w:id="40" w:name="b39"/>
      <w:r>
        <w:t>§ 29 Bewährungshilfe</w:t>
      </w:r>
      <w:r>
        <w:t xml:space="preserve"> </w:t>
      </w:r>
      <w:r>
        <w:rPr>
          <w:rStyle w:val="Suchmarke"/>
        </w:rPr>
        <w:t>#29#</w:t>
      </w:r>
      <w:bookmarkEnd w:id="40"/>
    </w:p>
    <w:p>
      <w:r>
        <w:rPr>
          <w:rStyle w:val="Satznummer"/>
        </w:rPr>
        <w:t>1</w:t>
      </w:r>
      <w:r>
        <w:t xml:space="preserve">Der Jugendliche wird für die Dauer oder einen Teil der Bewährungszeit der Aufsicht und Leitung eines Bewährungshelfers unterstellt. </w:t>
      </w:r>
      <w:r>
        <w:rPr>
          <w:rStyle w:val="Satznummer"/>
        </w:rPr>
        <w:t>2</w:t>
      </w:r>
      <w:r>
        <w:t xml:space="preserve">Die </w:t>
      </w:r>
      <w:hyperlink w:anchor="b31" w:history="1">
        <w:r>
          <w:rPr>
            <w:color w:val="0A3A8C"/>
            <w:u w:val="single"/>
          </w:rPr>
          <w:t xml:space="preserve">§§ 23</w:t>
        </w:r>
      </w:hyperlink>
      <w:r>
        <w:t xml:space="preserve">, </w:t>
      </w:r>
      <w:hyperlink w:anchor="b32" w:history="1">
        <w:r>
          <w:rPr>
            <w:color w:val="0A3A8C"/>
            <w:u w:val="single"/>
          </w:rPr>
          <w:t xml:space="preserve">24</w:t>
        </w:r>
      </w:hyperlink>
      <w:r>
        <w:t xml:space="preserve"> Abs. 1 Satz 1 und 2, Abs. 2 und 3 und die </w:t>
      </w:r>
      <w:hyperlink w:anchor="b33" w:history="1">
        <w:r>
          <w:rPr>
            <w:color w:val="0A3A8C"/>
            <w:u w:val="single"/>
          </w:rPr>
          <w:t xml:space="preserve">§§ 25</w:t>
        </w:r>
      </w:hyperlink>
      <w:r>
        <w:t xml:space="preserve">, </w:t>
      </w:r>
      <w:hyperlink w:anchor="b38" w:history="1">
        <w:r>
          <w:rPr>
            <w:color w:val="0A3A8C"/>
            <w:u w:val="single"/>
          </w:rPr>
          <w:t xml:space="preserve">28</w:t>
        </w:r>
      </w:hyperlink>
      <w:r>
        <w:t xml:space="preserve"> Abs. 2 Satz 1 sind entsprechend anzuwenden.</w:t>
      </w:r>
    </w:p>
    <w:p>
      <w:pPr>
        <w:pStyle w:val="Heading4"/>
      </w:pPr>
      <w:bookmarkStart w:id="41" w:name="b40"/>
      <w:r>
        <w:t>§ 30 Verhängung der Jugendstrafe;Tilgung des Schuldspruchs</w:t>
      </w:r>
      <w:r>
        <w:t xml:space="preserve"> </w:t>
      </w:r>
      <w:r>
        <w:rPr>
          <w:rStyle w:val="Suchmarke"/>
        </w:rPr>
        <w:t>#30#</w:t>
      </w:r>
      <w:bookmarkEnd w:id="41"/>
    </w:p>
    <w:p>
      <w:r>
        <w:t xml:space="preserve">(1) </w:t>
      </w:r>
      <w:r>
        <w:rPr>
          <w:rStyle w:val="Satznummer"/>
        </w:rPr>
        <w:t>1</w:t>
      </w:r>
      <w:r>
        <w:t xml:space="preserve">Stellt sich vor allem durch schlechte Führung des Jugendlichen während der Bewährungszeit heraus, daß die in dem Schuldspruch mißbilligte Tat auf schädliche Neigungen von einem Umfang zurückzuführen ist, daß eine Jugendstrafe erforderlich ist, so erkennt das Gericht auf die Strafe, die es im Zeitpunkt des Schuldspruchs bei sicherer Beurteilung der schädlichen Neigungen des Jugendlichen ausgesprochen hätte. </w:t>
      </w:r>
      <w:r>
        <w:rPr>
          <w:rStyle w:val="Satznummer"/>
        </w:rPr>
        <w:t>2</w:t>
      </w:r>
      <w:hyperlink w:anchor="b34" w:history="1">
        <w:r>
          <w:rPr>
            <w:color w:val="0A3A8C"/>
            <w:u w:val="single"/>
          </w:rPr>
          <w:t xml:space="preserve">§ 26</w:t>
        </w:r>
      </w:hyperlink>
      <w:r>
        <w:t xml:space="preserve"> Absatz 3 Satz 3 gilt entsprechend.</w:t>
      </w:r>
    </w:p>
    <w:p>
      <w:r>
        <w:t>(2) Liegen die Voraussetzungen des Absatzes 1 Satz 1 nach Ablauf der Bewährungszeit nicht vor, so wird der Schuldspruch getilgt.</w:t>
      </w:r>
    </w:p>
    <w:p>
      <w:pPr>
        <w:pStyle w:val="Heading3"/>
      </w:pPr>
      <w:bookmarkStart w:id="42" w:name="b41"/>
      <w:r>
        <w:t>Siebenter Abschnitt Mehrere Straftaten</w:t>
      </w:r>
      <w:bookmarkEnd w:id="42"/>
    </w:p>
    <w:p>
      <w:pPr>
        <w:pStyle w:val="Heading4"/>
      </w:pPr>
      <w:bookmarkStart w:id="43" w:name="b42"/>
      <w:r>
        <w:t>§ 31 Mehrere Straftaten eines Jugendlichen</w:t>
      </w:r>
      <w:r>
        <w:t xml:space="preserve"> </w:t>
      </w:r>
      <w:r>
        <w:rPr>
          <w:rStyle w:val="Suchmarke"/>
        </w:rPr>
        <w:t>#31#</w:t>
      </w:r>
      <w:bookmarkEnd w:id="43"/>
    </w:p>
    <w:p>
      <w:r>
        <w:t xml:space="preserve">(1) </w:t>
      </w:r>
      <w:r>
        <w:rPr>
          <w:rStyle w:val="Satznummer"/>
        </w:rPr>
        <w:t>1</w:t>
      </w:r>
      <w:r>
        <w:t xml:space="preserve">Auch wenn ein Jugendlicher mehrere Straftaten begangen hat, setzt das Gericht nur einheitlich Erziehungsmaßregeln, Zuchtmittel oder eine Jugendstrafe fest. </w:t>
      </w:r>
      <w:r>
        <w:rPr>
          <w:rStyle w:val="Satznummer"/>
        </w:rPr>
        <w:t>2</w:t>
      </w:r>
      <w:r>
        <w:t>Soweit es dieses Gesetz zuläßt (</w:t>
      </w:r>
      <w:hyperlink w:anchor="b11" w:history="1">
        <w:r>
          <w:rPr>
            <w:color w:val="0A3A8C"/>
            <w:u w:val="single"/>
          </w:rPr>
          <w:t xml:space="preserve">§ 8</w:t>
        </w:r>
      </w:hyperlink>
      <w:r>
        <w:t xml:space="preserve">), können ungleichartige Erziehungsmaßregeln und Zuchtmittel nebeneinander angeordnet oder Maßnahmen mit der Strafe verbunden werden. </w:t>
      </w:r>
      <w:r>
        <w:rPr>
          <w:rStyle w:val="Satznummer"/>
        </w:rPr>
        <w:t>3</w:t>
      </w:r>
      <w:r>
        <w:t>Die gesetzlichen Höchstgrenzen des Jugendarrestes und der Jugendstrafe dürfen nicht überschritten werden.</w:t>
      </w:r>
    </w:p>
    <w:p>
      <w:r>
        <w:t xml:space="preserve">(2) </w:t>
      </w:r>
      <w:r>
        <w:rPr>
          <w:rStyle w:val="Satznummer"/>
        </w:rPr>
        <w:t>1</w:t>
      </w:r>
      <w:r>
        <w:t xml:space="preserve">Ist gegen den Jugendlichen wegen eines Teils der Straftaten bereits rechtskräftig die Schuld festgestellt oder eine Erziehungsmaßregel, ein Zuchtmittel oder eine Jugendstrafe festgesetzt worden, aber noch nicht vollständig ausgeführt, verbüßt oder sonst erledigt, so wird unter Einbeziehung des Urteils in gleicher Weise nur einheitlich auf Maßnahmen oder Jugendstrafe erkannt. </w:t>
      </w:r>
      <w:r>
        <w:rPr>
          <w:rStyle w:val="Satznummer"/>
        </w:rPr>
        <w:t>2</w:t>
      </w:r>
      <w:r>
        <w:t xml:space="preserve">Die Anrechnung bereits verbüßten Jugendarrestes steht im Ermessen des Gerichts, wenn es auf Jugendstrafe erkennt. </w:t>
      </w:r>
      <w:r>
        <w:rPr>
          <w:rStyle w:val="Satznummer"/>
        </w:rPr>
        <w:t>3</w:t>
      </w:r>
      <w:hyperlink w:anchor="b34" w:history="1">
        <w:r>
          <w:rPr>
            <w:color w:val="0A3A8C"/>
            <w:u w:val="single"/>
          </w:rPr>
          <w:t xml:space="preserve">§ 26</w:t>
        </w:r>
      </w:hyperlink>
      <w:r>
        <w:t xml:space="preserve"> Absatz 3 Satz 3 und </w:t>
      </w:r>
      <w:hyperlink w:anchor="b40" w:history="1">
        <w:r>
          <w:rPr>
            <w:color w:val="0A3A8C"/>
            <w:u w:val="single"/>
          </w:rPr>
          <w:t xml:space="preserve">§ 30</w:t>
        </w:r>
      </w:hyperlink>
      <w:r>
        <w:t xml:space="preserve"> Absatz 1 Satz 2 bleiben unberührt.</w:t>
      </w:r>
    </w:p>
    <w:p>
      <w:r>
        <w:t xml:space="preserve">(3) </w:t>
      </w:r>
      <w:r>
        <w:rPr>
          <w:rStyle w:val="Satznummer"/>
        </w:rPr>
        <w:t>1</w:t>
      </w:r>
      <w:r>
        <w:t xml:space="preserve">Ist es aus erzieherischen Gründen zweckmäßig, so kann das Gericht davon absehen, schon abgeurteilte Straftaten in die neue Entscheidung einzubeziehen. </w:t>
      </w:r>
      <w:r>
        <w:rPr>
          <w:rStyle w:val="Satznummer"/>
        </w:rPr>
        <w:t>2</w:t>
      </w:r>
      <w:r>
        <w:t>Dabei kann es Erziehungsmaßregeln und Zuchtmittel für erledigt erklären, wenn es auf Jugendstrafe erkennt.</w:t>
      </w:r>
    </w:p>
    <w:p>
      <w:pPr>
        <w:pStyle w:val="Heading4"/>
      </w:pPr>
      <w:bookmarkStart w:id="44" w:name="b43"/>
      <w:r>
        <w:t>§ 32 Mehrere Straftaten in verschiedenen Alters- und Reifestufen</w:t>
      </w:r>
      <w:r>
        <w:t xml:space="preserve"> </w:t>
      </w:r>
      <w:r>
        <w:rPr>
          <w:rStyle w:val="Suchmarke"/>
        </w:rPr>
        <w:t>#32#</w:t>
      </w:r>
      <w:bookmarkEnd w:id="44"/>
    </w:p>
    <w:p>
      <w:r>
        <w:rPr>
          <w:rStyle w:val="Satznummer"/>
        </w:rPr>
        <w:t>1</w:t>
      </w:r>
      <w:r>
        <w:t xml:space="preserve">Für mehrere Straftaten, die gleichzeitig abgeurteilt werden und auf die teils Jugendstrafrecht und teils allgemeines Strafrecht anzuwenden wäre, gilt einheitlich das Jugendstrafrecht, wenn das Schwergewicht bei den Straftaten liegt, die nach Jugendstrafrecht zu beurteilen wären. </w:t>
      </w:r>
      <w:r>
        <w:rPr>
          <w:rStyle w:val="Satznummer"/>
        </w:rPr>
        <w:t>2</w:t>
      </w:r>
      <w:r>
        <w:t>Ist dies nicht der Fall, so ist einheitlich das allgemeine Strafrecht anzuwenden.</w:t>
      </w:r>
    </w:p>
    <w:p>
      <w:pPr>
        <w:pStyle w:val="Heading2"/>
      </w:pPr>
      <w:bookmarkStart w:id="45" w:name="b44"/>
      <w:r>
        <w:t>Zweites Hauptstück Jugendgerichtsverfassung und Jugendstrafverfahren</w:t>
      </w:r>
      <w:bookmarkEnd w:id="45"/>
    </w:p>
    <w:p>
      <w:pPr>
        <w:pStyle w:val="Heading3"/>
      </w:pPr>
      <w:bookmarkStart w:id="46" w:name="b45"/>
      <w:r>
        <w:t>Erster Abschnitt Jugendgerichtsverfassung</w:t>
      </w:r>
      <w:bookmarkEnd w:id="46"/>
    </w:p>
    <w:p>
      <w:pPr>
        <w:pStyle w:val="Heading4"/>
      </w:pPr>
      <w:bookmarkStart w:id="47" w:name="b46"/>
      <w:r>
        <w:t>§ 33 Jugendgerichte</w:t>
      </w:r>
      <w:r>
        <w:t xml:space="preserve"> </w:t>
      </w:r>
      <w:r>
        <w:rPr>
          <w:rStyle w:val="Suchmarke"/>
        </w:rPr>
        <w:t>#33#</w:t>
      </w:r>
      <w:bookmarkEnd w:id="47"/>
    </w:p>
    <w:p>
      <w:r>
        <w:t>(1) Über Verfehlungen Jugendlicher entscheiden die Jugendgerichte.</w:t>
      </w:r>
    </w:p>
    <w:p>
      <w:r>
        <w:t>(2) Jugendgerichte sind der Strafrichter als Jugendrichter, das Schöffengericht (Jugendschöffengericht) und die Strafkammer (Jugendkammer).</w:t>
      </w:r>
    </w:p>
    <w:p>
      <w:r>
        <w:t xml:space="preserve">(3) </w:t>
      </w:r>
      <w:r>
        <w:rPr>
          <w:rStyle w:val="Satznummer"/>
        </w:rPr>
        <w:t>1</w:t>
      </w:r>
      <w:r>
        <w:t xml:space="preserve">Die Landesregierungen werden ermächtigt, durch Rechtsverordnung zu regeln, daß ein Richter bei einem Amtsgericht zum Jugendrichter für den Bezirk mehrerer Amtsgerichte (Bezirksjugendrichter) bestellt und daß bei einem Amtsgericht ein gemeinsames Jugendschöffengericht für den Bezirk mehrerer Amtsgerichte eingerichtet wird. </w:t>
      </w:r>
      <w:r>
        <w:rPr>
          <w:rStyle w:val="Satznummer"/>
        </w:rPr>
        <w:t>2</w:t>
      </w:r>
      <w:r>
        <w:t>Die Landesregierungen können die Ermächtigung durch Rechtsverordnung auf die Landesjustizverwaltungen übertragen.</w:t>
      </w:r>
    </w:p>
    <w:p>
      <w:pPr>
        <w:pStyle w:val="Heading4"/>
      </w:pPr>
      <w:bookmarkStart w:id="48" w:name="b47"/>
      <w:r>
        <w:t>§ 33a Besetzung des Jugendschöffengerichts</w:t>
      </w:r>
      <w:r>
        <w:t xml:space="preserve"> </w:t>
      </w:r>
      <w:r>
        <w:rPr>
          <w:rStyle w:val="Suchmarke"/>
        </w:rPr>
        <w:t>#33a#</w:t>
      </w:r>
      <w:bookmarkEnd w:id="48"/>
    </w:p>
    <w:p>
      <w:r>
        <w:t xml:space="preserve">(1) </w:t>
      </w:r>
      <w:r>
        <w:rPr>
          <w:rStyle w:val="Satznummer"/>
        </w:rPr>
        <w:t>1</w:t>
      </w:r>
      <w:r>
        <w:t xml:space="preserve">Das Jugendschöffengericht besteht aus dem Jugendrichter als Vorsitzenden und zwei Jugendschöffen. </w:t>
      </w:r>
      <w:r>
        <w:rPr>
          <w:rStyle w:val="Satznummer"/>
        </w:rPr>
        <w:t>2</w:t>
      </w:r>
      <w:r>
        <w:t>Als Jugendschöffen sollen zu jeder Hauptverhandlung ein Mann und eine Frau herangezogen werden.</w:t>
      </w:r>
    </w:p>
    <w:p>
      <w:r>
        <w:t>(2) Bei Entscheidungen außerhalb der Hauptverhandlung wirken die Jugendschöffen nicht mit.</w:t>
      </w:r>
    </w:p>
    <w:p>
      <w:pPr>
        <w:pStyle w:val="Heading4"/>
      </w:pPr>
      <w:bookmarkStart w:id="49" w:name="b48"/>
      <w:r>
        <w:t>§ 33b Besetzung der Jugendkammer</w:t>
      </w:r>
      <w:r>
        <w:t xml:space="preserve"> </w:t>
      </w:r>
      <w:r>
        <w:rPr>
          <w:rStyle w:val="Suchmarke"/>
        </w:rPr>
        <w:t>#33b#</w:t>
      </w:r>
      <w:bookmarkEnd w:id="49"/>
    </w:p>
    <w:p>
      <w:r>
        <w:t>(1) Die Jugendkammer ist mit drei Richtern einschließlich des Vorsitzenden und zwei Jugendschöffen (große Jugendkammer), in Verfahren über Berufungen gegen Urteile des Jugendrichters mit dem Vorsitzenden und zwei Jugendschöffen (kleine Jugendkammer) besetzt.</w:t>
      </w:r>
    </w:p>
    <w:p>
      <w:r>
        <w:t xml:space="preserve">(2) </w:t>
      </w:r>
      <w:r>
        <w:rPr>
          <w:rStyle w:val="Satznummer"/>
        </w:rPr>
        <w:t>1</w:t>
      </w:r>
      <w:r>
        <w:t xml:space="preserve">Bei der Eröffnung des Hauptverfahrens beschließt die große Jugendkammer über ihre Besetzung in der Hauptverhandlung. </w:t>
      </w:r>
      <w:r>
        <w:rPr>
          <w:rStyle w:val="Satznummer"/>
        </w:rPr>
        <w:t>2</w:t>
      </w:r>
      <w:r>
        <w:t xml:space="preserve">Ist das Hauptverfahren bereits eröffnet, beschließt sie hierüber bei der Anberaumung des Termins zur Hauptverhandlung. </w:t>
      </w:r>
      <w:r>
        <w:rPr>
          <w:rStyle w:val="Satznummer"/>
        </w:rPr>
        <w:t>3</w:t>
      </w:r>
      <w:r>
        <w:t>Sie beschließt eine Besetzung mit drei Richtern einschließlich des Vorsitzenden und zwei Jugendschöffen, wenn</w:t>
      </w:r>
    </w:p>
    <w:p>
      <w:pPr>
        <w:tabs>
          <w:tab w:pos="567" w:val="left"/>
        </w:tabs>
        <w:ind w:left="567" w:hanging="567"/>
      </w:pPr>
      <w:r>
        <w:t>1.</w:t>
      </w:r>
      <w:r>
        <w:tab/>
      </w:r>
      <w:r>
        <w:t>die Sache nach den allgemeinen Vorschriften einschließlich der Regelung des § 74e des Gerichtsverfassungsgesetzes zur Zuständigkeit des Schwurgerichts gehört,</w:t>
      </w:r>
    </w:p>
    <w:p>
      <w:pPr>
        <w:tabs>
          <w:tab w:pos="567" w:val="left"/>
        </w:tabs>
        <w:ind w:left="567" w:hanging="567"/>
      </w:pPr>
      <w:r>
        <w:t>2.</w:t>
      </w:r>
      <w:r>
        <w:tab/>
      </w:r>
      <w:r>
        <w:t xml:space="preserve">ihre Zuständigkeit nach </w:t>
      </w:r>
      <w:hyperlink w:anchor="b58" w:history="1">
        <w:r>
          <w:rPr>
            <w:color w:val="0A3A8C"/>
            <w:u w:val="single"/>
          </w:rPr>
          <w:t xml:space="preserve">§ 41</w:t>
        </w:r>
      </w:hyperlink>
      <w:r>
        <w:t xml:space="preserve"> Absatz 1 Nummer 5 begründet ist oder</w:t>
      </w:r>
    </w:p>
    <w:p>
      <w:pPr>
        <w:tabs>
          <w:tab w:pos="567" w:val="left"/>
        </w:tabs>
        <w:ind w:left="567" w:hanging="567"/>
      </w:pPr>
      <w:r>
        <w:t>3.</w:t>
      </w:r>
      <w:r>
        <w:tab/>
      </w:r>
      <w:r>
        <w:t>nach dem Umfang oder der Schwierigkeit der Sache die Mitwirkung eines dritten Richters notwendig erscheint.</w:t>
      </w:r>
    </w:p>
    <w:p>
      <w:r>
        <w:rPr>
          <w:rStyle w:val="Satznummer"/>
        </w:rPr>
        <w:t>4</w:t>
      </w:r>
      <w:r>
        <w:t>Im Übrigen beschließt die große Jugendkammer eine Besetzung mit zwei Richtern einschließlich des Vorsitzenden und zwei Jugendschöffen.</w:t>
      </w:r>
    </w:p>
    <w:p>
      <w:r>
        <w:t>(3) Die Mitwirkung eines dritten Richters ist nach Absatz 2 Satz 3 Nummer 3 in der Regel notwendig, wenn</w:t>
      </w:r>
    </w:p>
    <w:p>
      <w:pPr>
        <w:tabs>
          <w:tab w:pos="567" w:val="left"/>
        </w:tabs>
        <w:ind w:left="567" w:hanging="567"/>
      </w:pPr>
      <w:r>
        <w:t>1.</w:t>
      </w:r>
      <w:r>
        <w:tab/>
      </w:r>
      <w:r>
        <w:t xml:space="preserve">die Jugendkammer die Sache nach </w:t>
      </w:r>
      <w:hyperlink w:anchor="b58" w:history="1">
        <w:r>
          <w:rPr>
            <w:color w:val="0A3A8C"/>
            <w:u w:val="single"/>
          </w:rPr>
          <w:t xml:space="preserve">§ 41</w:t>
        </w:r>
      </w:hyperlink>
      <w:r>
        <w:t xml:space="preserve"> Absatz 1 Nummer 2 übernommen hat,</w:t>
      </w:r>
    </w:p>
    <w:p>
      <w:pPr>
        <w:tabs>
          <w:tab w:pos="567" w:val="left"/>
        </w:tabs>
        <w:ind w:left="567" w:hanging="567"/>
      </w:pPr>
      <w:r>
        <w:t>2.</w:t>
      </w:r>
      <w:r>
        <w:tab/>
      </w:r>
      <w:r>
        <w:t>die Hauptverhandlung voraussichtlich länger als zehn Tage dauern wird oder</w:t>
      </w:r>
    </w:p>
    <w:p>
      <w:pPr>
        <w:tabs>
          <w:tab w:pos="567" w:val="left"/>
        </w:tabs>
        <w:ind w:left="567" w:hanging="567"/>
      </w:pPr>
      <w:r>
        <w:t>3.</w:t>
      </w:r>
      <w:r>
        <w:tab/>
      </w:r>
      <w:r>
        <w:t>die Sache eine der in § 74c Absatz 1 Satz 1 des Gerichtsverfassungsgesetzes genannten Straftaten zum Gegenstand hat.</w:t>
      </w:r>
    </w:p>
    <w:p>
      <w:r>
        <w:t xml:space="preserve">(4) </w:t>
      </w:r>
      <w:r>
        <w:rPr>
          <w:rStyle w:val="Satznummer"/>
        </w:rPr>
        <w:t>1</w:t>
      </w:r>
      <w:r>
        <w:t xml:space="preserve">In Verfahren über die Berufung gegen ein Urteil des Jugendschöffengerichts gilt Absatz 2 entsprechend. </w:t>
      </w:r>
      <w:r>
        <w:rPr>
          <w:rStyle w:val="Satznummer"/>
        </w:rPr>
        <w:t>2</w:t>
      </w:r>
      <w:r>
        <w:t>Die große Jugendkammer beschließt ihre Besetzung mit drei Richtern einschließlich des Vorsitzenden und zwei Jugendschöffen auch dann, wenn mit dem angefochtenen Urteil auf eine Jugendstrafe von mehr als vier Jahren erkannt wurde.</w:t>
      </w:r>
    </w:p>
    <w:p>
      <w:r>
        <w:t>(5) Hat die große Jugendkammer eine Besetzung mit zwei Richtern einschließlich des Vorsitzenden und zwei Jugendschöffen beschlossen und ergeben sich vor Beginn der Hauptverhandlung neue Umstände, die nach Maßgabe der Absätze 2 bis 4 eine Besetzung mit drei Richtern einschließlich des Vorsitzenden und zwei Jugendschöffen erforderlich machen, beschließt sie eine solche Besetzung.</w:t>
      </w:r>
    </w:p>
    <w:p>
      <w:r>
        <w:t>(6) Ist eine Sache vom Revisionsgericht zurückverwiesen oder die Hauptverhandlung ausgesetzt worden, kann die jeweils zuständige Jugendkammer erneut nach Maßgabe der Absätze 2 bis 4 über ihre Besetzung beschließen.</w:t>
      </w:r>
    </w:p>
    <w:p>
      <w:r>
        <w:t xml:space="preserve">(7) </w:t>
      </w:r>
      <w:hyperlink w:anchor="b47" w:history="1">
        <w:r>
          <w:rPr>
            <w:color w:val="0A3A8C"/>
            <w:u w:val="single"/>
          </w:rPr>
          <w:t xml:space="preserve">§ 33a</w:t>
        </w:r>
      </w:hyperlink>
      <w:r>
        <w:t xml:space="preserve"> Abs. 1 Satz 2, Abs. 2 gilt entsprechend.</w:t>
      </w:r>
    </w:p>
    <w:p>
      <w:pPr>
        <w:pStyle w:val="Heading4"/>
      </w:pPr>
      <w:bookmarkStart w:id="50" w:name="b49"/>
      <w:r>
        <w:t>§ 34 Aufgaben des Jugendrichters</w:t>
      </w:r>
      <w:r>
        <w:t xml:space="preserve"> </w:t>
      </w:r>
      <w:r>
        <w:rPr>
          <w:rStyle w:val="Suchmarke"/>
        </w:rPr>
        <w:t>#34#</w:t>
      </w:r>
      <w:bookmarkEnd w:id="50"/>
    </w:p>
    <w:p>
      <w:r>
        <w:t>(1) Dem Jugendrichter obliegen alle Aufgaben, die ein Richter beim Amtsgericht im Strafverfahren hat.</w:t>
      </w:r>
    </w:p>
    <w:p>
      <w:r>
        <w:t xml:space="preserve">(2) </w:t>
      </w:r>
      <w:r>
        <w:rPr>
          <w:rStyle w:val="Satznummer"/>
        </w:rPr>
        <w:t>1</w:t>
      </w:r>
      <w:r>
        <w:t xml:space="preserve">Dem Jugendrichter sollen für die Jugendlichen die familiengerichtlichen Erziehungsaufgaben übertragen werden. </w:t>
      </w:r>
      <w:r>
        <w:rPr>
          <w:rStyle w:val="Satznummer"/>
        </w:rPr>
        <w:t>2</w:t>
      </w:r>
      <w:r>
        <w:t>Aus besonderen Gründen, namentlich wenn der Jugendrichter für den Bezirk mehrerer Amtsgerichte bestellt ist, kann hiervon abgewichen werden.</w:t>
      </w:r>
    </w:p>
    <w:p>
      <w:r>
        <w:t>(3) Familiengerichtliche Erziehungsaufgaben sind</w:t>
      </w:r>
    </w:p>
    <w:p>
      <w:pPr>
        <w:tabs>
          <w:tab w:pos="567" w:val="left"/>
        </w:tabs>
        <w:ind w:left="567" w:hanging="567"/>
      </w:pPr>
      <w:r>
        <w:t>1.</w:t>
      </w:r>
      <w:r>
        <w:tab/>
      </w:r>
      <w:r>
        <w:t>die Unterstützung der Eltern, des Vormunds und des Pflegers durch geeignete Maßnahmen (§ 1631 Absatz 3, § 1802 Absatz 1 Satz 1, § 1813 Absatz 1 des Bürgerlichen Gesetzbuchs),</w:t>
      </w:r>
    </w:p>
    <w:p>
      <w:pPr>
        <w:tabs>
          <w:tab w:pos="567" w:val="left"/>
        </w:tabs>
        <w:ind w:left="567" w:hanging="567"/>
      </w:pPr>
      <w:r>
        <w:t>2.</w:t>
      </w:r>
      <w:r>
        <w:tab/>
      </w:r>
      <w:r>
        <w:t>die Maßnahmen zur Abwendung einer Gefährdung des Jugendlichen (§§ 1666, 1666a, auch in Verbindung mit § 1802 Absatz 2 Satz 3 und § 1813 Absatz 1 des Bürgerlichen Gesetzbuches).</w:t>
      </w:r>
    </w:p>
    <w:p>
      <w:pPr>
        <w:tabs>
          <w:tab w:pos="567" w:val="left"/>
        </w:tabs>
        <w:ind w:left="567" w:hanging="567"/>
      </w:pPr>
      <w:r>
        <w:t>3.</w:t>
      </w:r>
      <w:r>
        <w:tab/>
      </w:r>
      <w:r>
        <w:t>(weggefallen)</w:t>
      </w:r>
    </w:p>
    <w:p>
      <w:pPr>
        <w:pStyle w:val="Heading4"/>
      </w:pPr>
      <w:bookmarkStart w:id="51" w:name="b50"/>
      <w:r>
        <w:t>§ 35 Jugendschöffen</w:t>
      </w:r>
      <w:r>
        <w:t xml:space="preserve"> </w:t>
      </w:r>
      <w:r>
        <w:rPr>
          <w:rStyle w:val="Suchmarke"/>
        </w:rPr>
        <w:t>#35#</w:t>
      </w:r>
      <w:bookmarkEnd w:id="51"/>
    </w:p>
    <w:p>
      <w:r>
        <w:t xml:space="preserve">(1) </w:t>
      </w:r>
      <w:r>
        <w:rPr>
          <w:rStyle w:val="Satznummer"/>
        </w:rPr>
        <w:t>1</w:t>
      </w:r>
      <w:r>
        <w:t xml:space="preserve">Die Schöffen der Jugendgerichte (Jugendschöffen) werden auf Vorschlag des Jugendhilfeausschusses für die Dauer von fünf Geschäftsjahren von dem in § 40 des Gerichtsverfassungsgesetzes vorgesehenen Ausschuß gewählt. </w:t>
      </w:r>
      <w:r>
        <w:rPr>
          <w:rStyle w:val="Satznummer"/>
        </w:rPr>
        <w:t>2</w:t>
      </w:r>
      <w:r>
        <w:t>Dieser soll eine gleiche Anzahl von Männern und Frauen wählen.</w:t>
      </w:r>
    </w:p>
    <w:p>
      <w:r>
        <w:t xml:space="preserve">(2) </w:t>
      </w:r>
      <w:r>
        <w:rPr>
          <w:rStyle w:val="Satznummer"/>
        </w:rPr>
        <w:t>1</w:t>
      </w:r>
      <w:r>
        <w:t xml:space="preserve">Der Jugendhilfeausschuß soll ebensoviele Männer wie Frauen und muss mindestens die doppelte Anzahl von Personen vorschlagen, die als Jugendschöffen und Jugendersatzschöffen benötigt werden. </w:t>
      </w:r>
      <w:r>
        <w:rPr>
          <w:rStyle w:val="Satznummer"/>
        </w:rPr>
        <w:t>2</w:t>
      </w:r>
      <w:r>
        <w:t>Die Vorgeschlagenen sollen erzieherisch befähigt und in der Jugenderziehung erfahren sein.</w:t>
      </w:r>
    </w:p>
    <w:p>
      <w:r>
        <w:t xml:space="preserve">(3) </w:t>
      </w:r>
      <w:r>
        <w:rPr>
          <w:rStyle w:val="Satznummer"/>
        </w:rPr>
        <w:t>1</w:t>
      </w:r>
      <w:r>
        <w:t xml:space="preserve">Die Vorschlagsliste des Jugendhilfeausschusses gilt als Vorschlagsliste im Sinne des § 36 des Gerichtsverfassungsgesetzes. </w:t>
      </w:r>
      <w:r>
        <w:rPr>
          <w:rStyle w:val="Satznummer"/>
        </w:rPr>
        <w:t>2</w:t>
      </w:r>
      <w:r>
        <w:t xml:space="preserve">Für die Aufnahme in die Liste ist die Zustimmung von zwei Dritteln der anwesenden stimmberechtigten Mitglieder, mindestens jedoch der Hälfte aller stimmberechtigten Mitglieder des Jugendhilfeausschusses erforderlich. </w:t>
      </w:r>
      <w:r>
        <w:rPr>
          <w:rStyle w:val="Satznummer"/>
        </w:rPr>
        <w:t>3</w:t>
      </w:r>
      <w:r>
        <w:t xml:space="preserve">Die Vorschlagsliste ist im Jugendamt eine Woche lang zu jedermanns Einsicht aufzulegen. </w:t>
      </w:r>
      <w:r>
        <w:rPr>
          <w:rStyle w:val="Satznummer"/>
        </w:rPr>
        <w:t>4</w:t>
      </w:r>
      <w:r>
        <w:t>Der Zeitpunkt der Auflegung ist vorher öffentlich bekanntzumachen.</w:t>
      </w:r>
    </w:p>
    <w:p>
      <w:r>
        <w:t>(4) Bei der Entscheidung über Einsprüche gegen die Vorschlagsliste des Jugendhilfeausschusses und bei der Wahl der Jugendschöffen und Jugendersatzschöffen führt der Jugendrichter den Vorsitz in dem Schöffenwahlausschuß.</w:t>
      </w:r>
    </w:p>
    <w:p>
      <w:r>
        <w:t>(5) Die Jugendschöffen werden in besondere für Männer und Frauen getrennt zu führende Schöffenlisten aufgenommen.</w:t>
      </w:r>
    </w:p>
    <w:p>
      <w:r>
        <w:t>(6) Die Wahl der Jugendschöffen erfolgt gleichzeitig mit der Wahl der Schöffen für die Schöffengerichte und die Strafkammern.</w:t>
      </w:r>
    </w:p>
    <w:p>
      <w:pPr>
        <w:pStyle w:val="Heading4"/>
      </w:pPr>
      <w:bookmarkStart w:id="52" w:name="b51"/>
      <w:r>
        <w:t>§ 36 Jugendstaatsanwalt</w:t>
      </w:r>
      <w:r>
        <w:t xml:space="preserve"> </w:t>
      </w:r>
      <w:r>
        <w:rPr>
          <w:rStyle w:val="Suchmarke"/>
        </w:rPr>
        <w:t>#36#</w:t>
      </w:r>
      <w:bookmarkEnd w:id="52"/>
    </w:p>
    <w:p>
      <w:r>
        <w:t xml:space="preserve">(1) </w:t>
      </w:r>
      <w:r>
        <w:rPr>
          <w:rStyle w:val="Satznummer"/>
        </w:rPr>
        <w:t>1</w:t>
      </w:r>
      <w:r>
        <w:t xml:space="preserve">Für Verfahren, die zur Zuständigkeit der Jugendgerichte gehören, werden Jugendstaatsanwälte bestellt. </w:t>
      </w:r>
      <w:r>
        <w:rPr>
          <w:rStyle w:val="Satznummer"/>
        </w:rPr>
        <w:t>2</w:t>
      </w:r>
      <w:r>
        <w:t>Richter auf Probe und Beamte auf Probe sollen im ersten Jahr nach ihrer Ernennung nicht zum Jugendstaatsanwalt bestellt werden.</w:t>
      </w:r>
    </w:p>
    <w:p>
      <w:r>
        <w:t xml:space="preserve">(2) </w:t>
      </w:r>
      <w:r>
        <w:rPr>
          <w:rStyle w:val="Satznummer"/>
        </w:rPr>
        <w:t>1</w:t>
      </w:r>
      <w:r>
        <w:t xml:space="preserve">Jugendstaatsanwaltliche Aufgaben dürfen Amtsanwälten nur übertragen werden, wenn diese die besonderen Anforderungen erfüllen, die für die Wahrnehmung jugendstaatsanwaltlicher Aufgaben an Staatsanwälte gestellt werden. </w:t>
      </w:r>
      <w:r>
        <w:rPr>
          <w:rStyle w:val="Satznummer"/>
        </w:rPr>
        <w:t>2</w:t>
      </w:r>
      <w:r>
        <w:t xml:space="preserve">Referendaren kann im Einzelfall die Wahrnehmung jugendstaatsanwaltlicher Aufgaben unter Aufsicht eines Jugendstaatsanwalts übertragen werden. </w:t>
      </w:r>
      <w:r>
        <w:rPr>
          <w:rStyle w:val="Satznummer"/>
        </w:rPr>
        <w:t>3</w:t>
      </w:r>
      <w:r>
        <w:t>Die Sitzungsvertretung in Verfahren vor den Jugendgerichten dürfen Referendare nur unter Aufsicht und im Beisein eines Jugendstaatsanwalts wahrnehmen.</w:t>
      </w:r>
    </w:p>
    <w:p>
      <w:pPr>
        <w:pStyle w:val="Heading4"/>
      </w:pPr>
      <w:bookmarkStart w:id="53" w:name="b52"/>
      <w:r>
        <w:t>§ 37 Auswahl der Jugendrichter und Jugendstaatsanwälte</w:t>
      </w:r>
      <w:r>
        <w:t xml:space="preserve"> </w:t>
      </w:r>
      <w:r>
        <w:rPr>
          <w:rStyle w:val="Suchmarke"/>
        </w:rPr>
        <w:t>#37#</w:t>
      </w:r>
      <w:bookmarkEnd w:id="53"/>
    </w:p>
    <w:p>
      <w:r>
        <w:t xml:space="preserve">(1) </w:t>
      </w:r>
      <w:r>
        <w:rPr>
          <w:rStyle w:val="Satznummer"/>
        </w:rPr>
        <w:t>1</w:t>
      </w:r>
      <w:r>
        <w:t xml:space="preserve">Die Richter bei den Jugendgerichten und die Jugendstaatsanwälte sollen erzieherisch befähigt und in der Jugenderziehung erfahren sein. </w:t>
      </w:r>
      <w:r>
        <w:rPr>
          <w:rStyle w:val="Satznummer"/>
        </w:rPr>
        <w:t>2</w:t>
      </w:r>
      <w:r>
        <w:t xml:space="preserve">Sie sollen über Kenntnisse auf den Gebieten der Kriminologie, Pädagogik und Sozialpädagogik sowie der Jugendpsychologie verfügen. </w:t>
      </w:r>
      <w:r>
        <w:rPr>
          <w:rStyle w:val="Satznummer"/>
        </w:rPr>
        <w:t>3</w:t>
      </w:r>
      <w:r>
        <w:t>Einem Richter oder Staatsanwalt, dessen Kenntnisse auf diesen Gebieten nicht belegt sind, sollen die Aufgaben eines Jugendrichters oder Jugendstaatsanwalts erstmals nur zugewiesen werden, wenn der Erwerb der Kenntnisse durch die Wahrnehmung von einschlägigen Fortbildungsangeboten oder eine anderweitige einschlägige Weiterqualifizierung alsbald zu erwarten ist.</w:t>
      </w:r>
    </w:p>
    <w:p>
      <w:r>
        <w:t>(2) Von den Anforderungen des Absatzes 1 kann bei Richtern und Staatsanwälten, die nur im Bereitschaftsdienst zur Wahrnehmung jugendgerichtlicher oder jugendstaatsanwaltlicher Aufgaben eingesetzt werden, abgewichen werden, wenn andernfalls ein ordnungsgemäßer und den betroffenen Richtern und Staatsanwälten zumutbarer Betrieb des Bereitschaftsdiensts nicht gewährleistet wäre.</w:t>
      </w:r>
    </w:p>
    <w:p>
      <w:r>
        <w:t xml:space="preserve">(3) </w:t>
      </w:r>
      <w:r>
        <w:rPr>
          <w:rStyle w:val="Satznummer"/>
        </w:rPr>
        <w:t>1</w:t>
      </w:r>
      <w:r>
        <w:t xml:space="preserve">Als Jugendrichter beim Amtsgericht oder als Vorsitzender einer Jugendkammer sollen nach Möglichkeit Personen eingesetzt werden, die bereits über Erfahrungen aus früherer Wahrnehmung jugendgerichtlicher oder jugendstaatsanwaltlicher Aufgaben verfügen. </w:t>
      </w:r>
      <w:r>
        <w:rPr>
          <w:rStyle w:val="Satznummer"/>
        </w:rPr>
        <w:t>2</w:t>
      </w:r>
      <w:r>
        <w:t xml:space="preserve">Davon kann bei Richtern, die nur im Bereitschaftsdienst Geschäfte des Jugendrichters wahrnehmen, abgewichen werden. </w:t>
      </w:r>
      <w:r>
        <w:rPr>
          <w:rStyle w:val="Satznummer"/>
        </w:rPr>
        <w:t>3</w:t>
      </w:r>
      <w:r>
        <w:t>Ein Richter auf Probe darf im ersten Jahr nach seiner Ernennung Geschäfte des Jugendrichters nicht wahrnehmen.</w:t>
      </w:r>
    </w:p>
    <w:p>
      <w:pPr>
        <w:pStyle w:val="Heading4"/>
      </w:pPr>
      <w:bookmarkStart w:id="54" w:name="b53"/>
      <w:r>
        <w:t>§ 37a Zusammenarbeit in gemeinsamen Gremien</w:t>
      </w:r>
      <w:r>
        <w:t xml:space="preserve"> </w:t>
      </w:r>
      <w:r>
        <w:rPr>
          <w:rStyle w:val="Suchmarke"/>
        </w:rPr>
        <w:t>#37a#</w:t>
      </w:r>
      <w:bookmarkEnd w:id="54"/>
    </w:p>
    <w:p>
      <w:r>
        <w:t>(1) Jugendrichter und Jugendstaatsanwälte können zum Zweck einer abgestimmten Aufgabenwahrnehmung fallübergreifend mit öffentlichen Einrichtungen und sonstigen Stellen, deren Tätigkeit sich auf die Lebenssituation junger Menschen auswirkt, zusammenarbeiten, insbesondere durch Teilnahme an gemeinsamen Konferenzen und Mitwirkung in vergleichbaren gemeinsamen Gremien.</w:t>
      </w:r>
    </w:p>
    <w:p>
      <w:r>
        <w:t xml:space="preserve">(2) An einzelfallbezogener derartiger Zusammenarbeit sollen Jugendstaatsanwälte teilnehmen, wenn damit aus ihrer Sicht die Erreichung des Ziels nach </w:t>
      </w:r>
      <w:hyperlink w:anchor="b2" w:history="1">
        <w:r>
          <w:rPr>
            <w:color w:val="0A3A8C"/>
            <w:u w:val="single"/>
          </w:rPr>
          <w:t xml:space="preserve">§ 2</w:t>
        </w:r>
      </w:hyperlink>
      <w:r>
        <w:t xml:space="preserve"> Absatz 1 gefördert wird.</w:t>
      </w:r>
    </w:p>
    <w:p>
      <w:pPr>
        <w:pStyle w:val="Heading4"/>
      </w:pPr>
      <w:bookmarkStart w:id="55" w:name="b54"/>
      <w:r>
        <w:t>§ 38 Jugendgerichtshilfe</w:t>
      </w:r>
      <w:r>
        <w:t xml:space="preserve"> </w:t>
      </w:r>
      <w:r>
        <w:rPr>
          <w:rStyle w:val="Suchmarke"/>
        </w:rPr>
        <w:t>#38#</w:t>
      </w:r>
      <w:bookmarkEnd w:id="55"/>
    </w:p>
    <w:p>
      <w:r>
        <w:t>(1) Die Jugendgerichtshilfe wird von den Jugendämtern im Zusammenwirken mit den Vereinigungen für Jugendhilfe ausgeübt.</w:t>
      </w:r>
    </w:p>
    <w:p>
      <w:r>
        <w:t xml:space="preserve">(2) </w:t>
      </w:r>
      <w:r>
        <w:rPr>
          <w:rStyle w:val="Satznummer"/>
        </w:rPr>
        <w:t>1</w:t>
      </w:r>
      <w:r>
        <w:t xml:space="preserve">Die Vertreter der Jugendgerichtshilfe bringen die erzieherischen, sozialen und sonstigen im Hinblick auf die Ziele und Aufgaben der Jugendhilfe bedeutsamen Gesichtspunkte im Verfahren vor den Jugendgerichten zur Geltung. </w:t>
      </w:r>
      <w:r>
        <w:rPr>
          <w:rStyle w:val="Satznummer"/>
        </w:rPr>
        <w:t>2</w:t>
      </w:r>
      <w:r>
        <w:t>Sie unterstützen zu diesem Zweck die beteiligten Behörden durch Erforschung der Persönlichkeit, der Entwicklung und des familiären, sozialen und wirtschaftlichen Hintergrundes des Jugendlichen und äußern sich zu einer möglichen besonderen Schutzbedürftigkeit sowie zu den Maßnahmen, die zu ergreifen sind.</w:t>
      </w:r>
    </w:p>
    <w:p>
      <w:r>
        <w:t xml:space="preserve">(3) </w:t>
      </w:r>
      <w:r>
        <w:rPr>
          <w:rStyle w:val="Satznummer"/>
        </w:rPr>
        <w:t>1</w:t>
      </w:r>
      <w:r>
        <w:t xml:space="preserve">Sobald es im Verfahren von Bedeutung ist, soll über das Ergebnis der Nachforschungen nach Absatz 2 möglichst zeitnah Auskunft gegeben werden. </w:t>
      </w:r>
      <w:r>
        <w:rPr>
          <w:rStyle w:val="Satznummer"/>
        </w:rPr>
        <w:t>2</w:t>
      </w:r>
      <w:r>
        <w:t xml:space="preserve">In Haftsachen berichten die Vertreter der Jugendgerichtshilfe beschleunigt über das Ergebnis ihrer Nachforschungen. </w:t>
      </w:r>
      <w:r>
        <w:rPr>
          <w:rStyle w:val="Satznummer"/>
        </w:rPr>
        <w:t>3</w:t>
      </w:r>
      <w:r>
        <w:t>Bei einer wesentlichen Änderung der nach Absatz 2 bedeutsamen Umstände führen sie nötigenfalls ergänzende Nachforschungen durch und berichten der Jugendstaatsanwaltschaft und nach Erhebung der Anklage auch dem Jugendgericht darüber.</w:t>
      </w:r>
    </w:p>
    <w:p>
      <w:r>
        <w:t xml:space="preserve">(4) </w:t>
      </w:r>
      <w:r>
        <w:rPr>
          <w:rStyle w:val="Satznummer"/>
        </w:rPr>
        <w:t>1</w:t>
      </w:r>
      <w:r>
        <w:t xml:space="preserve">Ein Vertreter der Jugendgerichtshilfe nimmt an der Hauptverhandlung teil, soweit darauf nicht nach Absatz 7 verzichtet wird. </w:t>
      </w:r>
      <w:r>
        <w:rPr>
          <w:rStyle w:val="Satznummer"/>
        </w:rPr>
        <w:t>2</w:t>
      </w:r>
      <w:r>
        <w:t xml:space="preserve">Entsandt werden soll die Person, die die Nachforschungen angestellt hat. </w:t>
      </w:r>
      <w:r>
        <w:rPr>
          <w:rStyle w:val="Satznummer"/>
        </w:rPr>
        <w:t>3</w:t>
      </w:r>
      <w:r>
        <w:t xml:space="preserve">Erscheint trotz rechtzeitiger Mitteilung nach </w:t>
      </w:r>
      <w:hyperlink w:anchor="b72" w:history="1">
        <w:r>
          <w:rPr>
            <w:color w:val="0A3A8C"/>
            <w:u w:val="single"/>
          </w:rPr>
          <w:t xml:space="preserve">§ 50</w:t>
        </w:r>
      </w:hyperlink>
      <w:r>
        <w:t xml:space="preserve"> Absatz 3 Satz 1 kein Vertreter der Jugendgerichtshilfe in der Hauptverhandlung und ist kein Verzicht nach Absatz 7 erklärt worden, so kann dem Träger der öffentlichen Jugendhilfe auferlegt werden, die dadurch verursachten Kosten zu ersetzen; § 51 Absatz 2 der Strafprozessordnung gilt entsprechend.</w:t>
      </w:r>
    </w:p>
    <w:p>
      <w:r>
        <w:t xml:space="preserve">(5) </w:t>
      </w:r>
      <w:r>
        <w:rPr>
          <w:rStyle w:val="Satznummer"/>
        </w:rPr>
        <w:t>1</w:t>
      </w:r>
      <w:r>
        <w:t xml:space="preserve">Soweit nicht ein Bewährungshelfer dazu berufen ist, wacht die Jugendgerichtshilfe darüber, dass der Jugendliche Weisungen und Auflagen nachkommt. </w:t>
      </w:r>
      <w:r>
        <w:rPr>
          <w:rStyle w:val="Satznummer"/>
        </w:rPr>
        <w:t>2</w:t>
      </w:r>
      <w:r>
        <w:t xml:space="preserve">Erhebliche Zuwiderhandlungen teilt sie dem Jugendgericht mit. </w:t>
      </w:r>
      <w:r>
        <w:rPr>
          <w:rStyle w:val="Satznummer"/>
        </w:rPr>
        <w:t>3</w:t>
      </w:r>
      <w:r>
        <w:t xml:space="preserve">Im Fall der Unterstellung nach </w:t>
      </w:r>
      <w:hyperlink w:anchor="b14" w:history="1">
        <w:r>
          <w:rPr>
            <w:color w:val="0A3A8C"/>
            <w:u w:val="single"/>
          </w:rPr>
          <w:t xml:space="preserve">§ 10</w:t>
        </w:r>
      </w:hyperlink>
      <w:r>
        <w:t xml:space="preserve"> Absatz 1 Satz 3 Nummer 5 übt sie die Betreuung und Aufsicht aus, wenn das Jugendgericht nicht eine andere Person damit betraut. </w:t>
      </w:r>
      <w:r>
        <w:rPr>
          <w:rStyle w:val="Satznummer"/>
        </w:rPr>
        <w:t>4</w:t>
      </w:r>
      <w:r>
        <w:t xml:space="preserve">Während der Bewährungszeit arbeitet sie eng mit dem Bewährungshelfer zusammen. </w:t>
      </w:r>
      <w:r>
        <w:rPr>
          <w:rStyle w:val="Satznummer"/>
        </w:rPr>
        <w:t>5</w:t>
      </w:r>
      <w:r>
        <w:t>Während des Vollzugs bleibt sie mit dem Jugendlichen in Verbindung und nimmt sich seiner Wiedereingliederung in die Gemeinschaft an.</w:t>
      </w:r>
    </w:p>
    <w:p>
      <w:r>
        <w:t xml:space="preserve">(6) </w:t>
      </w:r>
      <w:r>
        <w:rPr>
          <w:rStyle w:val="Satznummer"/>
        </w:rPr>
        <w:t>1</w:t>
      </w:r>
      <w:r>
        <w:t xml:space="preserve">Im gesamten Verfahren gegen einen Jugendlichen ist die Jugendgerichtshilfe heranzuziehen. </w:t>
      </w:r>
      <w:r>
        <w:rPr>
          <w:rStyle w:val="Satznummer"/>
        </w:rPr>
        <w:t>2</w:t>
      </w:r>
      <w:r>
        <w:t xml:space="preserve">Dies soll so früh wie möglich geschehen. </w:t>
      </w:r>
      <w:r>
        <w:rPr>
          <w:rStyle w:val="Satznummer"/>
        </w:rPr>
        <w:t>3</w:t>
      </w:r>
      <w:r>
        <w:t>Vor der Erteilung von Weisungen (</w:t>
      </w:r>
      <w:hyperlink w:anchor="b14" w:history="1">
        <w:r>
          <w:rPr>
            <w:color w:val="0A3A8C"/>
            <w:u w:val="single"/>
          </w:rPr>
          <w:t xml:space="preserve">§ 10</w:t>
        </w:r>
      </w:hyperlink>
      <w:r>
        <w:t>) sind die Vertreter der Jugendgerichtshilfe stets zu hören; kommt eine Betreuungsweisung in Betracht, sollen sie sich auch dazu äußern, wer als Betreuungshelfer bestellt werden soll.</w:t>
      </w:r>
    </w:p>
    <w:p>
      <w:r>
        <w:t xml:space="preserve">(7) </w:t>
      </w:r>
      <w:r>
        <w:rPr>
          <w:rStyle w:val="Satznummer"/>
        </w:rPr>
        <w:t>1</w:t>
      </w:r>
      <w:r>
        <w:t xml:space="preserve">Das Jugendgericht und im Vorverfahren die Jugendstaatsanwaltschaft können auf die Erfüllung der Anforderungen des Absatzes 3 und auf Antrag der Jugendgerichtshilfe auf die Erfüllung der Anforderungen des Absatzes 4 Satz 1 verzichten, soweit dies auf Grund der Umstände des Falles gerechtfertigt und mit dem Wohl des Jugendlichen vereinbar ist. </w:t>
      </w:r>
      <w:r>
        <w:rPr>
          <w:rStyle w:val="Satznummer"/>
        </w:rPr>
        <w:t>2</w:t>
      </w:r>
      <w:r>
        <w:t xml:space="preserve">Der Verzicht ist der Jugendgerichtshilfe und den weiteren am Verfahren Beteiligten möglichst frühzeitig mitzuteilen. </w:t>
      </w:r>
      <w:r>
        <w:rPr>
          <w:rStyle w:val="Satznummer"/>
        </w:rPr>
        <w:t>3</w:t>
      </w:r>
      <w:r>
        <w:t xml:space="preserve">Im Vorverfahren kommt ein Verzicht insbesondere in Betracht, wenn zu erwarten ist, dass das Verfahren ohne Erhebung der öffentlichen Klage abgeschlossen wird. </w:t>
      </w:r>
      <w:r>
        <w:rPr>
          <w:rStyle w:val="Satznummer"/>
        </w:rPr>
        <w:t>4</w:t>
      </w:r>
      <w:r>
        <w:t xml:space="preserve">Der Verzicht auf die Anwesenheit eines Vertreters der Jugendgerichtshilfe in der Hauptverhandlung kann sich auf Teile der Hauptverhandlung beschränken. </w:t>
      </w:r>
      <w:r>
        <w:rPr>
          <w:rStyle w:val="Satznummer"/>
        </w:rPr>
        <w:t>5</w:t>
      </w:r>
      <w:r>
        <w:t>Er kann auch während der Hauptverhandlung erklärt werden und bedarf in diesem Fall keines Antrags.</w:t>
      </w:r>
    </w:p>
    <w:p>
      <w:pPr>
        <w:pStyle w:val="Heading3"/>
      </w:pPr>
      <w:bookmarkStart w:id="56" w:name="b55"/>
      <w:r>
        <w:t>Zweiter Abschnitt Zuständigkeit</w:t>
      </w:r>
      <w:bookmarkEnd w:id="56"/>
    </w:p>
    <w:p>
      <w:pPr>
        <w:pStyle w:val="Heading4"/>
      </w:pPr>
      <w:bookmarkStart w:id="57" w:name="b56"/>
      <w:r>
        <w:t>§ 39 Sachliche Zuständigkeit des Jugendrichters</w:t>
      </w:r>
      <w:r>
        <w:t xml:space="preserve"> </w:t>
      </w:r>
      <w:r>
        <w:rPr>
          <w:rStyle w:val="Suchmarke"/>
        </w:rPr>
        <w:t>#39#</w:t>
      </w:r>
      <w:bookmarkEnd w:id="57"/>
    </w:p>
    <w:p>
      <w:r>
        <w:t xml:space="preserve">(1) </w:t>
      </w:r>
      <w:r>
        <w:rPr>
          <w:rStyle w:val="Satznummer"/>
        </w:rPr>
        <w:t>1</w:t>
      </w:r>
      <w:r>
        <w:t xml:space="preserve">Der Jugendrichter ist zuständig für Verfehlungen Jugendlicher, wenn nur Erziehungsmaßregeln, Zuchtmittel, nach diesem Gesetz zulässige Nebenstrafen und Nebenfolgen oder die Entziehung der Fahrerlaubnis zu erwarten sind und der Staatsanwalt Anklage beim Strafrichter erhebt. </w:t>
      </w:r>
      <w:r>
        <w:rPr>
          <w:rStyle w:val="Satznummer"/>
        </w:rPr>
        <w:t>2</w:t>
      </w:r>
      <w:r>
        <w:t xml:space="preserve">Der Jugendrichter ist nicht zuständig in Sachen, die nach </w:t>
      </w:r>
      <w:hyperlink w:anchor="b157" w:history="1">
        <w:r>
          <w:rPr>
            <w:color w:val="0A3A8C"/>
            <w:u w:val="single"/>
          </w:rPr>
          <w:t xml:space="preserve">§ 103</w:t>
        </w:r>
      </w:hyperlink>
      <w:r>
        <w:t xml:space="preserve"> gegen Jugendliche und Erwachsene verbunden sind, wenn für die Erwachsenen nach allgemeinen Vorschriften der Richter beim Amtsgericht nicht zuständig wäre. </w:t>
      </w:r>
      <w:r>
        <w:rPr>
          <w:rStyle w:val="Satznummer"/>
        </w:rPr>
        <w:t>3</w:t>
      </w:r>
      <w:r>
        <w:t>§ 209 Abs. 2 der Strafprozeßordnung gilt entsprechend.</w:t>
      </w:r>
    </w:p>
    <w:p>
      <w:r>
        <w:t>(2) Der Jugendrichter darf auf Jugendstrafe von mehr als einem Jahr nicht erkennen; die Unterbringung in einem psychiatrischen Krankenhaus darf er nicht anordnen.</w:t>
      </w:r>
    </w:p>
    <w:p>
      <w:pPr>
        <w:pStyle w:val="Heading4"/>
      </w:pPr>
      <w:bookmarkStart w:id="58" w:name="b57"/>
      <w:r>
        <w:t>§ 40 Sachliche Zuständigkeit des Jugendschöffengerichts</w:t>
      </w:r>
      <w:r>
        <w:t xml:space="preserve"> </w:t>
      </w:r>
      <w:r>
        <w:rPr>
          <w:rStyle w:val="Suchmarke"/>
        </w:rPr>
        <w:t>#40#</w:t>
      </w:r>
      <w:bookmarkEnd w:id="58"/>
    </w:p>
    <w:p>
      <w:r>
        <w:t xml:space="preserve">(1) </w:t>
      </w:r>
      <w:r>
        <w:rPr>
          <w:rStyle w:val="Satznummer"/>
        </w:rPr>
        <w:t>1</w:t>
      </w:r>
      <w:r>
        <w:t xml:space="preserve">Das Jugendschöffengericht ist zuständig für alle Verfehlungen, die nicht zur Zuständigkeit eines anderen Jugendgerichts gehören. </w:t>
      </w:r>
      <w:r>
        <w:rPr>
          <w:rStyle w:val="Satznummer"/>
        </w:rPr>
        <w:t>2</w:t>
      </w:r>
      <w:r>
        <w:t>§ 209 der Strafprozeßordnung gilt entsprechend.</w:t>
      </w:r>
    </w:p>
    <w:p>
      <w:r>
        <w:t>(2) Das Jugendschöffengericht kann bis zur Eröffnung des Hauptverfahrens von Amts wegen die Entscheidung der Jugendkammer darüber herbeiführen, ob sie eine Sache wegen ihres besonderen Umfangs übernehmen will.</w:t>
      </w:r>
    </w:p>
    <w:p>
      <w:r>
        <w:t>(3) Vor Erlaß des Übernahmebeschlusses fordert der Vorsitzende der Jugendkammer den Angeschuldigten auf, sich innerhalb einer zu bestimmenden Frist zu erklären, ob er die Vornahme einzelner Beweiserhebungen vor der Hauptverhandlung beantragen will.</w:t>
      </w:r>
    </w:p>
    <w:p>
      <w:r>
        <w:t xml:space="preserve">(4) </w:t>
      </w:r>
      <w:r>
        <w:rPr>
          <w:rStyle w:val="Satznummer"/>
        </w:rPr>
        <w:t>1</w:t>
      </w:r>
      <w:r>
        <w:t xml:space="preserve">Der Beschluß, durch den die Jugendkammer die Sache übernimmt oder die Übernahme ablehnt, ist nicht anfechtbar. </w:t>
      </w:r>
      <w:r>
        <w:rPr>
          <w:rStyle w:val="Satznummer"/>
        </w:rPr>
        <w:t>2</w:t>
      </w:r>
      <w:r>
        <w:t>Der Übernahmebeschluß ist mit dem Eröffnungsbeschluß zu verbinden.</w:t>
      </w:r>
    </w:p>
    <w:p>
      <w:pPr>
        <w:pStyle w:val="Heading4"/>
      </w:pPr>
      <w:bookmarkStart w:id="59" w:name="b58"/>
      <w:r>
        <w:t>§ 41 Sachliche Zuständigkeit der Jugendkammer</w:t>
      </w:r>
      <w:r>
        <w:t xml:space="preserve"> </w:t>
      </w:r>
      <w:r>
        <w:rPr>
          <w:rStyle w:val="Suchmarke"/>
        </w:rPr>
        <w:t>#41#</w:t>
      </w:r>
      <w:bookmarkEnd w:id="59"/>
    </w:p>
    <w:p>
      <w:r>
        <w:t>(1) Die Jugendkammer ist als erkennendes Gericht des ersten Rechtszuges zuständig in Sachen,</w:t>
      </w:r>
    </w:p>
    <w:p>
      <w:pPr>
        <w:tabs>
          <w:tab w:pos="567" w:val="left"/>
        </w:tabs>
        <w:ind w:left="567" w:hanging="567"/>
      </w:pPr>
      <w:r>
        <w:t>1.</w:t>
      </w:r>
      <w:r>
        <w:tab/>
      </w:r>
      <w:r>
        <w:t>die nach den allgemeinen Vorschriften einschließlich der Regelung des § 74e des Gerichtsverfassungsgesetzes zur Zuständigkeit des Schwurgerichts gehören,</w:t>
      </w:r>
    </w:p>
    <w:p>
      <w:pPr>
        <w:tabs>
          <w:tab w:pos="567" w:val="left"/>
        </w:tabs>
        <w:ind w:left="567" w:hanging="567"/>
      </w:pPr>
      <w:r>
        <w:t>2.</w:t>
      </w:r>
      <w:r>
        <w:tab/>
      </w:r>
      <w:r>
        <w:t>die sie nach Vorlage durch das Jugendschöffengericht wegen ihres besonderen Umfangs übernimmt (</w:t>
      </w:r>
      <w:hyperlink w:anchor="b57" w:history="1">
        <w:r>
          <w:rPr>
            <w:color w:val="0A3A8C"/>
            <w:u w:val="single"/>
          </w:rPr>
          <w:t xml:space="preserve">§ 40</w:t>
        </w:r>
      </w:hyperlink>
      <w:r>
        <w:t xml:space="preserve"> Abs. 2),</w:t>
      </w:r>
    </w:p>
    <w:p>
      <w:pPr>
        <w:tabs>
          <w:tab w:pos="567" w:val="left"/>
        </w:tabs>
        <w:ind w:left="567" w:hanging="567"/>
      </w:pPr>
      <w:r>
        <w:t>3.</w:t>
      </w:r>
      <w:r>
        <w:tab/>
      </w:r>
      <w:r>
        <w:t xml:space="preserve">die nach </w:t>
      </w:r>
      <w:hyperlink w:anchor="b157" w:history="1">
        <w:r>
          <w:rPr>
            <w:color w:val="0A3A8C"/>
            <w:u w:val="single"/>
          </w:rPr>
          <w:t xml:space="preserve">§ 103</w:t>
        </w:r>
      </w:hyperlink>
      <w:r>
        <w:t xml:space="preserve"> gegen Jugendliche und Erwachsene verbunden sind, wenn für die Erwachsenen nach allgemeinen Vorschriften eine große Strafkammer zuständig wäre,</w:t>
      </w:r>
    </w:p>
    <w:p>
      <w:pPr>
        <w:tabs>
          <w:tab w:pos="567" w:val="left"/>
        </w:tabs>
        <w:ind w:left="567" w:hanging="567"/>
      </w:pPr>
      <w:r>
        <w:t>4.</w:t>
      </w:r>
      <w:r>
        <w:tab/>
      </w:r>
      <w:r>
        <w:t>bei denen die Staatsanwaltschaft wegen der besonderen Schutzbedürftigkeit von Verletzten der Straftat, die als Zeugen in Betracht kommen, Anklage bei der Jugendkammer erhebt und</w:t>
      </w:r>
    </w:p>
    <w:p>
      <w:pPr>
        <w:tabs>
          <w:tab w:pos="567" w:val="left"/>
        </w:tabs>
        <w:ind w:left="567" w:hanging="567"/>
      </w:pPr>
      <w:r>
        <w:t>5.</w:t>
      </w:r>
      <w:r>
        <w:tab/>
      </w:r>
      <w:r>
        <w:t xml:space="preserve">bei denen dem Beschuldigten eine Tat der in </w:t>
      </w:r>
      <w:hyperlink w:anchor="b10" w:history="1">
        <w:r>
          <w:rPr>
            <w:color w:val="0A3A8C"/>
            <w:u w:val="single"/>
          </w:rPr>
          <w:t xml:space="preserve">§ 7</w:t>
        </w:r>
      </w:hyperlink>
      <w:r>
        <w:t xml:space="preserve"> Abs. 2 bezeichneten Art vorgeworfen wird und eine höhere Strafe als fünf Jahre Jugendstrafe oder die Unterbringung in einem psychiatrischen Krankenhaus zu erwarten ist.</w:t>
      </w:r>
    </w:p>
    <w:p>
      <w:r>
        <w:t xml:space="preserve">(2) </w:t>
      </w:r>
      <w:r>
        <w:rPr>
          <w:rStyle w:val="Satznummer"/>
        </w:rPr>
        <w:t>1</w:t>
      </w:r>
      <w:r>
        <w:t xml:space="preserve">Die Jugendkammer ist außerdem zuständig für die Verhandlung und Entscheidung über das Rechtsmittel der Berufung gegen die Urteile des Jugendrichters und des Jugendschöffengerichts. </w:t>
      </w:r>
      <w:r>
        <w:rPr>
          <w:rStyle w:val="Satznummer"/>
        </w:rPr>
        <w:t>2</w:t>
      </w:r>
      <w:r>
        <w:t>Sie trifft auch die in § 73 Abs. 1 des Gerichtsverfassungsgesetzes bezeichneten Entscheidungen.</w:t>
      </w:r>
    </w:p>
    <w:p>
      <w:pPr>
        <w:pStyle w:val="Heading4"/>
      </w:pPr>
      <w:bookmarkStart w:id="60" w:name="b59"/>
      <w:r>
        <w:t>§ 42 Örtliche Zuständigkeit</w:t>
      </w:r>
      <w:r>
        <w:t xml:space="preserve"> </w:t>
      </w:r>
      <w:r>
        <w:rPr>
          <w:rStyle w:val="Suchmarke"/>
        </w:rPr>
        <w:t>#42#</w:t>
      </w:r>
      <w:bookmarkEnd w:id="60"/>
    </w:p>
    <w:p>
      <w:r>
        <w:t>(1) Neben dem Richter, der nach dem allgemeinen Verfahrensrecht oder nach besonderen Vorschriften zuständig ist, sind zuständig</w:t>
      </w:r>
    </w:p>
    <w:p>
      <w:pPr>
        <w:tabs>
          <w:tab w:pos="567" w:val="left"/>
        </w:tabs>
        <w:ind w:left="567" w:hanging="567"/>
      </w:pPr>
      <w:r>
        <w:t>1.</w:t>
      </w:r>
      <w:r>
        <w:tab/>
      </w:r>
      <w:r>
        <w:t>der Richter, dem die familiengerichtlichen Erziehungsaufgaben für den Beschuldigten obliegen,</w:t>
      </w:r>
    </w:p>
    <w:p>
      <w:pPr>
        <w:tabs>
          <w:tab w:pos="567" w:val="left"/>
        </w:tabs>
        <w:ind w:left="567" w:hanging="567"/>
      </w:pPr>
      <w:r>
        <w:t>2.</w:t>
      </w:r>
      <w:r>
        <w:tab/>
      </w:r>
      <w:r>
        <w:t>der Richter, in dessen Bezirk sich der auf freiem Fuß befindliche Beschuldigte zur Zeit der Erhebung der Anklage aufhält,</w:t>
      </w:r>
    </w:p>
    <w:p>
      <w:pPr>
        <w:tabs>
          <w:tab w:pos="567" w:val="left"/>
        </w:tabs>
        <w:ind w:left="567" w:hanging="567"/>
      </w:pPr>
      <w:r>
        <w:t>3.</w:t>
      </w:r>
      <w:r>
        <w:tab/>
      </w:r>
      <w:r>
        <w:t>solange der Beschuldigte eine Jugendstrafe noch nicht vollständig verbüßt hat, der Richter, dem die Aufgaben des Vollstreckungsleiters obliegen.</w:t>
      </w:r>
    </w:p>
    <w:p>
      <w:r>
        <w:t>(2) Der Staatsanwalt soll die Anklage nach Möglichkeit vor dem Richter erheben, dem die familiengerichtlichen Erziehungsaufgaben obliegen, solange aber der Beschuldigte eine Jugendstrafe noch nicht vollständig verbüßt hat, vor dem Richter, dem die Aufgaben des Vollstreckungsleiters obliegen.</w:t>
      </w:r>
    </w:p>
    <w:p>
      <w:r>
        <w:t xml:space="preserve">(3) </w:t>
      </w:r>
      <w:r>
        <w:rPr>
          <w:rStyle w:val="Satznummer"/>
        </w:rPr>
        <w:t>1</w:t>
      </w:r>
      <w:r>
        <w:t xml:space="preserve">Wechselt der Angeklagte seinen Aufenthalt, so kann der Richter das Verfahren mit Zustimmung des Staatsanwalts an den Richter abgeben, in dessen Bezirk sich der Angeklagte aufhält. </w:t>
      </w:r>
      <w:r>
        <w:rPr>
          <w:rStyle w:val="Satznummer"/>
        </w:rPr>
        <w:t>2</w:t>
      </w:r>
      <w:r>
        <w:t>Hat der Richter, an den das Verfahren abgegeben worden ist, gegen die Übernahme Bedenken, so entscheidet das gemeinschaftliche obere Gericht.</w:t>
      </w:r>
    </w:p>
    <w:p>
      <w:pPr>
        <w:pStyle w:val="Heading3"/>
      </w:pPr>
      <w:bookmarkStart w:id="61" w:name="b60"/>
      <w:r>
        <w:t>Dritter Abschnitt Jugendstrafverfahren</w:t>
      </w:r>
      <w:bookmarkEnd w:id="61"/>
    </w:p>
    <w:p>
      <w:pPr>
        <w:pStyle w:val="Heading4"/>
      </w:pPr>
      <w:bookmarkStart w:id="62" w:name="b61"/>
      <w:r>
        <w:t>Erster Unterabschnitt Das Vorverfahren</w:t>
      </w:r>
      <w:bookmarkEnd w:id="62"/>
    </w:p>
    <w:p>
      <w:pPr>
        <w:pStyle w:val="Heading5"/>
      </w:pPr>
      <w:bookmarkStart w:id="63" w:name="b62"/>
      <w:r>
        <w:t>§ 43 Umfang der Ermittlungen</w:t>
      </w:r>
      <w:r>
        <w:t xml:space="preserve"> </w:t>
      </w:r>
      <w:r>
        <w:rPr>
          <w:rStyle w:val="Suchmarke"/>
        </w:rPr>
        <w:t>#43#</w:t>
      </w:r>
      <w:bookmarkEnd w:id="63"/>
    </w:p>
    <w:p>
      <w:r>
        <w:t xml:space="preserve">(1) </w:t>
      </w:r>
      <w:r>
        <w:rPr>
          <w:rStyle w:val="Satznummer"/>
        </w:rPr>
        <w:t>1</w:t>
      </w:r>
      <w:r>
        <w:t xml:space="preserve">Nach Einleitung des Verfahrens sollen so bald wie möglich die Lebens- und Familienverhältnisse, der Werdegang, das bisherige Verhalten des Beschuldigten und alle übrigen Umstände ermittelt werden, die zur Beurteilung seiner seelischen, geistigen und charakterlichen Eigenart dienen können. </w:t>
      </w:r>
      <w:r>
        <w:rPr>
          <w:rStyle w:val="Satznummer"/>
        </w:rPr>
        <w:t>2</w:t>
      </w:r>
      <w:r>
        <w:t xml:space="preserve">Der Erziehungsberechtigte und der gesetzliche Vertreter, die Schule und der Ausbildende sollen, soweit möglich, gehört werden. </w:t>
      </w:r>
      <w:r>
        <w:rPr>
          <w:rStyle w:val="Satznummer"/>
        </w:rPr>
        <w:t>3</w:t>
      </w:r>
      <w:r>
        <w:t xml:space="preserve">Die Anhörung der Schule oder des Ausbildenden unterbleibt, wenn der Jugendliche davon unerwünschte Nachteile, namentlich den Verlust seines Ausbildungs- oder Arbeitsplatzes, zu besorgen hätte. </w:t>
      </w:r>
      <w:r>
        <w:rPr>
          <w:rStyle w:val="Satznummer"/>
        </w:rPr>
        <w:t>4</w:t>
      </w:r>
      <w:hyperlink w:anchor="b54" w:history="1">
        <w:r>
          <w:rPr>
            <w:color w:val="0A3A8C"/>
            <w:u w:val="single"/>
          </w:rPr>
          <w:t xml:space="preserve">§ 38</w:t>
        </w:r>
      </w:hyperlink>
      <w:r>
        <w:t xml:space="preserve"> Absatz 6 und </w:t>
      </w:r>
      <w:hyperlink w:anchor="b104" w:history="1">
        <w:r>
          <w:rPr>
            <w:color w:val="0A3A8C"/>
            <w:u w:val="single"/>
          </w:rPr>
          <w:t xml:space="preserve">§ 70</w:t>
        </w:r>
      </w:hyperlink>
      <w:r>
        <w:t xml:space="preserve"> Absatz 2 sind zu beachten.</w:t>
      </w:r>
    </w:p>
    <w:p>
      <w:r>
        <w:t xml:space="preserve">(2) </w:t>
      </w:r>
      <w:r>
        <w:rPr>
          <w:rStyle w:val="Satznummer"/>
        </w:rPr>
        <w:t>1</w:t>
      </w:r>
      <w:r>
        <w:t xml:space="preserve">Soweit erforderlich, ist eine Untersuchung des Beschuldigten, namentlich zur Feststellung seines Entwicklungsstandes oder anderer für das Verfahren wesentlicher Eigenschaften, herbeizuführen. </w:t>
      </w:r>
      <w:r>
        <w:rPr>
          <w:rStyle w:val="Satznummer"/>
        </w:rPr>
        <w:t>2</w:t>
      </w:r>
      <w:r>
        <w:t>Nach Möglichkeit soll ein zur Untersuchung von Jugendlichen befähigter Sachverständiger mit der Durchführung der Anordnung beauftragt werden.</w:t>
      </w:r>
    </w:p>
    <w:p>
      <w:pPr>
        <w:pStyle w:val="Heading5"/>
      </w:pPr>
      <w:bookmarkStart w:id="64" w:name="b63"/>
      <w:r>
        <w:t>§ 44 Vernehmung des Beschuldigten bei zu erwartender Jugendstrafe</w:t>
      </w:r>
      <w:r>
        <w:t xml:space="preserve"> </w:t>
      </w:r>
      <w:r>
        <w:rPr>
          <w:rStyle w:val="Suchmarke"/>
        </w:rPr>
        <w:t>#44#</w:t>
      </w:r>
      <w:bookmarkEnd w:id="64"/>
    </w:p>
    <w:p>
      <w:r>
        <w:t>Ist Jugendstrafe zu erwarten, so soll der Staatsanwalt oder der Vorsitzende des Jugendgerichts den Beschuldigten vernehmen, ehe die Anklage erhoben wird.</w:t>
      </w:r>
    </w:p>
    <w:p>
      <w:pPr>
        <w:pStyle w:val="Heading5"/>
      </w:pPr>
      <w:bookmarkStart w:id="65" w:name="b64"/>
      <w:r>
        <w:t>§ 45 Absehen von der Verfolgung</w:t>
      </w:r>
      <w:r>
        <w:t xml:space="preserve"> </w:t>
      </w:r>
      <w:r>
        <w:rPr>
          <w:rStyle w:val="Suchmarke"/>
        </w:rPr>
        <w:t>#45#</w:t>
      </w:r>
      <w:bookmarkEnd w:id="65"/>
    </w:p>
    <w:p>
      <w:r>
        <w:t>(1) Der Staatsanwalt kann ohne Zustimmung des Richters von der Verfolgung absehen, wenn die Voraussetzungen des § 153 der Strafprozeßordnung vorliegen.</w:t>
      </w:r>
    </w:p>
    <w:p>
      <w:r>
        <w:t xml:space="preserve">(2) </w:t>
      </w:r>
      <w:r>
        <w:rPr>
          <w:rStyle w:val="Satznummer"/>
        </w:rPr>
        <w:t>1</w:t>
      </w:r>
      <w:r>
        <w:t xml:space="preserve">Der Staatsanwalt sieht von der Verfolgung ab, wenn eine erzieherische Maßnahme bereits durchgeführt oder eingeleitet ist und er weder eine Beteiligung des Richters nach Absatz 3 noch die Erhebung der Anklage für erforderlich hält. </w:t>
      </w:r>
      <w:r>
        <w:rPr>
          <w:rStyle w:val="Satznummer"/>
        </w:rPr>
        <w:t>2</w:t>
      </w:r>
      <w:r>
        <w:t>Einer erzieherischen Maßnahme steht das Bemühen des Jugendlichen gleich, einen Ausgleich mit dem Verletzten zu erreichen.</w:t>
      </w:r>
    </w:p>
    <w:p>
      <w:r>
        <w:t xml:space="preserve">(3) </w:t>
      </w:r>
      <w:r>
        <w:rPr>
          <w:rStyle w:val="Satznummer"/>
        </w:rPr>
        <w:t>1</w:t>
      </w:r>
      <w:r>
        <w:t xml:space="preserve">Der Staatsanwalt regt die Erteilung einer Ermahnung, von Weisungen nach </w:t>
      </w:r>
      <w:hyperlink w:anchor="b14" w:history="1">
        <w:r>
          <w:rPr>
            <w:color w:val="0A3A8C"/>
            <w:u w:val="single"/>
          </w:rPr>
          <w:t xml:space="preserve">§ 10</w:t>
        </w:r>
      </w:hyperlink>
      <w:r>
        <w:t xml:space="preserve"> Abs. 1 Satz 3 Nr. 4, 7 und 9 oder von Auflagen durch den Jugendrichter an, wenn der Beschuldigte geständig ist und der Staatsanwalt die Anordnung einer solchen richterlichen Maßnahme für erforderlich, die Erhebung der Anklage aber nicht für geboten hält. </w:t>
      </w:r>
      <w:r>
        <w:rPr>
          <w:rStyle w:val="Satznummer"/>
        </w:rPr>
        <w:t>2</w:t>
      </w:r>
      <w:r>
        <w:t xml:space="preserve">Entspricht der Jugendrichter der Anregung, so sieht der Staatsanwalt von der Verfolgung ab, bei Erteilung von Weisungen oder Auflagen jedoch nur, nachdem der Jugendliche ihnen nachgekommen ist. </w:t>
      </w:r>
      <w:r>
        <w:rPr>
          <w:rStyle w:val="Satznummer"/>
        </w:rPr>
        <w:t>3</w:t>
      </w:r>
      <w:hyperlink w:anchor="b15" w:history="1">
        <w:r>
          <w:rPr>
            <w:color w:val="0A3A8C"/>
            <w:u w:val="single"/>
          </w:rPr>
          <w:t xml:space="preserve">§ 11</w:t>
        </w:r>
      </w:hyperlink>
      <w:r>
        <w:t xml:space="preserve"> Abs. 3 und </w:t>
      </w:r>
      <w:hyperlink w:anchor="b20" w:history="1">
        <w:r>
          <w:rPr>
            <w:color w:val="0A3A8C"/>
            <w:u w:val="single"/>
          </w:rPr>
          <w:t xml:space="preserve">§ 15</w:t>
        </w:r>
      </w:hyperlink>
      <w:r>
        <w:t xml:space="preserve"> Abs. 3 Satz 2 sind nicht anzuwenden. </w:t>
      </w:r>
      <w:r>
        <w:rPr>
          <w:rStyle w:val="Satznummer"/>
        </w:rPr>
        <w:t>4</w:t>
      </w:r>
      <w:hyperlink w:anchor="b68" w:history="1">
        <w:r>
          <w:rPr>
            <w:color w:val="0A3A8C"/>
            <w:u w:val="single"/>
          </w:rPr>
          <w:t xml:space="preserve">§ 47</w:t>
        </w:r>
      </w:hyperlink>
      <w:r>
        <w:t xml:space="preserve"> Abs. 3 findet entsprechende Anwendung.</w:t>
      </w:r>
    </w:p>
    <w:p>
      <w:pPr>
        <w:pStyle w:val="Heading5"/>
      </w:pPr>
      <w:bookmarkStart w:id="66" w:name="b65"/>
      <w:r>
        <w:t>§ 46 Wesentliches Ergebnis der Ermittlungen</w:t>
      </w:r>
      <w:r>
        <w:t xml:space="preserve"> </w:t>
      </w:r>
      <w:r>
        <w:rPr>
          <w:rStyle w:val="Suchmarke"/>
        </w:rPr>
        <w:t>#46#</w:t>
      </w:r>
      <w:bookmarkEnd w:id="66"/>
    </w:p>
    <w:p>
      <w:r>
        <w:t>Der Staatsanwalt soll das wesentliche Ergebnis der Ermittlungen in der Anklageschrift (§ 200 Abs. 2 der Strafprozeßordnung) so darstellen, daß die Kenntnisnahme durch den Beschuldigten möglichst keine Nachteile für seine Erziehung verursacht.</w:t>
      </w:r>
    </w:p>
    <w:p>
      <w:pPr>
        <w:pStyle w:val="Heading5"/>
      </w:pPr>
      <w:bookmarkStart w:id="67" w:name="b66"/>
      <w:r>
        <w:t>§ 46a Anklage vor Berichterstattung der Jugendgerichtshilfe</w:t>
      </w:r>
      <w:r>
        <w:t xml:space="preserve"> </w:t>
      </w:r>
      <w:r>
        <w:rPr>
          <w:rStyle w:val="Suchmarke"/>
        </w:rPr>
        <w:t>#46a#</w:t>
      </w:r>
      <w:bookmarkEnd w:id="67"/>
    </w:p>
    <w:p>
      <w:r>
        <w:rPr>
          <w:rStyle w:val="Satznummer"/>
        </w:rPr>
        <w:t>1</w:t>
      </w:r>
      <w:r>
        <w:t xml:space="preserve">Abgesehen von Fällen des </w:t>
      </w:r>
      <w:hyperlink w:anchor="b54" w:history="1">
        <w:r>
          <w:rPr>
            <w:color w:val="0A3A8C"/>
            <w:u w:val="single"/>
          </w:rPr>
          <w:t xml:space="preserve">§ 38</w:t>
        </w:r>
      </w:hyperlink>
      <w:r>
        <w:t xml:space="preserve"> Absatz 7 darf die Anklage auch dann vor einer Berichterstattung der Jugendgerichtshilfe nach </w:t>
      </w:r>
      <w:hyperlink w:anchor="b54" w:history="1">
        <w:r>
          <w:rPr>
            <w:color w:val="0A3A8C"/>
            <w:u w:val="single"/>
          </w:rPr>
          <w:t xml:space="preserve">§ 38</w:t>
        </w:r>
      </w:hyperlink>
      <w:r>
        <w:t xml:space="preserve"> Absatz 3 erhoben werden, wenn dies dem Wohl des Jugendlichen dient und zu erwarten ist, dass das Ergebnis der Nachforschungen spätestens zu Beginn der Hauptverhandlung zur Verfügung stehen wird. </w:t>
      </w:r>
      <w:r>
        <w:rPr>
          <w:rStyle w:val="Satznummer"/>
        </w:rPr>
        <w:t>2</w:t>
      </w:r>
      <w:r>
        <w:t>Nach Erhebung der Anklage ist der Jugendstaatsanwaltschaft und dem Jugendgericht zu berichten.</w:t>
      </w:r>
    </w:p>
    <w:p>
      <w:pPr>
        <w:pStyle w:val="Heading4"/>
      </w:pPr>
      <w:bookmarkStart w:id="68" w:name="b67"/>
      <w:r>
        <w:t>Zweiter Unterabschnitt Das Hauptverfahren</w:t>
      </w:r>
      <w:bookmarkEnd w:id="68"/>
    </w:p>
    <w:p>
      <w:pPr>
        <w:pStyle w:val="Heading5"/>
      </w:pPr>
      <w:bookmarkStart w:id="69" w:name="b68"/>
      <w:r>
        <w:t>§ 47 Einstellung des Verfahrens durch den Richter</w:t>
      </w:r>
      <w:r>
        <w:t xml:space="preserve"> </w:t>
      </w:r>
      <w:r>
        <w:rPr>
          <w:rStyle w:val="Suchmarke"/>
        </w:rPr>
        <w:t>#47#</w:t>
      </w:r>
      <w:bookmarkEnd w:id="69"/>
    </w:p>
    <w:p>
      <w:r>
        <w:t xml:space="preserve">(1) </w:t>
      </w:r>
      <w:r>
        <w:rPr>
          <w:rStyle w:val="Satznummer"/>
        </w:rPr>
        <w:t>1</w:t>
      </w:r>
      <w:r>
        <w:t>Ist die Anklage eingereicht, so kann der Richter das Verfahren einstellen, wenn</w:t>
      </w:r>
    </w:p>
    <w:p>
      <w:pPr>
        <w:tabs>
          <w:tab w:pos="567" w:val="left"/>
        </w:tabs>
        <w:ind w:left="567" w:hanging="567"/>
      </w:pPr>
      <w:r>
        <w:t>1.</w:t>
      </w:r>
      <w:r>
        <w:tab/>
      </w:r>
      <w:r>
        <w:t>die Voraussetzungen des § 153 der Strafprozeßordnung vorliegen,</w:t>
      </w:r>
    </w:p>
    <w:p>
      <w:pPr>
        <w:tabs>
          <w:tab w:pos="567" w:val="left"/>
        </w:tabs>
        <w:ind w:left="567" w:hanging="567"/>
      </w:pPr>
      <w:r>
        <w:t>2.</w:t>
      </w:r>
      <w:r>
        <w:tab/>
      </w:r>
      <w:r>
        <w:t xml:space="preserve">eine erzieherische Maßnahme im Sinne des </w:t>
      </w:r>
      <w:hyperlink w:anchor="b64" w:history="1">
        <w:r>
          <w:rPr>
            <w:color w:val="0A3A8C"/>
            <w:u w:val="single"/>
          </w:rPr>
          <w:t xml:space="preserve">§ 45</w:t>
        </w:r>
      </w:hyperlink>
      <w:r>
        <w:t xml:space="preserve"> Abs. 2, die eine Entscheidung durch Urteil entbehrlich macht, bereits durchgeführt oder eingeleitet ist,</w:t>
      </w:r>
    </w:p>
    <w:p>
      <w:pPr>
        <w:tabs>
          <w:tab w:pos="567" w:val="left"/>
        </w:tabs>
        <w:ind w:left="567" w:hanging="567"/>
      </w:pPr>
      <w:r>
        <w:t>3.</w:t>
      </w:r>
      <w:r>
        <w:tab/>
      </w:r>
      <w:r>
        <w:t xml:space="preserve">der Richter eine Entscheidung durch Urteil für entbehrlich hält und gegen den geständigen Jugendlichen eine in </w:t>
      </w:r>
      <w:hyperlink w:anchor="b64" w:history="1">
        <w:r>
          <w:rPr>
            <w:color w:val="0A3A8C"/>
            <w:u w:val="single"/>
          </w:rPr>
          <w:t xml:space="preserve">§ 45</w:t>
        </w:r>
      </w:hyperlink>
      <w:r>
        <w:t xml:space="preserve"> Abs. 3 Satz 1 bezeichnete Maßnahme anordnet oder</w:t>
      </w:r>
    </w:p>
    <w:p>
      <w:pPr>
        <w:tabs>
          <w:tab w:pos="567" w:val="left"/>
        </w:tabs>
        <w:ind w:left="567" w:hanging="567"/>
      </w:pPr>
      <w:r>
        <w:t>4.</w:t>
      </w:r>
      <w:r>
        <w:tab/>
      </w:r>
      <w:r>
        <w:t>der Angeklagte mangels Reife strafrechtlich nicht verantwortlich ist.</w:t>
      </w:r>
    </w:p>
    <w:p>
      <w:r>
        <w:rPr>
          <w:rStyle w:val="Satznummer"/>
        </w:rPr>
        <w:t>2</w:t>
      </w:r>
      <w:r>
        <w:t xml:space="preserve">In den Fällen von Satz 1 Nr. 2 und 3 kann der Richter mit Zustimmung des Staatsanwalts das Verfahren vorläufig einstellen und dem Jugendlichen eine Frist von höchstens sechs Monaten setzen, binnen der er den Auflagen, Weisungen oder erzieherischen Maßnahmen nachzukommen hat. </w:t>
      </w:r>
      <w:r>
        <w:rPr>
          <w:rStyle w:val="Satznummer"/>
        </w:rPr>
        <w:t>3</w:t>
      </w:r>
      <w:r>
        <w:t xml:space="preserve">Die Entscheidung ergeht durch Beschluß. </w:t>
      </w:r>
      <w:r>
        <w:rPr>
          <w:rStyle w:val="Satznummer"/>
        </w:rPr>
        <w:t>4</w:t>
      </w:r>
      <w:r>
        <w:t xml:space="preserve">Der Beschluß ist nicht anfechtbar. </w:t>
      </w:r>
      <w:r>
        <w:rPr>
          <w:rStyle w:val="Satznummer"/>
        </w:rPr>
        <w:t>5</w:t>
      </w:r>
      <w:r>
        <w:t xml:space="preserve">Kommt der Jugendliche den Auflagen, Weisungen oder erzieherischen Maßnahmen nach, so stellt der Richter das Verfahren ein. </w:t>
      </w:r>
      <w:r>
        <w:rPr>
          <w:rStyle w:val="Satznummer"/>
        </w:rPr>
        <w:t>6</w:t>
      </w:r>
      <w:hyperlink w:anchor="b15" w:history="1">
        <w:r>
          <w:rPr>
            <w:color w:val="0A3A8C"/>
            <w:u w:val="single"/>
          </w:rPr>
          <w:t xml:space="preserve">§ 11</w:t>
        </w:r>
      </w:hyperlink>
      <w:r>
        <w:t xml:space="preserve"> Abs. 3 und </w:t>
      </w:r>
      <w:hyperlink w:anchor="b20" w:history="1">
        <w:r>
          <w:rPr>
            <w:color w:val="0A3A8C"/>
            <w:u w:val="single"/>
          </w:rPr>
          <w:t xml:space="preserve">§ 15</w:t>
        </w:r>
      </w:hyperlink>
      <w:r>
        <w:t xml:space="preserve"> Abs. 3 Satz 2 sind nicht anzuwenden.</w:t>
      </w:r>
    </w:p>
    <w:p>
      <w:r>
        <w:t xml:space="preserve">(2) </w:t>
      </w:r>
      <w:r>
        <w:rPr>
          <w:rStyle w:val="Satznummer"/>
        </w:rPr>
        <w:t>1</w:t>
      </w:r>
      <w:r>
        <w:t xml:space="preserve">Die Einstellung bedarf der Zustimmung des Staatsanwalts, soweit er nicht bereits der vorläufigen Einstellung zugestimmt hat. </w:t>
      </w:r>
      <w:r>
        <w:rPr>
          <w:rStyle w:val="Satznummer"/>
        </w:rPr>
        <w:t>2</w:t>
      </w:r>
      <w:r>
        <w:t xml:space="preserve">Der Einstellungsbeschluß kann auch in der Hauptverhandlung ergehen. </w:t>
      </w:r>
      <w:r>
        <w:rPr>
          <w:rStyle w:val="Satznummer"/>
        </w:rPr>
        <w:t>3</w:t>
      </w:r>
      <w:r>
        <w:t xml:space="preserve">Er wird mit Gründen versehen und ist nicht anfechtbar. </w:t>
      </w:r>
      <w:r>
        <w:rPr>
          <w:rStyle w:val="Satznummer"/>
        </w:rPr>
        <w:t>4</w:t>
      </w:r>
      <w:r>
        <w:t>Die Gründe werden dem Angeklagten nicht mitgeteilt, soweit davon Nachteile für die Erziehung zu befürchten sind.</w:t>
      </w:r>
    </w:p>
    <w:p>
      <w:r>
        <w:t>(3) Wegen derselben Tat kann nur auf Grund neuer Tatsachen oder Beweismittel von neuem Anklage erhoben werden.</w:t>
      </w:r>
    </w:p>
    <w:p>
      <w:pPr>
        <w:pStyle w:val="Heading5"/>
      </w:pPr>
      <w:bookmarkStart w:id="70" w:name="b69"/>
      <w:r>
        <w:t>§ 47a Vorrang der Jugendgerichte</w:t>
      </w:r>
      <w:r>
        <w:t xml:space="preserve"> </w:t>
      </w:r>
      <w:r>
        <w:rPr>
          <w:rStyle w:val="Suchmarke"/>
        </w:rPr>
        <w:t>#47a#</w:t>
      </w:r>
      <w:bookmarkEnd w:id="70"/>
    </w:p>
    <w:p>
      <w:r>
        <w:rPr>
          <w:rStyle w:val="Satznummer"/>
        </w:rPr>
        <w:t>1</w:t>
      </w:r>
      <w:r>
        <w:t xml:space="preserve">Ein Jugendgericht darf sich nach Eröffnung des Hauptverfahrens nicht für unzuständig erklären, weil die Sache vor ein für allgemeine Strafsachen zuständiges Gericht gleicher oder niedrigerer Ordnung gehöre. </w:t>
      </w:r>
      <w:r>
        <w:rPr>
          <w:rStyle w:val="Satznummer"/>
        </w:rPr>
        <w:t>2</w:t>
      </w:r>
      <w:hyperlink w:anchor="b157" w:history="1">
        <w:r>
          <w:rPr>
            <w:color w:val="0A3A8C"/>
            <w:u w:val="single"/>
          </w:rPr>
          <w:t xml:space="preserve">§ 103</w:t>
        </w:r>
      </w:hyperlink>
      <w:r>
        <w:t xml:space="preserve"> Abs. 2 Satz 2, 3 bleibt unberührt.</w:t>
      </w:r>
    </w:p>
    <w:p>
      <w:pPr>
        <w:pStyle w:val="Heading5"/>
      </w:pPr>
      <w:bookmarkStart w:id="71" w:name="b70"/>
      <w:r>
        <w:t>§ 48 Nichtöffentlichkeit</w:t>
      </w:r>
      <w:r>
        <w:t xml:space="preserve"> </w:t>
      </w:r>
      <w:r>
        <w:rPr>
          <w:rStyle w:val="Suchmarke"/>
        </w:rPr>
        <w:t>#48#</w:t>
      </w:r>
      <w:bookmarkEnd w:id="71"/>
    </w:p>
    <w:p>
      <w:r>
        <w:t>(1) Die Verhandlung vor dem erkennenden Gericht einschließlich der Verkündung der Entscheidungen ist nicht öffentlich.</w:t>
      </w:r>
    </w:p>
    <w:p>
      <w:r>
        <w:t xml:space="preserve">(2) </w:t>
      </w:r>
      <w:r>
        <w:rPr>
          <w:rStyle w:val="Satznummer"/>
        </w:rPr>
        <w:t>1</w:t>
      </w:r>
      <w:r>
        <w:t xml:space="preserve">Neben den am Verfahren Beteiligten ist dem Verletzten, seinem Erziehungsberechtigten und seinem gesetzlichen Vertreter und, falls der Angeklagte der Aufsicht und Leitung eines Bewährungshelfers oder der Betreuung und Aufsicht eines Betreuungshelfers untersteht oder für ihn ein Erziehungsbeistand bestellt ist, dem Helfer und dem Erziehungsbeistand die Anwesenheit gestattet. </w:t>
      </w:r>
      <w:r>
        <w:rPr>
          <w:rStyle w:val="Satznummer"/>
        </w:rPr>
        <w:t>2</w:t>
      </w:r>
      <w:r>
        <w:t xml:space="preserve">Das gleiche gilt in den Fällen, in denen dem Jugendlichen Hilfe zur Erziehung in einem Heim oder einer vergleichbaren Einrichtung gewährt wird, für den Leiter der Einrichtung. </w:t>
      </w:r>
      <w:r>
        <w:rPr>
          <w:rStyle w:val="Satznummer"/>
        </w:rPr>
        <w:t>3</w:t>
      </w:r>
      <w:r>
        <w:t>Andere Personen kann der Vorsitzende aus besonderen Gründen, namentlich zu Ausbildungszwecken, zulassen.</w:t>
      </w:r>
    </w:p>
    <w:p>
      <w:r>
        <w:t xml:space="preserve">(3) </w:t>
      </w:r>
      <w:r>
        <w:rPr>
          <w:rStyle w:val="Satznummer"/>
        </w:rPr>
        <w:t>1</w:t>
      </w:r>
      <w:r>
        <w:t xml:space="preserve">Sind in dem Verfahren auch Heranwachsende oder Erwachsene angeklagt, so ist die Verhandlung öffentlich. </w:t>
      </w:r>
      <w:r>
        <w:rPr>
          <w:rStyle w:val="Satznummer"/>
        </w:rPr>
        <w:t>2</w:t>
      </w:r>
      <w:r>
        <w:t>Die Öffentlichkeit kann ausgeschlossen werden, wenn dies im Interesse der Erziehung jugendlicher Angeklagter geboten ist.</w:t>
      </w:r>
    </w:p>
    <w:p>
      <w:pPr>
        <w:pStyle w:val="Heading5"/>
      </w:pPr>
      <w:bookmarkStart w:id="72" w:name="b71"/>
      <w:r>
        <w:t>§ 49</w:t>
      </w:r>
      <w:r>
        <w:t xml:space="preserve"> </w:t>
      </w:r>
      <w:r>
        <w:rPr>
          <w:rStyle w:val="Suchmarke"/>
        </w:rPr>
        <w:t>#49#</w:t>
      </w:r>
      <w:bookmarkEnd w:id="72"/>
    </w:p>
    <w:p>
      <w:r>
        <w:t>(weggefallen)</w:t>
      </w:r>
    </w:p>
    <w:p>
      <w:pPr>
        <w:pStyle w:val="Heading5"/>
      </w:pPr>
      <w:bookmarkStart w:id="73" w:name="b72"/>
      <w:r>
        <w:t>§ 50 Anwesenheit in der Hauptverhandlung</w:t>
      </w:r>
      <w:r>
        <w:t xml:space="preserve"> </w:t>
      </w:r>
      <w:r>
        <w:rPr>
          <w:rStyle w:val="Suchmarke"/>
        </w:rPr>
        <w:t>#50#</w:t>
      </w:r>
      <w:bookmarkEnd w:id="73"/>
    </w:p>
    <w:p>
      <w:r>
        <w:t>(1) Die Hauptverhandlung kann nur dann ohne den Angeklagten stattfinden, wenn dies im allgemeinen Verfahren zulässig wäre, besondere Gründe dafür vorliegen und die Jugendstaatsanwaltschaft zustimmt.</w:t>
      </w:r>
    </w:p>
    <w:p>
      <w:r>
        <w:t xml:space="preserve">(2) </w:t>
      </w:r>
      <w:r>
        <w:rPr>
          <w:rStyle w:val="Satznummer"/>
        </w:rPr>
        <w:t>1</w:t>
      </w:r>
      <w:r>
        <w:t xml:space="preserve">Der Vorsitzende soll auch die Ladung der Erziehungsberechtigten und der gesetzlichen Vertreter anordnen. </w:t>
      </w:r>
      <w:r>
        <w:rPr>
          <w:rStyle w:val="Satznummer"/>
        </w:rPr>
        <w:t>2</w:t>
      </w:r>
      <w:r>
        <w:t>Die Vorschriften über die Ladung, die Folgen des Ausbleibens und die Entschädigung von Zeugen gelten entsprechend.</w:t>
      </w:r>
    </w:p>
    <w:p>
      <w:r>
        <w:t xml:space="preserve">(3) </w:t>
      </w:r>
      <w:r>
        <w:rPr>
          <w:rStyle w:val="Satznummer"/>
        </w:rPr>
        <w:t>1</w:t>
      </w:r>
      <w:r>
        <w:t xml:space="preserve">Der Jugendgerichtshilfe sind Ort und Zeit der Hauptverhandlung in angemessener Frist vor dem vorgesehenen Termin mitzuteilen. </w:t>
      </w:r>
      <w:r>
        <w:rPr>
          <w:rStyle w:val="Satznummer"/>
        </w:rPr>
        <w:t>2</w:t>
      </w:r>
      <w:r>
        <w:t xml:space="preserve">Der Vertreter der Jugendgerichtshilfe erhält in der Hauptverhandlung auf Verlangen das Wort. </w:t>
      </w:r>
      <w:r>
        <w:rPr>
          <w:rStyle w:val="Satznummer"/>
        </w:rPr>
        <w:t>3</w:t>
      </w:r>
      <w:r>
        <w:t xml:space="preserve">Ist kein Vertreter der Jugendgerichtshilfe anwesend, kann unter den Voraussetzungen des </w:t>
      </w:r>
      <w:hyperlink w:anchor="b54" w:history="1">
        <w:r>
          <w:rPr>
            <w:color w:val="0A3A8C"/>
            <w:u w:val="single"/>
          </w:rPr>
          <w:t xml:space="preserve">§ 38</w:t>
        </w:r>
      </w:hyperlink>
      <w:r>
        <w:t xml:space="preserve"> Absatz 7 Satz 1 ein schriftlicher Bericht der Jugendgerichtshilfe in der Hauptverhandlung verlesen werden.</w:t>
      </w:r>
    </w:p>
    <w:p>
      <w:r>
        <w:t xml:space="preserve">(4) </w:t>
      </w:r>
      <w:r>
        <w:rPr>
          <w:rStyle w:val="Satznummer"/>
        </w:rPr>
        <w:t>1</w:t>
      </w:r>
      <w:r>
        <w:t xml:space="preserve">Nimmt ein bestellter Bewährungshelfer an der Hauptverhandlung teil, so soll er zu der Entwicklung des Jugendlichen in der Bewährungszeit gehört werden. </w:t>
      </w:r>
      <w:r>
        <w:rPr>
          <w:rStyle w:val="Satznummer"/>
        </w:rPr>
        <w:t>2</w:t>
      </w:r>
      <w:r>
        <w:t>Satz 1 gilt für einen bestellten Betreuungshelfer und den Leiter eines sozialen Trainingskurses, an dem der Jugendliche teilnimmt, entsprechend.</w:t>
      </w:r>
    </w:p>
    <w:p>
      <w:pPr>
        <w:pStyle w:val="Heading5"/>
      </w:pPr>
      <w:bookmarkStart w:id="74" w:name="b73"/>
      <w:r>
        <w:t>§ 51 Zeitweilige Ausschließung von Beteiligten</w:t>
      </w:r>
      <w:r>
        <w:t xml:space="preserve"> </w:t>
      </w:r>
      <w:r>
        <w:rPr>
          <w:rStyle w:val="Suchmarke"/>
        </w:rPr>
        <w:t>#51#</w:t>
      </w:r>
      <w:bookmarkEnd w:id="74"/>
    </w:p>
    <w:p>
      <w:r>
        <w:t xml:space="preserve">(1) </w:t>
      </w:r>
      <w:r>
        <w:rPr>
          <w:rStyle w:val="Satznummer"/>
        </w:rPr>
        <w:t>1</w:t>
      </w:r>
      <w:r>
        <w:t xml:space="preserve">Der Vorsitzende soll den Angeklagten für die Dauer solcher Erörterungen von der Verhandlung ausschließen, aus denen Nachteile für die Erziehung entstehen können. </w:t>
      </w:r>
      <w:r>
        <w:rPr>
          <w:rStyle w:val="Satznummer"/>
        </w:rPr>
        <w:t>2</w:t>
      </w:r>
      <w:r>
        <w:t>Er hat ihn von dem, was in seiner Abwesenheit verhandelt worden ist, zu unterrichten, soweit es für seine Verteidigung erforderlich ist.</w:t>
      </w:r>
    </w:p>
    <w:p>
      <w:r>
        <w:t xml:space="preserve">(2) </w:t>
      </w:r>
      <w:r>
        <w:rPr>
          <w:rStyle w:val="Satznummer"/>
        </w:rPr>
        <w:t>1</w:t>
      </w:r>
      <w:r>
        <w:t>Der Vorsitzende kann auch Erziehungsberechtigte und gesetzliche Vertreter des Angeklagten von der Verhandlung ausschließen, soweit</w:t>
      </w:r>
    </w:p>
    <w:p>
      <w:pPr>
        <w:tabs>
          <w:tab w:pos="567" w:val="left"/>
        </w:tabs>
        <w:ind w:left="567" w:hanging="567"/>
      </w:pPr>
      <w:r>
        <w:t>1.</w:t>
      </w:r>
      <w:r>
        <w:tab/>
      </w:r>
      <w:r>
        <w:t>erhebliche erzieherische Nachteile drohen, weil zu befürchten ist, dass durch die Erörterung der persönlichen Verhältnisse des Angeklagten in ihrer Gegenwart eine erforderliche künftige Zusammenarbeit zwischen den genannten Personen und der Jugendgerichtshilfe bei der Umsetzung zu erwartender jugendgerichtlicher Sanktionen in erheblichem Maße erschwert wird,</w:t>
      </w:r>
    </w:p>
    <w:p>
      <w:pPr>
        <w:tabs>
          <w:tab w:pos="567" w:val="left"/>
        </w:tabs>
        <w:ind w:left="567" w:hanging="567"/>
      </w:pPr>
      <w:r>
        <w:t>2.</w:t>
      </w:r>
      <w:r>
        <w:tab/>
      </w:r>
      <w:r>
        <w:t>sie verdächtig sind, an der Verfehlung des Angeklagten beteiligt zu sein, oder soweit sie wegen einer Beteiligung verurteilt sind,</w:t>
      </w:r>
    </w:p>
    <w:p>
      <w:pPr>
        <w:tabs>
          <w:tab w:pos="567" w:val="left"/>
        </w:tabs>
        <w:ind w:left="567" w:hanging="567"/>
      </w:pPr>
      <w:r>
        <w:t>3.</w:t>
      </w:r>
      <w:r>
        <w:tab/>
      </w:r>
      <w:r>
        <w:t>eine Gefährdung des Lebens, des Leibes oder der Freiheit des Angeklagten, eines Zeugen oder einer anderen Person oder eine sonstige erhebliche Beeinträchtigung des Wohls des Angeklagten zu besorgen ist,</w:t>
      </w:r>
    </w:p>
    <w:p>
      <w:pPr>
        <w:tabs>
          <w:tab w:pos="567" w:val="left"/>
        </w:tabs>
        <w:ind w:left="567" w:hanging="567"/>
      </w:pPr>
      <w:r>
        <w:t>4.</w:t>
      </w:r>
      <w:r>
        <w:tab/>
      </w:r>
      <w:r>
        <w:t>zu befürchten ist, dass durch ihre Anwesenheit die Ermittlung der Wahrheit beeinträchtigt wird, oder</w:t>
      </w:r>
    </w:p>
    <w:p>
      <w:pPr>
        <w:tabs>
          <w:tab w:pos="567" w:val="left"/>
        </w:tabs>
        <w:ind w:left="567" w:hanging="567"/>
      </w:pPr>
      <w:r>
        <w:t>5.</w:t>
      </w:r>
      <w:r>
        <w:tab/>
      </w:r>
      <w:r>
        <w:t>Umstände aus dem persönlichen Lebensbereich eines Verfahrensbeteiligten, Zeugen oder durch eine rechtswidrige Tat Verletzten zur Sprache kommen, deren Erörterung in ihrer Anwesenheit schutzwürdige Interessen verletzen würde, es sei denn, das Interesse der Erziehungsberechtigten und gesetzlichen Vertreter an der Erörterung dieser Umstände in ihrer Gegenwart überwiegt.</w:t>
      </w:r>
    </w:p>
    <w:p>
      <w:r>
        <w:rPr>
          <w:rStyle w:val="Satznummer"/>
        </w:rPr>
        <w:t>2</w:t>
      </w:r>
      <w:r>
        <w:t xml:space="preserve">Der Vorsitzende kann in den Fällen des Satzes 1 Nr. 3 bis 5 auch Erziehungsberechtigte und gesetzliche Vertreter des Verletzten von der Verhandlung ausschließen, im Fall der Nummer 3 auch dann, wenn eine sonstige erhebliche Beeinträchtigung des Wohls des Verletzten zu besorgen ist. </w:t>
      </w:r>
      <w:r>
        <w:rPr>
          <w:rStyle w:val="Satznummer"/>
        </w:rPr>
        <w:t>3</w:t>
      </w:r>
      <w:r>
        <w:t xml:space="preserve">Erziehungsberechtigte und gesetzliche Vertreter sind auszuschließen, wenn die Voraussetzungen des Satzes 1 Nr. 5 vorliegen und der Ausschluss von der Person, deren Lebensbereich betroffen ist, beantragt wird. </w:t>
      </w:r>
      <w:r>
        <w:rPr>
          <w:rStyle w:val="Satznummer"/>
        </w:rPr>
        <w:t>4</w:t>
      </w:r>
      <w:r>
        <w:t>Satz 1 Nr. 5 gilt nicht, soweit die Personen, deren Lebensbereiche betroffen sind, in der Hauptverhandlung dem Ausschluss widersprechen.</w:t>
      </w:r>
    </w:p>
    <w:p>
      <w:r>
        <w:t>(3) § 177 des Gerichtsverfassungsgesetzes gilt entsprechend.</w:t>
      </w:r>
    </w:p>
    <w:p>
      <w:r>
        <w:t xml:space="preserve">(4) </w:t>
      </w:r>
      <w:r>
        <w:rPr>
          <w:rStyle w:val="Satznummer"/>
        </w:rPr>
        <w:t>1</w:t>
      </w:r>
      <w:r>
        <w:t xml:space="preserve">In den Fällen des Absatzes 2 ist vor einem Ausschluss auf ein einvernehmliches Verlassen des Sitzungssaales hinzuwirken. </w:t>
      </w:r>
      <w:r>
        <w:rPr>
          <w:rStyle w:val="Satznummer"/>
        </w:rPr>
        <w:t>2</w:t>
      </w:r>
      <w:r>
        <w:t>Der Vorsitzende hat die Erziehungsberechtigten und gesetzlichen Vertreter des Angeklagten, sobald diese wieder anwesend sind, in geeigneter Weise von dem wesentlichen Inhalt dessen zu unterrichten, was während ihrer Abwesenheit ausgesagt oder sonst verhandelt worden ist.</w:t>
      </w:r>
    </w:p>
    <w:p>
      <w:r>
        <w:t>(5) Der Ausschluss von Erziehungsberechtigten und gesetzlichen Vertretern nach den Absätzen 2 und 3 ist auch zulässig, wenn sie zum Beistand (</w:t>
      </w:r>
      <w:hyperlink w:anchor="b103" w:history="1">
        <w:r>
          <w:rPr>
            <w:color w:val="0A3A8C"/>
            <w:u w:val="single"/>
          </w:rPr>
          <w:t xml:space="preserve">§ 69</w:t>
        </w:r>
      </w:hyperlink>
      <w:r>
        <w:t>) bestellt sind.</w:t>
      </w:r>
    </w:p>
    <w:p>
      <w:r>
        <w:t xml:space="preserve">(6) </w:t>
      </w:r>
      <w:r>
        <w:rPr>
          <w:rStyle w:val="Satznummer"/>
        </w:rPr>
        <w:t>1</w:t>
      </w:r>
      <w:r>
        <w:t xml:space="preserve">Werden die Erziehungsberechtigten und die gesetzlichen Vertreter für einen nicht unerheblichen Teil der Hauptverhandlung ausgeschlossen, so ist für die Dauer ihres Ausschlusses von dem Vorsitzenden einer anderen für den Schutz der Interessen des Jugendlichen geeigneten volljährigen Person die Anwesenheit zu gestatten. </w:t>
      </w:r>
      <w:r>
        <w:rPr>
          <w:rStyle w:val="Satznummer"/>
        </w:rPr>
        <w:t>2</w:t>
      </w:r>
      <w:r>
        <w:t xml:space="preserve">Dem Jugendlichen soll Gelegenheit gegeben werden, eine volljährige Person seines Vertrauens zu bezeichnen. </w:t>
      </w:r>
      <w:r>
        <w:rPr>
          <w:rStyle w:val="Satznummer"/>
        </w:rPr>
        <w:t>3</w:t>
      </w:r>
      <w:r>
        <w:t xml:space="preserve">Die anwesende andere geeignete Person erhält in der Hauptverhandlung auf Verlangen das Wort. </w:t>
      </w:r>
      <w:r>
        <w:rPr>
          <w:rStyle w:val="Satznummer"/>
        </w:rPr>
        <w:t>4</w:t>
      </w:r>
      <w:r>
        <w:t>Wird keiner sonstigen anderen Person nach Satz 1 die Anwesenheit gestattet, muss ein für die Betreuung des Jugendlichen in dem Jugendstrafverfahren zuständiger Vertreter der Jugendhilfe anwesend sein.</w:t>
      </w:r>
    </w:p>
    <w:p>
      <w:r>
        <w:t>(7) Sind in der Hauptverhandlung keine Erziehungsberechtigten und keine gesetzlichen Vertreter anwesend, weil sie binnen angemessener Frist nicht erreicht werden konnten, so gilt Absatz 6 entsprechend.</w:t>
      </w:r>
    </w:p>
    <w:p>
      <w:pPr>
        <w:pStyle w:val="Heading5"/>
      </w:pPr>
      <w:bookmarkStart w:id="75" w:name="b74"/>
      <w:r>
        <w:t>§ 51a Neubeginn der Hauptverhandlung</w:t>
      </w:r>
      <w:r>
        <w:t xml:space="preserve"> </w:t>
      </w:r>
      <w:r>
        <w:rPr>
          <w:rStyle w:val="Suchmarke"/>
        </w:rPr>
        <w:t>#51a#</w:t>
      </w:r>
      <w:bookmarkEnd w:id="75"/>
    </w:p>
    <w:p>
      <w:r>
        <w:t xml:space="preserve">Ergibt sich erst während der Hauptverhandlung, dass die Mitwirkung eines Verteidigers nach </w:t>
      </w:r>
      <w:hyperlink w:anchor="b100" w:history="1">
        <w:r>
          <w:rPr>
            <w:color w:val="0A3A8C"/>
            <w:u w:val="single"/>
          </w:rPr>
          <w:t xml:space="preserve">§ 68</w:t>
        </w:r>
      </w:hyperlink>
      <w:r>
        <w:t xml:space="preserve"> Nummer 5 notwendig ist, so ist mit der Hauptverhandlung von neuem zu beginnen, wenn der Jugendliche nicht von Beginn der Hauptverhandlung an verteidigt war.</w:t>
      </w:r>
    </w:p>
    <w:p>
      <w:pPr>
        <w:pStyle w:val="Heading5"/>
      </w:pPr>
      <w:bookmarkStart w:id="76" w:name="b75"/>
      <w:r>
        <w:t>§ 52 Berücksichtigung von Untersuchungshaft bei Jugendarrest</w:t>
      </w:r>
      <w:r>
        <w:t xml:space="preserve"> </w:t>
      </w:r>
      <w:r>
        <w:rPr>
          <w:rStyle w:val="Suchmarke"/>
        </w:rPr>
        <w:t>#52#</w:t>
      </w:r>
      <w:bookmarkEnd w:id="76"/>
    </w:p>
    <w:p>
      <w:r>
        <w:t>Wird auf Jugendarrest erkannt und ist dessen Zweck durch Untersuchungshaft oder eine andere wegen der Tat erlittene Freiheitsentziehung ganz oder teilweise erreicht, so kann der Richter im Urteil aussprechen, daß oder wieweit der Jugendarrest nicht vollstreckt wird.</w:t>
      </w:r>
    </w:p>
    <w:p>
      <w:pPr>
        <w:pStyle w:val="Heading5"/>
      </w:pPr>
      <w:bookmarkStart w:id="77" w:name="b76"/>
      <w:r>
        <w:t>§ 52a Anrechnung von Untersuchungshaft bei Jugendstrafe</w:t>
      </w:r>
      <w:r>
        <w:t xml:space="preserve"> </w:t>
      </w:r>
      <w:r>
        <w:rPr>
          <w:rStyle w:val="Suchmarke"/>
        </w:rPr>
        <w:t>#52a#</w:t>
      </w:r>
      <w:bookmarkEnd w:id="77"/>
    </w:p>
    <w:p>
      <w:r>
        <w:t xml:space="preserve">(1) </w:t>
      </w:r>
      <w:r>
        <w:rPr>
          <w:rStyle w:val="Satznummer"/>
        </w:rPr>
        <w:t>1</w:t>
      </w:r>
      <w:r>
        <w:t xml:space="preserve">Hat der Angeklagte aus Anlaß einer Tat, die Gegenstand des Verfahrens ist oder gewesen ist, Untersuchungshaft oder eine andere Freiheitsentziehung erlitten, so wird sie auf die Jugendstrafe angerechnet. </w:t>
      </w:r>
      <w:r>
        <w:rPr>
          <w:rStyle w:val="Satznummer"/>
        </w:rPr>
        <w:t>2</w:t>
      </w:r>
      <w:r>
        <w:t xml:space="preserve">Der Richter kann jedoch anordnen, daß die Anrechnung ganz oder zum Teil unterbleibt, wenn sie im Hinblick auf das Verhalten des Angeklagten nach der Tat oder aus erzieherischen Gründen nicht gerechtfertigt ist. </w:t>
      </w:r>
      <w:r>
        <w:rPr>
          <w:rStyle w:val="Satznummer"/>
        </w:rPr>
        <w:t>3</w:t>
      </w:r>
      <w:r>
        <w:t>Erzieherische Gründe liegen namentlich vor, wenn bei Anrechnung der Freiheitsentziehung die noch erforderliche erzieherische Einwirkung auf den Angeklagten nicht gewährleistet ist.</w:t>
      </w:r>
    </w:p>
    <w:p>
      <w:r>
        <w:t>(2) (weggefallen)</w:t>
      </w:r>
    </w:p>
    <w:p>
      <w:pPr>
        <w:pStyle w:val="Heading5"/>
      </w:pPr>
      <w:bookmarkStart w:id="78" w:name="b77"/>
      <w:r>
        <w:t>§ 53 Überweisung an das Familiengericht</w:t>
      </w:r>
      <w:r>
        <w:t xml:space="preserve"> </w:t>
      </w:r>
      <w:r>
        <w:rPr>
          <w:rStyle w:val="Suchmarke"/>
        </w:rPr>
        <w:t>#53#</w:t>
      </w:r>
      <w:bookmarkEnd w:id="78"/>
    </w:p>
    <w:p>
      <w:r>
        <w:rPr>
          <w:rStyle w:val="Satznummer"/>
        </w:rPr>
        <w:t>1</w:t>
      </w:r>
      <w:r>
        <w:t xml:space="preserve">Der Richter kann dem Familiengericht im Urteil die Auswahl und Anordnung von Erziehungsmaßregeln überlassen, wenn er nicht auf Jugendstrafe erkennt. </w:t>
      </w:r>
      <w:r>
        <w:rPr>
          <w:rStyle w:val="Satznummer"/>
        </w:rPr>
        <w:t>2</w:t>
      </w:r>
      <w:r>
        <w:t>Das Familiengericht muß dann eine Erziehungsmaßregel anordnen, soweit sich nicht die Umstände, die für das Urteil maßgebend waren, verändert haben.</w:t>
      </w:r>
    </w:p>
    <w:p>
      <w:pPr>
        <w:pStyle w:val="Heading5"/>
      </w:pPr>
      <w:bookmarkStart w:id="79" w:name="b78"/>
      <w:r>
        <w:t>§ 54 Urteilsgründe</w:t>
      </w:r>
      <w:r>
        <w:t xml:space="preserve"> </w:t>
      </w:r>
      <w:r>
        <w:rPr>
          <w:rStyle w:val="Suchmarke"/>
        </w:rPr>
        <w:t>#54#</w:t>
      </w:r>
      <w:bookmarkEnd w:id="79"/>
    </w:p>
    <w:p>
      <w:r>
        <w:t xml:space="preserve">(1) </w:t>
      </w:r>
      <w:r>
        <w:rPr>
          <w:rStyle w:val="Satznummer"/>
        </w:rPr>
        <w:t>1</w:t>
      </w:r>
      <w:r>
        <w:t xml:space="preserve">Wird der Angeklagte schuldig gesprochen, so wird in den Urteilsgründen auch ausgeführt, welche Umstände für seine Bestrafung, für die angeordneten Maßnahmen, für die Überlassung ihrer Auswahl und Anordnung an das Familiengericht oder für das Absehen von Zuchtmitteln und Strafe bestimmend waren. </w:t>
      </w:r>
      <w:r>
        <w:rPr>
          <w:rStyle w:val="Satznummer"/>
        </w:rPr>
        <w:t>2</w:t>
      </w:r>
      <w:r>
        <w:t>Dabei soll namentlich die seelische, geistige und körperliche Eigenart des Angeklagten berücksichtigt werden.</w:t>
      </w:r>
    </w:p>
    <w:p>
      <w:r>
        <w:t>(2) Die Urteilsgründe werden dem Angeklagten nicht mitgeteilt, soweit davon Nachteile für die Erziehung zu befürchten sind.</w:t>
      </w:r>
    </w:p>
    <w:p>
      <w:pPr>
        <w:pStyle w:val="Heading4"/>
      </w:pPr>
      <w:bookmarkStart w:id="80" w:name="b79"/>
      <w:r>
        <w:t>Dritter Unterabschnitt Rechtsmittelverfahren</w:t>
      </w:r>
      <w:bookmarkEnd w:id="80"/>
    </w:p>
    <w:p>
      <w:pPr>
        <w:pStyle w:val="Heading5"/>
      </w:pPr>
      <w:bookmarkStart w:id="81" w:name="b80"/>
      <w:r>
        <w:t>§ 55 Anfechtung von Entscheidungen</w:t>
      </w:r>
      <w:r>
        <w:t xml:space="preserve"> </w:t>
      </w:r>
      <w:r>
        <w:rPr>
          <w:rStyle w:val="Suchmarke"/>
        </w:rPr>
        <w:t>#55#</w:t>
      </w:r>
      <w:bookmarkEnd w:id="81"/>
    </w:p>
    <w:p>
      <w:r>
        <w:t xml:space="preserve">(1) </w:t>
      </w:r>
      <w:r>
        <w:rPr>
          <w:rStyle w:val="Satznummer"/>
        </w:rPr>
        <w:t>1</w:t>
      </w:r>
      <w:r>
        <w:t xml:space="preserve">Eine Entscheidung, in der lediglich Erziehungsmaßregeln oder Zuchtmittel angeordnet oder die Auswahl und Anordnung von Erziehungsmaßregeln dem Familiengericht überlassen sind, kann nicht wegen des Umfangs der Maßnahmen und nicht deshalb angefochten werden, weil andere oder weitere Erziehungsmaßregeln oder Zuchtmittel hätten angeordnet werden sollen oder weil die Auswahl und Anordnung der Erziehungsmaßregeln dem Familiengericht überlassen worden sind. </w:t>
      </w:r>
      <w:r>
        <w:rPr>
          <w:rStyle w:val="Satznummer"/>
        </w:rPr>
        <w:t>2</w:t>
      </w:r>
      <w:r>
        <w:t>Diese Vorschrift gilt nicht, wenn der Richter angeordnet hat, Hilfe zur Erziehung nach § 12 Nr. 2 in Anspruch zu nehmen.</w:t>
      </w:r>
    </w:p>
    <w:p>
      <w:r>
        <w:t xml:space="preserve">(2) </w:t>
      </w:r>
      <w:r>
        <w:rPr>
          <w:rStyle w:val="Satznummer"/>
        </w:rPr>
        <w:t>1</w:t>
      </w:r>
      <w:r>
        <w:t xml:space="preserve">Wer eine zulässige Berufung eingelegt hat, kann gegen das Berufungsurteil nicht mehr Revision einlegen. </w:t>
      </w:r>
      <w:r>
        <w:rPr>
          <w:rStyle w:val="Satznummer"/>
        </w:rPr>
        <w:t>2</w:t>
      </w:r>
      <w:r>
        <w:t>Hat der Angeklagte, der Erziehungsberechtigte oder der gesetzliche Vertreter eine zulässige Berufung eingelegt, so steht gegen das Berufungsurteil keinem von ihnen das Rechtsmittel der Revision zu.</w:t>
      </w:r>
    </w:p>
    <w:p>
      <w:r>
        <w:t>(3) Der Erziehungsberechtigte oder der gesetzliche Vertreter kann das von ihm eingelegte Rechtsmittel nur mit Zustimmung des Angeklagten zurücknehmen.</w:t>
      </w:r>
    </w:p>
    <w:p>
      <w:r>
        <w:t>(4) Soweit ein Beteiligter nach Absatz 1 Satz 1 an der Anfechtung einer Entscheidung gehindert ist oder nach Absatz 2 kein Rechtsmittel gegen die Berufungsentscheidung einlegen kann, gilt § 356a der Strafprozessordnung entsprechend.</w:t>
      </w:r>
    </w:p>
    <w:p>
      <w:pPr>
        <w:pStyle w:val="Heading5"/>
      </w:pPr>
      <w:bookmarkStart w:id="82" w:name="b81"/>
      <w:r>
        <w:t>§ 56 Teilvollstreckung einer Einheitsstrafe</w:t>
      </w:r>
      <w:r>
        <w:t xml:space="preserve"> </w:t>
      </w:r>
      <w:r>
        <w:rPr>
          <w:rStyle w:val="Suchmarke"/>
        </w:rPr>
        <w:t>#56#</w:t>
      </w:r>
      <w:bookmarkEnd w:id="82"/>
    </w:p>
    <w:p>
      <w:r>
        <w:t xml:space="preserve">(1) </w:t>
      </w:r>
      <w:r>
        <w:rPr>
          <w:rStyle w:val="Satznummer"/>
        </w:rPr>
        <w:t>1</w:t>
      </w:r>
      <w:r>
        <w:t xml:space="preserve">Ist ein Angeklagter wegen mehrerer Straftaten zu einer Einheitsstrafe verurteilt worden, so kann das Rechtsmittelgericht vor der Hauptverhandlung das Urteil für einen Teil der Strafe als vollstreckbar erklären, wenn die Schuldfeststellungen bei einer Straftat oder bei mehreren Straftaten nicht beanstandet worden sind. </w:t>
      </w:r>
      <w:r>
        <w:rPr>
          <w:rStyle w:val="Satznummer"/>
        </w:rPr>
        <w:t>2</w:t>
      </w:r>
      <w:r>
        <w:t xml:space="preserve">Die Anordnung ist nur zulässig, wenn sie dem wohlverstandenen Interesse des Angeklagten entspricht. </w:t>
      </w:r>
      <w:r>
        <w:rPr>
          <w:rStyle w:val="Satznummer"/>
        </w:rPr>
        <w:t>3</w:t>
      </w:r>
      <w:r>
        <w:t>Der Teil der Strafe darf nicht über die Strafe hinausgehen, die einer Verurteilung wegen der Straftaten entspricht, bei denen die Schuldfeststellungen nicht beanstandet worden sind.</w:t>
      </w:r>
    </w:p>
    <w:p>
      <w:r>
        <w:t>(2) Gegen den Beschluß ist sofortige Beschwerde zulässig.</w:t>
      </w:r>
    </w:p>
    <w:p>
      <w:pPr>
        <w:pStyle w:val="Heading4"/>
      </w:pPr>
      <w:bookmarkStart w:id="83" w:name="b82"/>
      <w:r>
        <w:t>Vierter Unterabschnitt Verfahren bei Aussetzung der Jugendstrafe zur Bewährung</w:t>
      </w:r>
      <w:bookmarkEnd w:id="83"/>
    </w:p>
    <w:p>
      <w:pPr>
        <w:pStyle w:val="Heading5"/>
      </w:pPr>
      <w:bookmarkStart w:id="84" w:name="b83"/>
      <w:r>
        <w:t>§ 57 Entscheidung über die Aussetzung</w:t>
      </w:r>
      <w:r>
        <w:t xml:space="preserve"> </w:t>
      </w:r>
      <w:r>
        <w:rPr>
          <w:rStyle w:val="Suchmarke"/>
        </w:rPr>
        <w:t>#57#</w:t>
      </w:r>
      <w:bookmarkEnd w:id="84"/>
    </w:p>
    <w:p>
      <w:r>
        <w:t xml:space="preserve">(1) </w:t>
      </w:r>
      <w:r>
        <w:rPr>
          <w:rStyle w:val="Satznummer"/>
        </w:rPr>
        <w:t>1</w:t>
      </w:r>
      <w:r>
        <w:t xml:space="preserve">Die Aussetzung der Jugendstrafe zur Bewährung wird im Urteil oder, solange der Strafvollzug noch nicht begonnen hat, nachträglich durch Beschluß angeordnet. </w:t>
      </w:r>
      <w:r>
        <w:rPr>
          <w:rStyle w:val="Satznummer"/>
        </w:rPr>
        <w:t>2</w:t>
      </w:r>
      <w:r>
        <w:t>Ist die Entscheidung über die Aussetzung nicht im Urteil vorbehalten worden, so ist für den nachträglichen Beschluss das Gericht zuständig, das in der Sache im ersten Rechtszug erkannt hat; die Staatsanwaltschaft und der Jugendliche sind zu hören.</w:t>
      </w:r>
    </w:p>
    <w:p>
      <w:r>
        <w:t>(2) Hat das Gericht die Entscheidung über die Aussetzung nicht einem nachträglichen Beschluss vorbehalten oder die Aussetzung im Urteil oder in einem nachträglichen Beschluss abgelehnt, so ist ihre nachträgliche Anordnung nur zulässig, wenn seit Erlaß des Urteils oder des Beschlusses Umstände hervorgetreten sind, die allein oder in Verbindung mit den bereits bekannten Umständen eine Aussetzung der Jugendstrafe zur Bewährung rechtfertigen.</w:t>
      </w:r>
    </w:p>
    <w:p>
      <w:r>
        <w:t xml:space="preserve">(3) </w:t>
      </w:r>
      <w:r>
        <w:rPr>
          <w:rStyle w:val="Satznummer"/>
        </w:rPr>
        <w:t>1</w:t>
      </w:r>
      <w:r>
        <w:t>Kommen Weisungen oder Auflagen (</w:t>
      </w:r>
      <w:hyperlink w:anchor="b31" w:history="1">
        <w:r>
          <w:rPr>
            <w:color w:val="0A3A8C"/>
            <w:u w:val="single"/>
          </w:rPr>
          <w:t xml:space="preserve">§ 23</w:t>
        </w:r>
      </w:hyperlink>
      <w:r>
        <w:t xml:space="preserve">) in Betracht, so ist der Jugendliche in geeigneten Fällen zu befragen, ob er Zusagen für seine künftige Lebensführung macht oder sich zu Leistungen erbietet, die der Genugtuung für das begangene Unrecht dienen. </w:t>
      </w:r>
      <w:r>
        <w:rPr>
          <w:rStyle w:val="Satznummer"/>
        </w:rPr>
        <w:t>2</w:t>
      </w:r>
      <w:r>
        <w:t>Kommt die Weisung in Betracht, sich einer heilerzieherischen Behandlung oder einer Entziehungskur zu unterziehen, so ist der Jugendliche, der das sechzehnte Lebensjahr vollendet hat, zu befragen, ob er hierzu seine Einwilligung gibt.</w:t>
      </w:r>
    </w:p>
    <w:p>
      <w:r>
        <w:t>(4) § 260 Abs. 4 Satz 4 und § 267 Abs. 3 Satz 4 der Strafprozeßordnung gelten entsprechend.</w:t>
      </w:r>
    </w:p>
    <w:p>
      <w:pPr>
        <w:pStyle w:val="Heading5"/>
      </w:pPr>
      <w:bookmarkStart w:id="85" w:name="b84"/>
      <w:r>
        <w:t>§ 58 Weitere Entscheidungen</w:t>
      </w:r>
      <w:r>
        <w:t xml:space="preserve"> </w:t>
      </w:r>
      <w:r>
        <w:rPr>
          <w:rStyle w:val="Suchmarke"/>
        </w:rPr>
        <w:t>#58#</w:t>
      </w:r>
      <w:bookmarkEnd w:id="85"/>
    </w:p>
    <w:p>
      <w:r>
        <w:t xml:space="preserve">(1) </w:t>
      </w:r>
      <w:r>
        <w:rPr>
          <w:rStyle w:val="Satznummer"/>
        </w:rPr>
        <w:t>1</w:t>
      </w:r>
      <w:r>
        <w:t>Entscheidungen, die infolge der Aussetzung erforderlich werden (</w:t>
      </w:r>
      <w:hyperlink w:anchor="b30" w:history="1">
        <w:r>
          <w:rPr>
            <w:color w:val="0A3A8C"/>
            <w:u w:val="single"/>
          </w:rPr>
          <w:t xml:space="preserve">§§ 22</w:t>
        </w:r>
      </w:hyperlink>
      <w:r>
        <w:t xml:space="preserve">, </w:t>
      </w:r>
      <w:hyperlink w:anchor="b31" w:history="1">
        <w:r>
          <w:rPr>
            <w:color w:val="0A3A8C"/>
            <w:u w:val="single"/>
          </w:rPr>
          <w:t xml:space="preserve">23</w:t>
        </w:r>
      </w:hyperlink>
      <w:r>
        <w:t xml:space="preserve">, </w:t>
      </w:r>
      <w:hyperlink w:anchor="b32" w:history="1">
        <w:r>
          <w:rPr>
            <w:color w:val="0A3A8C"/>
            <w:u w:val="single"/>
          </w:rPr>
          <w:t xml:space="preserve">24</w:t>
        </w:r>
      </w:hyperlink>
      <w:r>
        <w:t xml:space="preserve">, </w:t>
      </w:r>
      <w:hyperlink w:anchor="b34" w:history="1">
        <w:r>
          <w:rPr>
            <w:color w:val="0A3A8C"/>
            <w:u w:val="single"/>
          </w:rPr>
          <w:t xml:space="preserve">26</w:t>
        </w:r>
      </w:hyperlink>
      <w:r>
        <w:t xml:space="preserve">, </w:t>
      </w:r>
      <w:hyperlink w:anchor="b35" w:history="1">
        <w:r>
          <w:rPr>
            <w:color w:val="0A3A8C"/>
            <w:u w:val="single"/>
          </w:rPr>
          <w:t xml:space="preserve">26a</w:t>
        </w:r>
      </w:hyperlink>
      <w:r>
        <w:t xml:space="preserve">), trifft der Richter durch Beschluß. </w:t>
      </w:r>
      <w:r>
        <w:rPr>
          <w:rStyle w:val="Satznummer"/>
        </w:rPr>
        <w:t>2</w:t>
      </w:r>
      <w:r>
        <w:t xml:space="preserve">Der Staatsanwalt, der Jugendliche und der Bewährungshelfer sind zu hören. </w:t>
      </w:r>
      <w:r>
        <w:rPr>
          <w:rStyle w:val="Satznummer"/>
        </w:rPr>
        <w:t>3</w:t>
      </w:r>
      <w:r>
        <w:t xml:space="preserve">Wenn eine Entscheidung nach </w:t>
      </w:r>
      <w:hyperlink w:anchor="b34" w:history="1">
        <w:r>
          <w:rPr>
            <w:color w:val="0A3A8C"/>
            <w:u w:val="single"/>
          </w:rPr>
          <w:t xml:space="preserve">§ 26</w:t>
        </w:r>
      </w:hyperlink>
      <w:r>
        <w:t xml:space="preserve"> oder die Verhängung von Jugendarrest in Betracht kommt, ist dem Jugendlichen Gelegenheit zur mündlichen Äußerung vor dem Richter zu geben. </w:t>
      </w:r>
      <w:r>
        <w:rPr>
          <w:rStyle w:val="Satznummer"/>
        </w:rPr>
        <w:t>4</w:t>
      </w:r>
      <w:r>
        <w:t>Der Beschluß ist zu begründen.</w:t>
      </w:r>
    </w:p>
    <w:p>
      <w:r>
        <w:t>(2) Der Richter leitet auch die Vollstreckung der vorläufigen Maßnahmen nach § 453c der Strafprozeßordnung.</w:t>
      </w:r>
    </w:p>
    <w:p>
      <w:r>
        <w:t xml:space="preserve">(3) </w:t>
      </w:r>
      <w:r>
        <w:rPr>
          <w:rStyle w:val="Satznummer"/>
        </w:rPr>
        <w:t>1</w:t>
      </w:r>
      <w:r>
        <w:t xml:space="preserve">Zuständig ist der Richter, der die Aussetzung angeordnet hat. </w:t>
      </w:r>
      <w:r>
        <w:rPr>
          <w:rStyle w:val="Satznummer"/>
        </w:rPr>
        <w:t>2</w:t>
      </w:r>
      <w:r>
        <w:t xml:space="preserve">Er kann die Entscheidungen ganz oder teilweise dem Jugendrichter übertragen, in dessen Bezirk sich der Jugendliche aufhält. </w:t>
      </w:r>
      <w:r>
        <w:rPr>
          <w:rStyle w:val="Satznummer"/>
        </w:rPr>
        <w:t>3</w:t>
      </w:r>
      <w:hyperlink w:anchor="b59" w:history="1">
        <w:r>
          <w:rPr>
            <w:color w:val="0A3A8C"/>
            <w:u w:val="single"/>
          </w:rPr>
          <w:t xml:space="preserve">§ 42</w:t>
        </w:r>
      </w:hyperlink>
      <w:r>
        <w:t xml:space="preserve"> Abs. 3 Satz 2 gilt entsprechend.</w:t>
      </w:r>
    </w:p>
    <w:p>
      <w:pPr>
        <w:pStyle w:val="Heading5"/>
      </w:pPr>
      <w:bookmarkStart w:id="86" w:name="b85"/>
      <w:r>
        <w:t>§ 59 Anfechtung</w:t>
      </w:r>
      <w:r>
        <w:t xml:space="preserve"> </w:t>
      </w:r>
      <w:r>
        <w:rPr>
          <w:rStyle w:val="Suchmarke"/>
        </w:rPr>
        <w:t>#59#</w:t>
      </w:r>
      <w:bookmarkEnd w:id="86"/>
    </w:p>
    <w:p>
      <w:r>
        <w:t xml:space="preserve">(1) </w:t>
      </w:r>
      <w:r>
        <w:rPr>
          <w:rStyle w:val="Satznummer"/>
        </w:rPr>
        <w:t>1</w:t>
      </w:r>
      <w:r>
        <w:t xml:space="preserve">Gegen eine Entscheidung, durch welche die Aussetzung der Jugendstrafe angeordnet oder abgelehnt wird, ist, wenn sie für sich allein oder nur gemeinsam mit der Entscheidung über die Anordnung eines Jugendarrests nach </w:t>
      </w:r>
      <w:hyperlink w:anchor="b22" w:history="1">
        <w:r>
          <w:rPr>
            <w:color w:val="0A3A8C"/>
            <w:u w:val="single"/>
          </w:rPr>
          <w:t xml:space="preserve">§ 16a</w:t>
        </w:r>
      </w:hyperlink>
      <w:r>
        <w:t xml:space="preserve"> angefochten wird, sofortige Beschwerde zulässig. </w:t>
      </w:r>
      <w:r>
        <w:rPr>
          <w:rStyle w:val="Satznummer"/>
        </w:rPr>
        <w:t>2</w:t>
      </w:r>
      <w:r>
        <w:t>Das gleiche gilt, wenn ein Urteil nur deshalb angefochten wird, weil die Strafe nicht ausgesetzt worden ist.</w:t>
      </w:r>
    </w:p>
    <w:p>
      <w:r>
        <w:t xml:space="preserve">(2) </w:t>
      </w:r>
      <w:r>
        <w:rPr>
          <w:rStyle w:val="Satznummer"/>
        </w:rPr>
        <w:t>1</w:t>
      </w:r>
      <w:r>
        <w:t>Gegen eine Entscheidung über die Dauer der Bewährungszeit (</w:t>
      </w:r>
      <w:hyperlink w:anchor="b30" w:history="1">
        <w:r>
          <w:rPr>
            <w:color w:val="0A3A8C"/>
            <w:u w:val="single"/>
          </w:rPr>
          <w:t xml:space="preserve">§ 22</w:t>
        </w:r>
      </w:hyperlink>
      <w:r>
        <w:t>), die Dauer der Unterstellungszeit (</w:t>
      </w:r>
      <w:hyperlink w:anchor="b32" w:history="1">
        <w:r>
          <w:rPr>
            <w:color w:val="0A3A8C"/>
            <w:u w:val="single"/>
          </w:rPr>
          <w:t xml:space="preserve">§ 24</w:t>
        </w:r>
      </w:hyperlink>
      <w:r>
        <w:t>), die erneute Anordnung der Unterstellung in der Bewährungszeit (</w:t>
      </w:r>
      <w:hyperlink w:anchor="b32" w:history="1">
        <w:r>
          <w:rPr>
            <w:color w:val="0A3A8C"/>
            <w:u w:val="single"/>
          </w:rPr>
          <w:t xml:space="preserve">§ 24</w:t>
        </w:r>
      </w:hyperlink>
      <w:r>
        <w:t xml:space="preserve"> Abs. 2) und über Weisungen oder Auflagen (</w:t>
      </w:r>
      <w:hyperlink w:anchor="b31" w:history="1">
        <w:r>
          <w:rPr>
            <w:color w:val="0A3A8C"/>
            <w:u w:val="single"/>
          </w:rPr>
          <w:t xml:space="preserve">§ 23</w:t>
        </w:r>
      </w:hyperlink>
      <w:r>
        <w:t xml:space="preserve">) ist Beschwerde zulässig. </w:t>
      </w:r>
      <w:r>
        <w:rPr>
          <w:rStyle w:val="Satznummer"/>
        </w:rPr>
        <w:t>2</w:t>
      </w:r>
      <w:r>
        <w:t>Sie kann nur darauf gestützt werden, daß die Bewährungs- oder die Unterstellungszeit nachträglich verlängert, die Unterstellung erneut angeordnet worden oder daß eine getroffene Anordnung gesetzwidrig ist.</w:t>
      </w:r>
    </w:p>
    <w:p>
      <w:r>
        <w:t>(3) Gegen den Widerruf der Aussetzung der Jugendstrafe (</w:t>
      </w:r>
      <w:hyperlink w:anchor="b34" w:history="1">
        <w:r>
          <w:rPr>
            <w:color w:val="0A3A8C"/>
            <w:u w:val="single"/>
          </w:rPr>
          <w:t xml:space="preserve">§ 26</w:t>
        </w:r>
      </w:hyperlink>
      <w:r>
        <w:t xml:space="preserve"> Abs. 1) ist sofortige Beschwerde zulässig.</w:t>
      </w:r>
    </w:p>
    <w:p>
      <w:r>
        <w:t>(4) Der Beschluß über den Straferlaß (</w:t>
      </w:r>
      <w:hyperlink w:anchor="b35" w:history="1">
        <w:r>
          <w:rPr>
            <w:color w:val="0A3A8C"/>
            <w:u w:val="single"/>
          </w:rPr>
          <w:t xml:space="preserve">§ 26a</w:t>
        </w:r>
      </w:hyperlink>
      <w:r>
        <w:t>) ist nicht anfechtbar.</w:t>
      </w:r>
    </w:p>
    <w:p>
      <w:r>
        <w:t>(5) Wird gegen ein Urteil eine zulässige Revision und gegen eine Entscheidung, die sich auf eine in dem Urteil angeordnete Aussetzung der Jugendstrafe zur Bewährung bezieht, Beschwerde eingelegt, so ist das Revisionsgericht auch zur Entscheidung über die Beschwerde zuständig.</w:t>
      </w:r>
    </w:p>
    <w:p>
      <w:pPr>
        <w:pStyle w:val="Heading5"/>
      </w:pPr>
      <w:bookmarkStart w:id="87" w:name="b86"/>
      <w:r>
        <w:t>§ 60 Bewährungsplan</w:t>
      </w:r>
      <w:r>
        <w:t xml:space="preserve"> </w:t>
      </w:r>
      <w:r>
        <w:rPr>
          <w:rStyle w:val="Suchmarke"/>
        </w:rPr>
        <w:t>#60#</w:t>
      </w:r>
      <w:bookmarkEnd w:id="87"/>
    </w:p>
    <w:p>
      <w:r>
        <w:t xml:space="preserve">(1) </w:t>
      </w:r>
      <w:r>
        <w:rPr>
          <w:rStyle w:val="Satznummer"/>
        </w:rPr>
        <w:t>1</w:t>
      </w:r>
      <w:r>
        <w:t xml:space="preserve">Der Vorsitzende stellt die erteilten Weisungen und Auflagen in einem Bewährungsplan zusammen. </w:t>
      </w:r>
      <w:r>
        <w:rPr>
          <w:rStyle w:val="Satznummer"/>
        </w:rPr>
        <w:t>2</w:t>
      </w:r>
      <w:r>
        <w:t xml:space="preserve">Er händigt ihn dem Jugendlichen aus und belehrt ihn zugleich über die Bedeutung der Aussetzung, die Bewährungs- und Unterstellungszeit, die Weisungen und Auflagen sowie über die Möglichkeit des Widerrufs der Aussetzung. </w:t>
      </w:r>
      <w:r>
        <w:rPr>
          <w:rStyle w:val="Satznummer"/>
        </w:rPr>
        <w:t>3</w:t>
      </w:r>
      <w:r>
        <w:t xml:space="preserve">Zugleich ist ihm aufzugeben, jeden Wechsel seines Aufenthalts, Ausbildungs- oder Arbeitsplatzes während der Bewährungszeit anzuzeigen. </w:t>
      </w:r>
      <w:r>
        <w:rPr>
          <w:rStyle w:val="Satznummer"/>
        </w:rPr>
        <w:t>4</w:t>
      </w:r>
      <w:r>
        <w:t>Auch bei nachträglichen Änderungen des Bewährungsplans ist der Jugendliche über den wesentlichen Inhalt zu belehren.</w:t>
      </w:r>
    </w:p>
    <w:p>
      <w:r>
        <w:t>(2) Der Name des Bewährungshelfers wird in den Bewährungsplan eingetragen.</w:t>
      </w:r>
    </w:p>
    <w:p>
      <w:r>
        <w:t xml:space="preserve">(3) </w:t>
      </w:r>
      <w:r>
        <w:rPr>
          <w:rStyle w:val="Satznummer"/>
        </w:rPr>
        <w:t>1</w:t>
      </w:r>
      <w:r>
        <w:t xml:space="preserve">Der Jugendliche soll durch seine Unterschrift bestätigen, daß er den Bewährungsplan gelesen hat, und versprechen, daß er den Weisungen und Auflagen nachkommen will. </w:t>
      </w:r>
      <w:r>
        <w:rPr>
          <w:rStyle w:val="Satznummer"/>
        </w:rPr>
        <w:t>2</w:t>
      </w:r>
      <w:r>
        <w:t>Auch der Erziehungsberechtigte und der gesetzliche Vertreter sollen den Bewährungsplan unterzeichnen.</w:t>
      </w:r>
    </w:p>
    <w:p>
      <w:pPr>
        <w:pStyle w:val="Heading5"/>
      </w:pPr>
      <w:bookmarkStart w:id="88" w:name="b87"/>
      <w:r>
        <w:t>§ 61 Vorbehalt der nachträglichen Entscheidung über die Aussetzung</w:t>
      </w:r>
      <w:r>
        <w:t xml:space="preserve"> </w:t>
      </w:r>
      <w:r>
        <w:rPr>
          <w:rStyle w:val="Suchmarke"/>
        </w:rPr>
        <w:t>#61#</w:t>
      </w:r>
      <w:bookmarkEnd w:id="88"/>
    </w:p>
    <w:p>
      <w:r>
        <w:t>(1) Das Gericht kann im Urteil die Entscheidung über die Aussetzung der Jugendstrafe zur Bewährung ausdrücklich einem nachträglichen Beschluss vorbehalten, wenn</w:t>
      </w:r>
    </w:p>
    <w:p>
      <w:pPr>
        <w:tabs>
          <w:tab w:pos="567" w:val="left"/>
        </w:tabs>
        <w:ind w:left="567" w:hanging="567"/>
      </w:pPr>
      <w:r>
        <w:t>1.</w:t>
      </w:r>
      <w:r>
        <w:tab/>
      </w:r>
      <w:r>
        <w:t xml:space="preserve">nach Erschöpfung der Ermittlungsmöglichkeiten die getroffenen Feststellungen noch nicht die in </w:t>
      </w:r>
      <w:hyperlink w:anchor="b29" w:history="1">
        <w:r>
          <w:rPr>
            <w:color w:val="0A3A8C"/>
            <w:u w:val="single"/>
          </w:rPr>
          <w:t xml:space="preserve">§ 21</w:t>
        </w:r>
      </w:hyperlink>
      <w:r>
        <w:t xml:space="preserve"> Absatz 1 Satz 1 vorausgesetzte Erwartung begründen können und</w:t>
      </w:r>
    </w:p>
    <w:p>
      <w:pPr>
        <w:tabs>
          <w:tab w:pos="567" w:val="left"/>
        </w:tabs>
        <w:ind w:left="567" w:hanging="567"/>
      </w:pPr>
      <w:r>
        <w:t>2.</w:t>
      </w:r>
      <w:r>
        <w:tab/>
      </w:r>
      <w:r>
        <w:t>auf Grund von Ansätzen in der Lebensführung des Jugendlichen oder sonstiger bestimmter Umstände die Aussicht besteht, dass eine solche Erwartung in absehbarer Zeit (</w:t>
      </w:r>
      <w:hyperlink w:anchor="b88" w:history="1">
        <w:r>
          <w:rPr>
            <w:color w:val="0A3A8C"/>
            <w:u w:val="single"/>
          </w:rPr>
          <w:t xml:space="preserve">§ 61a</w:t>
        </w:r>
      </w:hyperlink>
      <w:r>
        <w:t xml:space="preserve"> Absatz 1) begründet sein wird.</w:t>
      </w:r>
    </w:p>
    <w:p>
      <w:r>
        <w:t>(2) Ein entsprechender Vorbehalt kann auch ausgesprochen werden, wenn</w:t>
      </w:r>
    </w:p>
    <w:p>
      <w:pPr>
        <w:tabs>
          <w:tab w:pos="567" w:val="left"/>
        </w:tabs>
        <w:ind w:left="567" w:hanging="567"/>
      </w:pPr>
      <w:r>
        <w:t>1.</w:t>
      </w:r>
      <w:r>
        <w:tab/>
      </w:r>
      <w:r>
        <w:t xml:space="preserve">in der Hauptverhandlung Umstände der in Absatz 1 Nummer 2 genannten Art hervorgetreten sind, die allein oder in Verbindung mit weiteren Umständen die in </w:t>
      </w:r>
      <w:hyperlink w:anchor="b29" w:history="1">
        <w:r>
          <w:rPr>
            <w:color w:val="0A3A8C"/>
            <w:u w:val="single"/>
          </w:rPr>
          <w:t xml:space="preserve">§ 21</w:t>
        </w:r>
      </w:hyperlink>
      <w:r>
        <w:t xml:space="preserve"> Absatz 1 Satz 1 vorausgesetzte Erwartung begründen könnten,</w:t>
      </w:r>
    </w:p>
    <w:p>
      <w:pPr>
        <w:tabs>
          <w:tab w:pos="567" w:val="left"/>
        </w:tabs>
        <w:ind w:left="567" w:hanging="567"/>
      </w:pPr>
      <w:r>
        <w:t>2.</w:t>
      </w:r>
      <w:r>
        <w:tab/>
      </w:r>
      <w:r>
        <w:t>die Feststellungen, die sich auf die nach Nummer 1 bedeutsamen Umstände beziehen, aber weitere Ermittlungen verlangen und</w:t>
      </w:r>
    </w:p>
    <w:p>
      <w:pPr>
        <w:tabs>
          <w:tab w:pos="567" w:val="left"/>
        </w:tabs>
        <w:ind w:left="567" w:hanging="567"/>
      </w:pPr>
      <w:r>
        <w:t>3.</w:t>
      </w:r>
      <w:r>
        <w:tab/>
      </w:r>
      <w:r>
        <w:t>die Unterbrechung oder Aussetzung der Hauptverhandlung zu erzieherisch nachteiligen oder unverhältnismäßigen Verzögerungen führen würde.</w:t>
      </w:r>
    </w:p>
    <w:p>
      <w:r>
        <w:t xml:space="preserve">(3) </w:t>
      </w:r>
      <w:r>
        <w:rPr>
          <w:rStyle w:val="Satznummer"/>
        </w:rPr>
        <w:t>1</w:t>
      </w:r>
      <w:r>
        <w:t xml:space="preserve">Wird im Urteil der Vorbehalt ausgesprochen, gilt </w:t>
      </w:r>
      <w:hyperlink w:anchor="b22" w:history="1">
        <w:r>
          <w:rPr>
            <w:color w:val="0A3A8C"/>
            <w:u w:val="single"/>
          </w:rPr>
          <w:t xml:space="preserve">§ 16a</w:t>
        </w:r>
      </w:hyperlink>
      <w:r>
        <w:t xml:space="preserve"> entsprechend. </w:t>
      </w:r>
      <w:r>
        <w:rPr>
          <w:rStyle w:val="Satznummer"/>
        </w:rPr>
        <w:t>2</w:t>
      </w:r>
      <w:r>
        <w:t xml:space="preserve">Der Vorbehalt ist in die Urteilsformel aufzunehmen. </w:t>
      </w:r>
      <w:r>
        <w:rPr>
          <w:rStyle w:val="Satznummer"/>
        </w:rPr>
        <w:t>3</w:t>
      </w:r>
      <w:r>
        <w:t xml:space="preserve">Die Urteilsgründe müssen die dafür bestimmenden Umstände anführen. </w:t>
      </w:r>
      <w:r>
        <w:rPr>
          <w:rStyle w:val="Satznummer"/>
        </w:rPr>
        <w:t>4</w:t>
      </w:r>
      <w:r>
        <w:t>Bei der Verkündung des Urteils ist der Jugendliche über die Bedeutung des Vorbehalts und seines Verhaltens in der Zeit bis zu der nachträglichen Entscheidung zu belehren.</w:t>
      </w:r>
    </w:p>
    <w:p>
      <w:pPr>
        <w:pStyle w:val="Heading5"/>
      </w:pPr>
      <w:bookmarkStart w:id="89" w:name="b88"/>
      <w:r>
        <w:t>§ 61a Frist und Zuständigkeit für die vorbehaltene Entscheidung</w:t>
      </w:r>
      <w:r>
        <w:t xml:space="preserve"> </w:t>
      </w:r>
      <w:r>
        <w:rPr>
          <w:rStyle w:val="Suchmarke"/>
        </w:rPr>
        <w:t>#61a#</w:t>
      </w:r>
      <w:bookmarkEnd w:id="89"/>
    </w:p>
    <w:p>
      <w:r>
        <w:t xml:space="preserve">(1) </w:t>
      </w:r>
      <w:r>
        <w:rPr>
          <w:rStyle w:val="Satznummer"/>
        </w:rPr>
        <w:t>1</w:t>
      </w:r>
      <w:r>
        <w:t xml:space="preserve">Die vorbehaltene Entscheidung ergeht spätestens sechs Monate nach Eintritt der Rechtskraft des Urteils. </w:t>
      </w:r>
      <w:r>
        <w:rPr>
          <w:rStyle w:val="Satznummer"/>
        </w:rPr>
        <w:t>2</w:t>
      </w:r>
      <w:r>
        <w:t xml:space="preserve">Das Gericht kann mit dem Vorbehalt eine kürzere Höchstfrist festsetzen. </w:t>
      </w:r>
      <w:r>
        <w:rPr>
          <w:rStyle w:val="Satznummer"/>
        </w:rPr>
        <w:t>3</w:t>
      </w:r>
      <w:r>
        <w:t>Aus besonderen Gründen und mit dem Einverständnis des Verurteilten kann die Frist nach Satz 1 oder 2 durch Beschluss auf höchstens neun Monate seit Eintritt der Rechtskraft des Urteils verlängert werden.</w:t>
      </w:r>
    </w:p>
    <w:p>
      <w:r>
        <w:t>(2) Zuständig für die vorbehaltene Entscheidung ist das Gericht, in dessen Urteil die zugrunde liegenden tatsächlichen Feststellungen letztmalig geprüft werden konnten.</w:t>
      </w:r>
    </w:p>
    <w:p>
      <w:pPr>
        <w:pStyle w:val="Heading5"/>
      </w:pPr>
      <w:bookmarkStart w:id="90" w:name="b89"/>
      <w:r>
        <w:t>§ 61b Weitere Entscheidungen bei Vorbehalt der Entscheidung über die Aussetzung</w:t>
      </w:r>
      <w:r>
        <w:t xml:space="preserve"> </w:t>
      </w:r>
      <w:r>
        <w:rPr>
          <w:rStyle w:val="Suchmarke"/>
        </w:rPr>
        <w:t>#61b#</w:t>
      </w:r>
      <w:bookmarkEnd w:id="90"/>
    </w:p>
    <w:p>
      <w:r>
        <w:t xml:space="preserve">(1) </w:t>
      </w:r>
      <w:r>
        <w:rPr>
          <w:rStyle w:val="Satznummer"/>
        </w:rPr>
        <w:t>1</w:t>
      </w:r>
      <w:r>
        <w:t xml:space="preserve">Das Gericht kann dem Jugendlichen für die Zeit zwischen Eintritt der Rechtskraft des Urteils und dem Ablauf der nach </w:t>
      </w:r>
      <w:hyperlink w:anchor="b88" w:history="1">
        <w:r>
          <w:rPr>
            <w:color w:val="0A3A8C"/>
            <w:u w:val="single"/>
          </w:rPr>
          <w:t xml:space="preserve">§ 61a</w:t>
        </w:r>
      </w:hyperlink>
      <w:r>
        <w:t xml:space="preserve"> Absatz 1 maßgeblichen Frist Weisungen und Auflagen erteilen; die </w:t>
      </w:r>
      <w:hyperlink w:anchor="b14" w:history="1">
        <w:r>
          <w:rPr>
            <w:color w:val="0A3A8C"/>
            <w:u w:val="single"/>
          </w:rPr>
          <w:t xml:space="preserve">§§ 10</w:t>
        </w:r>
      </w:hyperlink>
      <w:r>
        <w:t xml:space="preserve">, </w:t>
      </w:r>
      <w:hyperlink w:anchor="b20" w:history="1">
        <w:r>
          <w:rPr>
            <w:color w:val="0A3A8C"/>
            <w:u w:val="single"/>
          </w:rPr>
          <w:t xml:space="preserve">15</w:t>
        </w:r>
      </w:hyperlink>
      <w:r>
        <w:t xml:space="preserve"> Absatz 1 und 2, </w:t>
      </w:r>
      <w:hyperlink w:anchor="b31" w:history="1">
        <w:r>
          <w:rPr>
            <w:color w:val="0A3A8C"/>
            <w:u w:val="single"/>
          </w:rPr>
          <w:t xml:space="preserve">§ 23</w:t>
        </w:r>
      </w:hyperlink>
      <w:r>
        <w:t xml:space="preserve"> Absatz 1 Satz 1 bis 3, Absatz 2 gelten entsprechend. </w:t>
      </w:r>
      <w:r>
        <w:rPr>
          <w:rStyle w:val="Satznummer"/>
        </w:rPr>
        <w:t>2</w:t>
      </w:r>
      <w:r>
        <w:t xml:space="preserve">Das Gericht soll den Jugendlichen für diese Zeit der Aufsicht und Betreuung eines Bewährungshelfers unterstellen; darauf soll nur verzichtet werden, wenn ausreichende Betreuung und Überwachung durch die Jugendgerichtshilfe gewährleistet sind. </w:t>
      </w:r>
      <w:r>
        <w:rPr>
          <w:rStyle w:val="Satznummer"/>
        </w:rPr>
        <w:t>3</w:t>
      </w:r>
      <w:r>
        <w:t xml:space="preserve">Im Übrigen sind die </w:t>
      </w:r>
      <w:hyperlink w:anchor="b32" w:history="1">
        <w:r>
          <w:rPr>
            <w:color w:val="0A3A8C"/>
            <w:u w:val="single"/>
          </w:rPr>
          <w:t xml:space="preserve">§§ 24</w:t>
        </w:r>
      </w:hyperlink>
      <w:r>
        <w:t xml:space="preserve"> und </w:t>
      </w:r>
      <w:hyperlink w:anchor="b33" w:history="1">
        <w:r>
          <w:rPr>
            <w:color w:val="0A3A8C"/>
            <w:u w:val="single"/>
          </w:rPr>
          <w:t xml:space="preserve">25</w:t>
        </w:r>
      </w:hyperlink>
      <w:r>
        <w:t xml:space="preserve"> entsprechend anzuwenden. </w:t>
      </w:r>
      <w:r>
        <w:rPr>
          <w:rStyle w:val="Satznummer"/>
        </w:rPr>
        <w:t>4</w:t>
      </w:r>
      <w:r>
        <w:t xml:space="preserve">Bewährungshilfe und Jugendgerichtshilfe arbeiten eng zusammen. </w:t>
      </w:r>
      <w:r>
        <w:rPr>
          <w:rStyle w:val="Satznummer"/>
        </w:rPr>
        <w:t>5</w:t>
      </w:r>
      <w:r>
        <w:t xml:space="preserve">Dabei dürfen sie wechselseitig auch personenbezogene Daten über den Verurteilten übermitteln, soweit dies für eine sachgemäße Erfüllung der Betreuungs- und Überwachungsaufgaben der jeweils anderen Stelle erforderlich ist. </w:t>
      </w:r>
      <w:r>
        <w:rPr>
          <w:rStyle w:val="Satznummer"/>
        </w:rPr>
        <w:t>6</w:t>
      </w:r>
      <w:r>
        <w:t xml:space="preserve">Für die Entscheidungen nach diesem Absatz gelten </w:t>
      </w:r>
      <w:hyperlink w:anchor="b84" w:history="1">
        <w:r>
          <w:rPr>
            <w:color w:val="0A3A8C"/>
            <w:u w:val="single"/>
          </w:rPr>
          <w:t xml:space="preserve">§ 58</w:t>
        </w:r>
      </w:hyperlink>
      <w:r>
        <w:t xml:space="preserve"> Absatz 1 Satz 1, 2 und 4, Absatz 3 Satz 1 und </w:t>
      </w:r>
      <w:hyperlink w:anchor="b85" w:history="1">
        <w:r>
          <w:rPr>
            <w:color w:val="0A3A8C"/>
            <w:u w:val="single"/>
          </w:rPr>
          <w:t xml:space="preserve">§ 59</w:t>
        </w:r>
      </w:hyperlink>
      <w:r>
        <w:t xml:space="preserve"> Absatz 2 und 5 entsprechend. </w:t>
      </w:r>
      <w:r>
        <w:rPr>
          <w:rStyle w:val="Satznummer"/>
        </w:rPr>
        <w:t>7</w:t>
      </w:r>
      <w:r>
        <w:t xml:space="preserve">Die Vorschriften des </w:t>
      </w:r>
      <w:hyperlink w:anchor="b86" w:history="1">
        <w:r>
          <w:rPr>
            <w:color w:val="0A3A8C"/>
            <w:u w:val="single"/>
          </w:rPr>
          <w:t xml:space="preserve">§ 60</w:t>
        </w:r>
      </w:hyperlink>
      <w:r>
        <w:t xml:space="preserve"> sind sinngemäß anzuwenden.</w:t>
      </w:r>
    </w:p>
    <w:p>
      <w:r>
        <w:t xml:space="preserve">(2) Ergeben sich vor Ablauf der nach </w:t>
      </w:r>
      <w:hyperlink w:anchor="b88" w:history="1">
        <w:r>
          <w:rPr>
            <w:color w:val="0A3A8C"/>
            <w:u w:val="single"/>
          </w:rPr>
          <w:t xml:space="preserve">§ 61a</w:t>
        </w:r>
      </w:hyperlink>
      <w:r>
        <w:t xml:space="preserve"> Absatz 1 maßgeblichen Frist hinreichende Gründe für die Annahme, dass eine Aussetzung der Jugendstrafe zur Bewährung abgelehnt wird, so gelten § 453c der Strafprozessordnung und </w:t>
      </w:r>
      <w:hyperlink w:anchor="b84" w:history="1">
        <w:r>
          <w:rPr>
            <w:color w:val="0A3A8C"/>
            <w:u w:val="single"/>
          </w:rPr>
          <w:t xml:space="preserve">§ 58</w:t>
        </w:r>
      </w:hyperlink>
      <w:r>
        <w:t xml:space="preserve"> Absatz 2 und 3 Satz 1 entsprechend.</w:t>
      </w:r>
    </w:p>
    <w:p>
      <w:r>
        <w:t xml:space="preserve">(3) Wird die Jugendstrafe zur Bewährung ausgesetzt, so wird die Zeit vom Eintritt der Rechtskraft des Urteils, in dem die Aussetzung einer nachträglichen Entscheidung vorbehalten wurde, bis zum Eintritt der Rechtskraft der Entscheidung über die Aussetzung auf die nach </w:t>
      </w:r>
      <w:hyperlink w:anchor="b30" w:history="1">
        <w:r>
          <w:rPr>
            <w:color w:val="0A3A8C"/>
            <w:u w:val="single"/>
          </w:rPr>
          <w:t xml:space="preserve">§ 22</w:t>
        </w:r>
      </w:hyperlink>
      <w:r>
        <w:t xml:space="preserve"> bestimmte Bewährungszeit angerechnet.</w:t>
      </w:r>
    </w:p>
    <w:p>
      <w:r>
        <w:t xml:space="preserve">(4) </w:t>
      </w:r>
      <w:r>
        <w:rPr>
          <w:rStyle w:val="Satznummer"/>
        </w:rPr>
        <w:t>1</w:t>
      </w:r>
      <w:r>
        <w:t xml:space="preserve">Wird die Aussetzung abgelehnt, so kann das Gericht Leistungen, die der Jugendliche zur Erfüllung von Weisungen, Auflagen, Zusagen oder Anerbieten erbracht hat, auf die Jugendstrafe anrechnen. </w:t>
      </w:r>
      <w:r>
        <w:rPr>
          <w:rStyle w:val="Satznummer"/>
        </w:rPr>
        <w:t>2</w:t>
      </w:r>
      <w:r>
        <w:t xml:space="preserve">Das Gericht hat die Leistungen anzurechnen, wenn die Rechtsfolgen der Tat andernfalls das Maß der Schuld übersteigen würden. </w:t>
      </w:r>
      <w:r>
        <w:rPr>
          <w:rStyle w:val="Satznummer"/>
        </w:rPr>
        <w:t>3</w:t>
      </w:r>
      <w:r>
        <w:t xml:space="preserve">Im Hinblick auf Jugendarrest, der nach </w:t>
      </w:r>
      <w:hyperlink w:anchor="b22" w:history="1">
        <w:r>
          <w:rPr>
            <w:color w:val="0A3A8C"/>
            <w:u w:val="single"/>
          </w:rPr>
          <w:t xml:space="preserve">§ 16a</w:t>
        </w:r>
      </w:hyperlink>
      <w:r>
        <w:t xml:space="preserve"> verhängt wurde (</w:t>
      </w:r>
      <w:hyperlink w:anchor="b87" w:history="1">
        <w:r>
          <w:rPr>
            <w:color w:val="0A3A8C"/>
            <w:u w:val="single"/>
          </w:rPr>
          <w:t xml:space="preserve">§ 61</w:t>
        </w:r>
      </w:hyperlink>
      <w:r>
        <w:t xml:space="preserve"> Absatz 3 Satz 1), gilt </w:t>
      </w:r>
      <w:hyperlink w:anchor="b34" w:history="1">
        <w:r>
          <w:rPr>
            <w:color w:val="0A3A8C"/>
            <w:u w:val="single"/>
          </w:rPr>
          <w:t xml:space="preserve">§ 26</w:t>
        </w:r>
      </w:hyperlink>
      <w:r>
        <w:t xml:space="preserve"> Absatz 3 Satz 3 entsprechend.</w:t>
      </w:r>
    </w:p>
    <w:p>
      <w:pPr>
        <w:pStyle w:val="Heading4"/>
      </w:pPr>
      <w:bookmarkStart w:id="91" w:name="b90"/>
      <w:r>
        <w:t>Fünfter Unterabschnitt Verfahren bei Aussetzung der Verhängung der Jugendstrafe</w:t>
      </w:r>
      <w:bookmarkEnd w:id="91"/>
    </w:p>
    <w:p>
      <w:pPr>
        <w:pStyle w:val="Heading5"/>
      </w:pPr>
      <w:bookmarkStart w:id="92" w:name="b91"/>
      <w:r>
        <w:t>§ 62 Entscheidungen</w:t>
      </w:r>
      <w:r>
        <w:t xml:space="preserve"> </w:t>
      </w:r>
      <w:r>
        <w:rPr>
          <w:rStyle w:val="Suchmarke"/>
        </w:rPr>
        <w:t>#62#</w:t>
      </w:r>
      <w:bookmarkEnd w:id="92"/>
    </w:p>
    <w:p>
      <w:r>
        <w:t xml:space="preserve">(1) </w:t>
      </w:r>
      <w:r>
        <w:rPr>
          <w:rStyle w:val="Satznummer"/>
        </w:rPr>
        <w:t>1</w:t>
      </w:r>
      <w:r>
        <w:t xml:space="preserve">Entscheidungen nach den </w:t>
      </w:r>
      <w:hyperlink w:anchor="b37" w:history="1">
        <w:r>
          <w:rPr>
            <w:color w:val="0A3A8C"/>
            <w:u w:val="single"/>
          </w:rPr>
          <w:t xml:space="preserve">§§ 27</w:t>
        </w:r>
      </w:hyperlink>
      <w:r>
        <w:t xml:space="preserve"> und </w:t>
      </w:r>
      <w:hyperlink w:anchor="b40" w:history="1">
        <w:r>
          <w:rPr>
            <w:color w:val="0A3A8C"/>
            <w:u w:val="single"/>
          </w:rPr>
          <w:t xml:space="preserve">30</w:t>
        </w:r>
      </w:hyperlink>
      <w:r>
        <w:t xml:space="preserve"> ergehen auf Grund einer Hauptverhandlung durch Urteil. </w:t>
      </w:r>
      <w:r>
        <w:rPr>
          <w:rStyle w:val="Satznummer"/>
        </w:rPr>
        <w:t>2</w:t>
      </w:r>
      <w:r>
        <w:t>Für die Entscheidung über die Aussetzung der Verhängung der Jugendstrafe gilt § 267 Abs. 3 Satz 4 der Strafprozeßordnung sinngemäß.</w:t>
      </w:r>
    </w:p>
    <w:p>
      <w:r>
        <w:t>(2) Mit Zustimmung des Staatsanwalts kann die Tilgung des Schuldspruchs nach Ablauf der Bewährungszeit auch ohne Hauptverhandlung durch Beschluß angeordnet werden.</w:t>
      </w:r>
    </w:p>
    <w:p>
      <w:r>
        <w:t>(3) Ergibt eine während der Bewährungszeit durchgeführte Hauptverhandlung nicht, daß eine Jugendstrafe erforderlich ist (</w:t>
      </w:r>
      <w:hyperlink w:anchor="b40" w:history="1">
        <w:r>
          <w:rPr>
            <w:color w:val="0A3A8C"/>
            <w:u w:val="single"/>
          </w:rPr>
          <w:t xml:space="preserve">§ 30</w:t>
        </w:r>
      </w:hyperlink>
      <w:r>
        <w:t xml:space="preserve"> Abs. 1), so ergeht der Beschluß, daß die Entscheidung über die Verhängung der Strafe ausgesetzt bleibt.</w:t>
      </w:r>
    </w:p>
    <w:p>
      <w:r>
        <w:t xml:space="preserve">(4) Für die übrigen Entscheidungen, die infolge einer Aussetzung der Verhängung der Jugendstrafe erforderlich werden, gilt </w:t>
      </w:r>
      <w:hyperlink w:anchor="b84" w:history="1">
        <w:r>
          <w:rPr>
            <w:color w:val="0A3A8C"/>
            <w:u w:val="single"/>
          </w:rPr>
          <w:t xml:space="preserve">§ 58</w:t>
        </w:r>
      </w:hyperlink>
      <w:r>
        <w:t xml:space="preserve"> Abs. 1 Satz 1, 2 und 4 und Abs. 3 Satz 1 sinngemäß.</w:t>
      </w:r>
    </w:p>
    <w:p>
      <w:pPr>
        <w:pStyle w:val="Heading5"/>
      </w:pPr>
      <w:bookmarkStart w:id="93" w:name="b92"/>
      <w:r>
        <w:t>§ 63 Anfechtung</w:t>
      </w:r>
      <w:r>
        <w:t xml:space="preserve"> </w:t>
      </w:r>
      <w:r>
        <w:rPr>
          <w:rStyle w:val="Suchmarke"/>
        </w:rPr>
        <w:t>#63#</w:t>
      </w:r>
      <w:bookmarkEnd w:id="93"/>
    </w:p>
    <w:p>
      <w:r>
        <w:t>(1) Ein Beschluß, durch den der Schuldspruch nach Ablauf der Bewährungszeit getilgt wird (</w:t>
      </w:r>
      <w:hyperlink w:anchor="b91" w:history="1">
        <w:r>
          <w:rPr>
            <w:color w:val="0A3A8C"/>
            <w:u w:val="single"/>
          </w:rPr>
          <w:t xml:space="preserve">§ 62</w:t>
        </w:r>
      </w:hyperlink>
      <w:r>
        <w:t xml:space="preserve"> Abs. 2) oder die Entscheidung über die Verhängung der Jugendstrafe ausgesetzt bleibt (</w:t>
      </w:r>
      <w:hyperlink w:anchor="b91" w:history="1">
        <w:r>
          <w:rPr>
            <w:color w:val="0A3A8C"/>
            <w:u w:val="single"/>
          </w:rPr>
          <w:t xml:space="preserve">§ 62</w:t>
        </w:r>
      </w:hyperlink>
      <w:r>
        <w:t xml:space="preserve"> Abs. 3), ist nicht anfechtbar.</w:t>
      </w:r>
    </w:p>
    <w:p>
      <w:r>
        <w:t xml:space="preserve">(2) Im übrigen gilt </w:t>
      </w:r>
      <w:hyperlink w:anchor="b85" w:history="1">
        <w:r>
          <w:rPr>
            <w:color w:val="0A3A8C"/>
            <w:u w:val="single"/>
          </w:rPr>
          <w:t xml:space="preserve">§ 59</w:t>
        </w:r>
      </w:hyperlink>
      <w:r>
        <w:t xml:space="preserve"> Abs. 2 und 5 sinngemäß.</w:t>
      </w:r>
    </w:p>
    <w:p>
      <w:pPr>
        <w:pStyle w:val="Heading5"/>
      </w:pPr>
      <w:bookmarkStart w:id="94" w:name="b93"/>
      <w:r>
        <w:t>§ 64 Bewährungsplan</w:t>
      </w:r>
      <w:r>
        <w:t xml:space="preserve"> </w:t>
      </w:r>
      <w:r>
        <w:rPr>
          <w:rStyle w:val="Suchmarke"/>
        </w:rPr>
        <w:t>#64#</w:t>
      </w:r>
      <w:bookmarkEnd w:id="94"/>
    </w:p>
    <w:p>
      <w:r>
        <w:rPr>
          <w:rStyle w:val="Satznummer"/>
        </w:rPr>
        <w:t>1</w:t>
      </w:r>
      <w:hyperlink w:anchor="b86" w:history="1">
        <w:r>
          <w:rPr>
            <w:color w:val="0A3A8C"/>
            <w:u w:val="single"/>
          </w:rPr>
          <w:t xml:space="preserve">§ 60</w:t>
        </w:r>
      </w:hyperlink>
      <w:r>
        <w:t xml:space="preserve"> gilt sinngemäß. </w:t>
      </w:r>
      <w:r>
        <w:rPr>
          <w:rStyle w:val="Satznummer"/>
        </w:rPr>
        <w:t>2</w:t>
      </w:r>
      <w:r>
        <w:t>Der Jugendliche ist über die Bedeutung der Aussetzung, die Bewährungs- und Unterstellungszeit, die Weisungen und Auflagen sowie darüber zu belehren, daß er die Festsetzung einer Jugendstrafe zu erwarten habe, wenn er sich während der Bewährungszeit schlecht führe.</w:t>
      </w:r>
    </w:p>
    <w:p>
      <w:pPr>
        <w:pStyle w:val="Heading4"/>
      </w:pPr>
      <w:bookmarkStart w:id="95" w:name="b94"/>
      <w:r>
        <w:t>Sechster Unterabschnitt Ergänzende Entscheidungen</w:t>
      </w:r>
      <w:bookmarkEnd w:id="95"/>
    </w:p>
    <w:p>
      <w:pPr>
        <w:pStyle w:val="Heading5"/>
      </w:pPr>
      <w:bookmarkStart w:id="96" w:name="b95"/>
      <w:r>
        <w:t>§ 65 Nachträgliche Entscheidungen über Weisungen und Auflagen</w:t>
      </w:r>
      <w:r>
        <w:t xml:space="preserve"> </w:t>
      </w:r>
      <w:r>
        <w:rPr>
          <w:rStyle w:val="Suchmarke"/>
        </w:rPr>
        <w:t>#65#</w:t>
      </w:r>
      <w:bookmarkEnd w:id="96"/>
    </w:p>
    <w:p>
      <w:r>
        <w:t xml:space="preserve">(1) </w:t>
      </w:r>
      <w:r>
        <w:rPr>
          <w:rStyle w:val="Satznummer"/>
        </w:rPr>
        <w:t>1</w:t>
      </w:r>
      <w:r>
        <w:t>Nachträgliche Entscheidungen, die sich auf Weisungen (</w:t>
      </w:r>
      <w:hyperlink w:anchor="b15" w:history="1">
        <w:r>
          <w:rPr>
            <w:color w:val="0A3A8C"/>
            <w:u w:val="single"/>
          </w:rPr>
          <w:t xml:space="preserve">§ 11</w:t>
        </w:r>
      </w:hyperlink>
      <w:r>
        <w:t xml:space="preserve"> Abs. 2, 3) oder Auflagen (</w:t>
      </w:r>
      <w:hyperlink w:anchor="b20" w:history="1">
        <w:r>
          <w:rPr>
            <w:color w:val="0A3A8C"/>
            <w:u w:val="single"/>
          </w:rPr>
          <w:t xml:space="preserve">§ 15</w:t>
        </w:r>
      </w:hyperlink>
      <w:r>
        <w:t xml:space="preserve"> Abs. 3) beziehen, trifft der Richter des ersten Rechtszuges nach Anhören des Staatsanwalts und des Jugendlichen durch Beschluß. </w:t>
      </w:r>
      <w:r>
        <w:rPr>
          <w:rStyle w:val="Satznummer"/>
        </w:rPr>
        <w:t>2</w:t>
      </w:r>
      <w:r>
        <w:t xml:space="preserve">Soweit erforderlich, sind der Vertreter der Jugendgerichtshilfe, der nach </w:t>
      </w:r>
      <w:hyperlink w:anchor="b14" w:history="1">
        <w:r>
          <w:rPr>
            <w:color w:val="0A3A8C"/>
            <w:u w:val="single"/>
          </w:rPr>
          <w:t xml:space="preserve">§ 10</w:t>
        </w:r>
      </w:hyperlink>
      <w:r>
        <w:t xml:space="preserve"> Abs. 1 Satz 3 Nr. 5 bestellte Betreuungshelfer und der nach </w:t>
      </w:r>
      <w:hyperlink w:anchor="b14" w:history="1">
        <w:r>
          <w:rPr>
            <w:color w:val="0A3A8C"/>
            <w:u w:val="single"/>
          </w:rPr>
          <w:t xml:space="preserve">§ 10</w:t>
        </w:r>
      </w:hyperlink>
      <w:r>
        <w:t xml:space="preserve"> Abs. 1 Satz 3 Nr. 6 tätige Leiter eines sozialen Trainingskurses zu hören. </w:t>
      </w:r>
      <w:r>
        <w:rPr>
          <w:rStyle w:val="Satznummer"/>
        </w:rPr>
        <w:t>3</w:t>
      </w:r>
      <w:r>
        <w:t xml:space="preserve">Wenn die Verhängung von Jugendarrest in Betracht kommt, ist dem Jugendlichen Gelegenheit zur mündlichen Äußerung vor dem Richter zu geben. </w:t>
      </w:r>
      <w:r>
        <w:rPr>
          <w:rStyle w:val="Satznummer"/>
        </w:rPr>
        <w:t>4</w:t>
      </w:r>
      <w:r>
        <w:t xml:space="preserve">Der Richter kann das Verfahren an den Jugendrichter abgeben, in dessen Bezirk sich der Jugendliche aufhält, wenn dieser seinen Aufenthalt gewechselt hat. </w:t>
      </w:r>
      <w:r>
        <w:rPr>
          <w:rStyle w:val="Satznummer"/>
        </w:rPr>
        <w:t>5</w:t>
      </w:r>
      <w:hyperlink w:anchor="b59" w:history="1">
        <w:r>
          <w:rPr>
            <w:color w:val="0A3A8C"/>
            <w:u w:val="single"/>
          </w:rPr>
          <w:t xml:space="preserve">§ 42</w:t>
        </w:r>
      </w:hyperlink>
      <w:r>
        <w:t xml:space="preserve"> Abs. 3 Satz 2 gilt entsprechend.</w:t>
      </w:r>
    </w:p>
    <w:p>
      <w:r>
        <w:t xml:space="preserve">(2) </w:t>
      </w:r>
      <w:r>
        <w:rPr>
          <w:rStyle w:val="Satznummer"/>
        </w:rPr>
        <w:t>1</w:t>
      </w:r>
      <w:r>
        <w:t xml:space="preserve">Hat der Richter die Änderung von Weisungen abgelehnt, so ist der Beschluß nicht anfechtbar. </w:t>
      </w:r>
      <w:r>
        <w:rPr>
          <w:rStyle w:val="Satznummer"/>
        </w:rPr>
        <w:t>2</w:t>
      </w:r>
      <w:r>
        <w:t xml:space="preserve">Hat er Jugendarrest verhängt, so ist gegen den Beschluß sofortige Beschwerde zulässig. </w:t>
      </w:r>
      <w:r>
        <w:rPr>
          <w:rStyle w:val="Satznummer"/>
        </w:rPr>
        <w:t>3</w:t>
      </w:r>
      <w:r>
        <w:t>Diese hat aufschiebende Wirkung.</w:t>
      </w:r>
    </w:p>
    <w:p>
      <w:pPr>
        <w:pStyle w:val="Heading5"/>
      </w:pPr>
      <w:bookmarkStart w:id="97" w:name="b96"/>
      <w:r>
        <w:t>§ 66 Ergänzung rechtskräftiger Entscheidungen bei mehrfacher Verurteilung</w:t>
      </w:r>
      <w:r>
        <w:t xml:space="preserve"> </w:t>
      </w:r>
      <w:r>
        <w:rPr>
          <w:rStyle w:val="Suchmarke"/>
        </w:rPr>
        <w:t>#66#</w:t>
      </w:r>
      <w:bookmarkEnd w:id="97"/>
    </w:p>
    <w:p>
      <w:r>
        <w:t xml:space="preserve">(1) </w:t>
      </w:r>
      <w:r>
        <w:rPr>
          <w:rStyle w:val="Satznummer"/>
        </w:rPr>
        <w:t>1</w:t>
      </w:r>
      <w:r>
        <w:t>Ist die einheitliche Festsetzung von Maßnahmen oder Jugendstrafe (</w:t>
      </w:r>
      <w:hyperlink w:anchor="b42" w:history="1">
        <w:r>
          <w:rPr>
            <w:color w:val="0A3A8C"/>
            <w:u w:val="single"/>
          </w:rPr>
          <w:t xml:space="preserve">§ 31</w:t>
        </w:r>
      </w:hyperlink>
      <w:r>
        <w:t xml:space="preserve">) unterblieben und sind die durch die rechtskräftigen Entscheidungen erkannten Erziehungsmaßregeln, Zuchtmittel und Strafen noch nicht vollständig ausgeführt, verbüßt oder sonst erledigt, so trifft der Richter eine solche Entscheidung nachträglich. </w:t>
      </w:r>
      <w:r>
        <w:rPr>
          <w:rStyle w:val="Satznummer"/>
        </w:rPr>
        <w:t>2</w:t>
      </w:r>
      <w:r>
        <w:t>Dies gilt nicht, soweit der Richter nach § 31 Abs. 3 von der Einbeziehung rechtskräftig abgeurteilter Straftaten abgesehen hatte.</w:t>
      </w:r>
    </w:p>
    <w:p>
      <w:r>
        <w:t xml:space="preserve">(2) </w:t>
      </w:r>
      <w:r>
        <w:rPr>
          <w:rStyle w:val="Satznummer"/>
        </w:rPr>
        <w:t>1</w:t>
      </w:r>
      <w:r>
        <w:t xml:space="preserve">Die Entscheidung ergeht auf Grund einer Hauptverhandlung durch Urteil, wenn der Staatsanwalt es beantragt oder der Vorsitzende es für angemessen hält. </w:t>
      </w:r>
      <w:r>
        <w:rPr>
          <w:rStyle w:val="Satznummer"/>
        </w:rPr>
        <w:t>2</w:t>
      </w:r>
      <w:r>
        <w:t xml:space="preserve">Wird keine Hauptverhandlung durchgeführt, so entscheidet der Richter durch Beschluß. </w:t>
      </w:r>
      <w:r>
        <w:rPr>
          <w:rStyle w:val="Satznummer"/>
        </w:rPr>
        <w:t>3</w:t>
      </w:r>
      <w:r>
        <w:t xml:space="preserve">Für die Zuständigkeit und das Beschlußverfahren gilt dasselbe wie für die nachträgliche Bildung einer Gesamtstrafe nach den allgemeinen Vorschriften. </w:t>
      </w:r>
      <w:r>
        <w:rPr>
          <w:rStyle w:val="Satznummer"/>
        </w:rPr>
        <w:t>4</w:t>
      </w:r>
      <w:r>
        <w:t>Ist eine Jugendstrafe teilweise verbüßt, so ist der Richter zuständig, dem die Aufgaben des Vollstreckungsleiters obliegen.</w:t>
      </w:r>
    </w:p>
    <w:p>
      <w:pPr>
        <w:pStyle w:val="Heading4"/>
      </w:pPr>
      <w:bookmarkStart w:id="98" w:name="b97"/>
      <w:r>
        <w:t>Siebenter Unterabschnitt Gemeinsame Verfahrensvorschriften</w:t>
      </w:r>
      <w:bookmarkEnd w:id="98"/>
    </w:p>
    <w:p>
      <w:pPr>
        <w:pStyle w:val="Heading5"/>
      </w:pPr>
      <w:bookmarkStart w:id="99" w:name="b98"/>
      <w:r>
        <w:t>§ 67 Stellung der Erziehungsberechtigten und der gesetzlichen Vertreter</w:t>
      </w:r>
      <w:r>
        <w:t xml:space="preserve"> </w:t>
      </w:r>
      <w:r>
        <w:rPr>
          <w:rStyle w:val="Suchmarke"/>
        </w:rPr>
        <w:t>#67#</w:t>
      </w:r>
      <w:bookmarkEnd w:id="99"/>
    </w:p>
    <w:p>
      <w:r>
        <w:t>(1) Soweit der Beschuldigte ein Recht darauf hat, gehört zu werden oder Fragen und Anträge zu stellen, steht dieses Recht auch den Erziehungsberechtigten und den gesetzlichen Vertretern zu.</w:t>
      </w:r>
    </w:p>
    <w:p>
      <w:r>
        <w:t>(2) Die Rechte der gesetzlichen Vertreter zur Wahl eines Verteidigers und zur Einlegung von Rechtsbehelfen stehen auch den Erziehungsberechtigten zu.</w:t>
      </w:r>
    </w:p>
    <w:p>
      <w:r>
        <w:t xml:space="preserve">(3) </w:t>
      </w:r>
      <w:r>
        <w:rPr>
          <w:rStyle w:val="Satznummer"/>
        </w:rPr>
        <w:t>1</w:t>
      </w:r>
      <w:r>
        <w:t>Bei Untersuchungshandlungen, bei denen der Jugendliche ein Recht darauf hat, anwesend zu sein, namentlich bei seiner Vernehmung, ist den Erziehungsberechtigten und den gesetzlichen Vertretern die Anwesenheit gestattet, soweit</w:t>
      </w:r>
    </w:p>
    <w:p>
      <w:pPr>
        <w:tabs>
          <w:tab w:pos="567" w:val="left"/>
        </w:tabs>
        <w:ind w:left="567" w:hanging="567"/>
      </w:pPr>
      <w:r>
        <w:t>1.</w:t>
      </w:r>
      <w:r>
        <w:tab/>
      </w:r>
      <w:r>
        <w:t>dies dem Wohl des Jugendlichen dient und</w:t>
      </w:r>
    </w:p>
    <w:p>
      <w:pPr>
        <w:tabs>
          <w:tab w:pos="567" w:val="left"/>
        </w:tabs>
        <w:ind w:left="567" w:hanging="567"/>
      </w:pPr>
      <w:r>
        <w:t>2.</w:t>
      </w:r>
      <w:r>
        <w:tab/>
      </w:r>
      <w:r>
        <w:t>ihre Anwesenheit das Strafverfahren nicht beeinträchtigt.</w:t>
      </w:r>
    </w:p>
    <w:p>
      <w:r>
        <w:rPr>
          <w:rStyle w:val="Satznummer"/>
        </w:rPr>
        <w:t>2</w:t>
      </w:r>
      <w:r>
        <w:t xml:space="preserve">Die Voraussetzungen des Satzes 1 Nummer 1 und 2 sind in der Regel erfüllt, wenn keiner der in </w:t>
      </w:r>
      <w:hyperlink w:anchor="b73" w:history="1">
        <w:r>
          <w:rPr>
            <w:color w:val="0A3A8C"/>
            <w:u w:val="single"/>
          </w:rPr>
          <w:t xml:space="preserve">§ 51</w:t>
        </w:r>
      </w:hyperlink>
      <w:r>
        <w:t xml:space="preserve"> Absatz 2 genannten Ausschlussgründe und keine entsprechend § 177 des Gerichtsverfassungsgesetzes zu behandelnde Missachtung einer zur Aufrechterhaltung der Ordnung getroffenen Anordnung vorliegt. </w:t>
      </w:r>
      <w:r>
        <w:rPr>
          <w:rStyle w:val="Satznummer"/>
        </w:rPr>
        <w:t>3</w:t>
      </w:r>
      <w:r>
        <w:t>Ist kein Erziehungsberechtigter und kein gesetzlicher Vertreter anwesend, weil diesen die Anwesenheit versagt wird oder weil binnen angemessener Frist kein Erziehungsberechtigter und kein gesetzlicher Vertreter erreicht werden konnte, so ist einer anderen für den Schutz der Interessen des Jugendlichen geeigneten volljährigen Person die Anwesenheit zu gestatten, wenn die Voraussetzungen des Satzes 1 Nummer 1 und 2 im Hinblick auf diese Person erfüllt sind.</w:t>
      </w:r>
    </w:p>
    <w:p>
      <w:r>
        <w:t xml:space="preserve">(4) </w:t>
      </w:r>
      <w:r>
        <w:rPr>
          <w:rStyle w:val="Satznummer"/>
        </w:rPr>
        <w:t>1</w:t>
      </w:r>
      <w:r>
        <w:t xml:space="preserve">Das Jugendgericht kann die Rechte nach den Absätzen 1 bis 3 Erziehungsberechtigten und gesetzlichen Vertretern entziehen, soweit sie verdächtig sind, an der Verfehlung des Beschuldigten beteiligt zu sein, oder soweit sie wegen einer Beteiligung verurteilt sind. </w:t>
      </w:r>
      <w:r>
        <w:rPr>
          <w:rStyle w:val="Satznummer"/>
        </w:rPr>
        <w:t>2</w:t>
      </w:r>
      <w:r>
        <w:t xml:space="preserve">Liegen die Voraussetzungen des Satzes 1 bei einem Erziehungsberechtigten oder einem gesetzlichen Vertreter vor, so kann der Richter die Entziehung gegen beide aussprechen, wenn ein Mißbrauch der Rechte zu befürchten ist. </w:t>
      </w:r>
      <w:r>
        <w:rPr>
          <w:rStyle w:val="Satznummer"/>
        </w:rPr>
        <w:t>3</w:t>
      </w:r>
      <w:r>
        <w:t xml:space="preserve">Stehen den Erziehungsberechtigten und den gesetzlichen Vertretern ihre Rechte nicht mehr zu, so bestellt das Familiengericht einen Pfleger zur Wahrnehmung der Interessen des Beschuldigten im anhängigen Strafverfahren. </w:t>
      </w:r>
      <w:r>
        <w:rPr>
          <w:rStyle w:val="Satznummer"/>
        </w:rPr>
        <w:t>4</w:t>
      </w:r>
      <w:r>
        <w:t>Die Hauptverhandlung wird bis zur Bestellung des Pflegers ausgesetzt.</w:t>
      </w:r>
    </w:p>
    <w:p>
      <w:r>
        <w:t xml:space="preserve">(5) </w:t>
      </w:r>
      <w:r>
        <w:rPr>
          <w:rStyle w:val="Satznummer"/>
        </w:rPr>
        <w:t>1</w:t>
      </w:r>
      <w:r>
        <w:t xml:space="preserve">Sind mehrere erziehungsberechtigt, so kann jeder von ihnen die in diesem Gesetz bestimmten Rechte der Erziehungsberechtigten ausüben. </w:t>
      </w:r>
      <w:r>
        <w:rPr>
          <w:rStyle w:val="Satznummer"/>
        </w:rPr>
        <w:t>2</w:t>
      </w:r>
      <w:r>
        <w:t xml:space="preserve">In der Hauptverhandlung oder in einer sonstigen gerichtlichen Verhandlung werden abwesende Erziehungsberechtigte als durch anwesende vertreten angesehen. </w:t>
      </w:r>
      <w:r>
        <w:rPr>
          <w:rStyle w:val="Satznummer"/>
        </w:rPr>
        <w:t>3</w:t>
      </w:r>
      <w:r>
        <w:t>Sind Mitteilungen oder Ladungen vorgeschrieben, so genügt es, wenn sie an eine erziehungsberechtigte Person gerichtet werden.</w:t>
      </w:r>
    </w:p>
    <w:p>
      <w:pPr>
        <w:pStyle w:val="Heading5"/>
      </w:pPr>
      <w:bookmarkStart w:id="100" w:name="b99"/>
      <w:r>
        <w:t>§ 67a Unterrichtung der Erziehungsberechtigten und der gesetzlichen Vertreter</w:t>
      </w:r>
      <w:r>
        <w:t xml:space="preserve"> </w:t>
      </w:r>
      <w:r>
        <w:rPr>
          <w:rStyle w:val="Suchmarke"/>
        </w:rPr>
        <w:t>#67a#</w:t>
      </w:r>
      <w:bookmarkEnd w:id="100"/>
    </w:p>
    <w:p>
      <w:r>
        <w:t>(1) Ist eine Mitteilung an den Beschuldigten vorgeschrieben, so soll die entsprechende Mitteilung an die Erziehungsberechtigten und die gesetzlichen Vertreter gerichtet werden.</w:t>
      </w:r>
    </w:p>
    <w:p>
      <w:r>
        <w:t xml:space="preserve">(2) </w:t>
      </w:r>
      <w:r>
        <w:rPr>
          <w:rStyle w:val="Satznummer"/>
        </w:rPr>
        <w:t>1</w:t>
      </w:r>
      <w:r>
        <w:t xml:space="preserve">Die Informationen, die der Jugendliche nach </w:t>
      </w:r>
      <w:hyperlink w:anchor="b105" w:history="1">
        <w:r>
          <w:rPr>
            <w:color w:val="0A3A8C"/>
            <w:u w:val="single"/>
          </w:rPr>
          <w:t xml:space="preserve">§ 70a</w:t>
        </w:r>
      </w:hyperlink>
      <w:r>
        <w:t xml:space="preserve"> zu erhalten hat, sind jeweils so bald wie möglich auch den Erziehungsberechtigten und den gesetzlichen Vertretern zu erteilen. </w:t>
      </w:r>
      <w:r>
        <w:rPr>
          <w:rStyle w:val="Satznummer"/>
        </w:rPr>
        <w:t>2</w:t>
      </w:r>
      <w:r>
        <w:t>Wird dem Jugendlichen einstweilig die Freiheit entzogen, sind die Erziehungsberechtigten und die gesetzlichen Vertreter so bald wie möglich über den Freiheitsentzug und die Gründe hierfür zu unterrichten.</w:t>
      </w:r>
    </w:p>
    <w:p>
      <w:r>
        <w:t>(3) Mitteilungen und Informationen nach den Absätzen 1 und 2 an Erziehungsberechtigte und gesetzliche Vertreter unterbleiben, soweit</w:t>
      </w:r>
    </w:p>
    <w:p>
      <w:pPr>
        <w:tabs>
          <w:tab w:pos="567" w:val="left"/>
        </w:tabs>
        <w:ind w:left="567" w:hanging="567"/>
      </w:pPr>
      <w:r>
        <w:t>1.</w:t>
      </w:r>
      <w:r>
        <w:tab/>
      </w:r>
      <w:r>
        <w:t xml:space="preserve">auf Grund der Unterrichtung eine erhebliche Beeinträchtigung des Wohls des Jugendlichen zu besorgen wäre, insbesondere bei einer Gefährdung des Lebens, des Leibes oder der Freiheit des Jugendlichen oder bei Vorliegen der Voraussetzungen des </w:t>
      </w:r>
      <w:hyperlink w:anchor="b98" w:history="1">
        <w:r>
          <w:rPr>
            <w:color w:val="0A3A8C"/>
            <w:u w:val="single"/>
          </w:rPr>
          <w:t xml:space="preserve">§ 67</w:t>
        </w:r>
      </w:hyperlink>
      <w:r>
        <w:t xml:space="preserve"> Absatz 4 Satz 1 oder 2,</w:t>
      </w:r>
    </w:p>
    <w:p>
      <w:pPr>
        <w:tabs>
          <w:tab w:pos="567" w:val="left"/>
        </w:tabs>
        <w:ind w:left="567" w:hanging="567"/>
      </w:pPr>
      <w:r>
        <w:t>2.</w:t>
      </w:r>
      <w:r>
        <w:tab/>
      </w:r>
      <w:r>
        <w:t>auf Grund der Unterrichtung der Zweck der Untersuchung erheblich gefährdet würde oder</w:t>
      </w:r>
    </w:p>
    <w:p>
      <w:pPr>
        <w:tabs>
          <w:tab w:pos="567" w:val="left"/>
        </w:tabs>
        <w:ind w:left="567" w:hanging="567"/>
      </w:pPr>
      <w:r>
        <w:t>3.</w:t>
      </w:r>
      <w:r>
        <w:tab/>
      </w:r>
      <w:r>
        <w:t>Erziehungsberechtigte oder gesetzliche Vertreter binnen angemessener Frist nicht erreicht werden können.</w:t>
      </w:r>
    </w:p>
    <w:p>
      <w:r>
        <w:t xml:space="preserve">(4) </w:t>
      </w:r>
      <w:r>
        <w:rPr>
          <w:rStyle w:val="Satznummer"/>
        </w:rPr>
        <w:t>1</w:t>
      </w:r>
      <w:r>
        <w:t xml:space="preserve">Werden nach Absatz 3 weder Erziehungsberechtigte noch gesetzliche Vertreter unterrichtet, so ist eine andere für den Schutz der Interessen des Jugendlichen geeignete volljährige Person zu unterrichten. </w:t>
      </w:r>
      <w:r>
        <w:rPr>
          <w:rStyle w:val="Satznummer"/>
        </w:rPr>
        <w:t>2</w:t>
      </w:r>
      <w:r>
        <w:t xml:space="preserve">Dem Jugendlichen soll zuvor Gelegenheit gegeben werden, eine volljährige Person seines Vertrauens zu bezeichnen. </w:t>
      </w:r>
      <w:r>
        <w:rPr>
          <w:rStyle w:val="Satznummer"/>
        </w:rPr>
        <w:t>3</w:t>
      </w:r>
      <w:r>
        <w:t>Eine andere geeignete volljährige Person kann auch der für die Betreuung des Jugendlichen in dem Jugendstrafverfahren zuständige Vertreter der Jugendgerichtshilfe sein.</w:t>
      </w:r>
    </w:p>
    <w:p>
      <w:r>
        <w:t xml:space="preserve">(5) </w:t>
      </w:r>
      <w:r>
        <w:rPr>
          <w:rStyle w:val="Satznummer"/>
        </w:rPr>
        <w:t>1</w:t>
      </w:r>
      <w:r>
        <w:t xml:space="preserve">Liegen Gründe, aus denen Mitteilungen und Informationen nach Absatz 3 unterbleiben können, nicht mehr vor, so sind im weiteren Verfahren vorgeschriebene Mitteilungen und Informationen auch wieder an die betroffenen Erziehungsberechtigten und gesetzlichen Vertreter zu richten. </w:t>
      </w:r>
      <w:r>
        <w:rPr>
          <w:rStyle w:val="Satznummer"/>
        </w:rPr>
        <w:t>2</w:t>
      </w:r>
      <w:r>
        <w:t xml:space="preserve">Außerdem erhalten sie in diesem Fall nachträglich auch solche Mitteilungen und Informationen, die der Jugendliche nach </w:t>
      </w:r>
      <w:hyperlink w:anchor="b105" w:history="1">
        <w:r>
          <w:rPr>
            <w:color w:val="0A3A8C"/>
            <w:u w:val="single"/>
          </w:rPr>
          <w:t xml:space="preserve">§ 70a</w:t>
        </w:r>
      </w:hyperlink>
      <w:r>
        <w:t xml:space="preserve"> bereits erhalten hat, soweit diese im Laufe des Verfahrens von Bedeutung bleiben oder sobald sie Bedeutung erlangen.</w:t>
      </w:r>
    </w:p>
    <w:p>
      <w:r>
        <w:t xml:space="preserve">(6) Für den dauerhaften Entzug der Rechte nach den Absätzen 1 und 2 findet das Verfahren nach </w:t>
      </w:r>
      <w:hyperlink w:anchor="b98" w:history="1">
        <w:r>
          <w:rPr>
            <w:color w:val="0A3A8C"/>
            <w:u w:val="single"/>
          </w:rPr>
          <w:t xml:space="preserve">§ 67</w:t>
        </w:r>
      </w:hyperlink>
      <w:r>
        <w:t xml:space="preserve"> Absatz 4 entsprechende Anwendung.</w:t>
      </w:r>
    </w:p>
    <w:p>
      <w:pPr>
        <w:pStyle w:val="Heading5"/>
      </w:pPr>
      <w:bookmarkStart w:id="101" w:name="b100"/>
      <w:r>
        <w:t>§ 68 Notwendige Verteidigung</w:t>
      </w:r>
      <w:r>
        <w:t xml:space="preserve"> </w:t>
      </w:r>
      <w:r>
        <w:rPr>
          <w:rStyle w:val="Suchmarke"/>
        </w:rPr>
        <w:t>#68#</w:t>
      </w:r>
      <w:bookmarkEnd w:id="101"/>
    </w:p>
    <w:p>
      <w:r>
        <w:t>Ein Fall der notwendigen Verteidigung liegt vor, wenn</w:t>
      </w:r>
    </w:p>
    <w:p>
      <w:pPr>
        <w:tabs>
          <w:tab w:pos="567" w:val="left"/>
        </w:tabs>
        <w:ind w:left="567" w:hanging="567"/>
      </w:pPr>
      <w:r>
        <w:t>1.</w:t>
      </w:r>
      <w:r>
        <w:tab/>
      </w:r>
      <w:r>
        <w:t>im Verfahren gegen einen Erwachsenen ein Fall der notwendigen Verteidigung vorliegen würde,</w:t>
      </w:r>
    </w:p>
    <w:p>
      <w:pPr>
        <w:tabs>
          <w:tab w:pos="567" w:val="left"/>
        </w:tabs>
        <w:ind w:left="567" w:hanging="567"/>
      </w:pPr>
      <w:r>
        <w:t>2.</w:t>
      </w:r>
      <w:r>
        <w:tab/>
      </w:r>
      <w:r>
        <w:t>den Erziehungsberechtigten und den gesetzlichen Vertretern ihre Rechte nach diesem Gesetz entzogen sind,</w:t>
      </w:r>
    </w:p>
    <w:p>
      <w:pPr>
        <w:tabs>
          <w:tab w:pos="567" w:val="left"/>
        </w:tabs>
        <w:ind w:left="567" w:hanging="567"/>
      </w:pPr>
      <w:r>
        <w:t>3.</w:t>
      </w:r>
      <w:r>
        <w:tab/>
      </w:r>
      <w:r>
        <w:t>die Erziehungsberechtigten und die gesetzlichen Vertreter nach § 51 Abs. 2 von der Verhandlung ausgeschlossen worden sind und die Beeinträchtigung in der Wahrnehmung ihrer Rechte durch eine nachträgliche Unterrichtung (</w:t>
      </w:r>
      <w:hyperlink w:anchor="b73" w:history="1">
        <w:r>
          <w:rPr>
            <w:color w:val="0A3A8C"/>
            <w:u w:val="single"/>
          </w:rPr>
          <w:t xml:space="preserve">§ 51</w:t>
        </w:r>
      </w:hyperlink>
      <w:r>
        <w:t xml:space="preserve"> Abs. 4 Satz 2) oder die Anwesenheit einer anderen geeigneten volljährigen Person nicht hinreichend ausgeglichen werden kann,</w:t>
      </w:r>
    </w:p>
    <w:p>
      <w:pPr>
        <w:tabs>
          <w:tab w:pos="567" w:val="left"/>
        </w:tabs>
        <w:ind w:left="567" w:hanging="567"/>
      </w:pPr>
      <w:r>
        <w:t>4.</w:t>
      </w:r>
      <w:r>
        <w:tab/>
      </w:r>
      <w:r>
        <w:t>zur Vorbereitung eines Gutachtens über den Entwicklungsstand des Beschuldigten (</w:t>
      </w:r>
      <w:hyperlink w:anchor="b112" w:history="1">
        <w:r>
          <w:rPr>
            <w:color w:val="0A3A8C"/>
            <w:u w:val="single"/>
          </w:rPr>
          <w:t xml:space="preserve">§ 73</w:t>
        </w:r>
      </w:hyperlink>
      <w:r>
        <w:t>) seine Unterbringung in einer Anstalt in Frage kommt oder</w:t>
      </w:r>
    </w:p>
    <w:p>
      <w:pPr>
        <w:tabs>
          <w:tab w:pos="567" w:val="left"/>
        </w:tabs>
        <w:ind w:left="567" w:hanging="567"/>
      </w:pPr>
      <w:r>
        <w:t>5.</w:t>
      </w:r>
      <w:r>
        <w:tab/>
      </w:r>
      <w:r>
        <w:t>die Verhängung einer Jugendstrafe, die Aussetzung der Verhängung einer Jugendstrafe oder die Anordnung der Unterbringung in einem psychiatrischen Krankenhaus oder in einer Entziehungsanstalt zu erwarten ist.</w:t>
      </w:r>
    </w:p>
    <w:p>
      <w:pPr>
        <w:pStyle w:val="Heading5"/>
      </w:pPr>
      <w:bookmarkStart w:id="102" w:name="b101"/>
      <w:r>
        <w:t>§ 68a Zeitpunkt der Bestellung eines Pflichtverteidigers</w:t>
      </w:r>
      <w:r>
        <w:t xml:space="preserve"> </w:t>
      </w:r>
      <w:r>
        <w:rPr>
          <w:rStyle w:val="Suchmarke"/>
        </w:rPr>
        <w:t>#68a#</w:t>
      </w:r>
      <w:bookmarkEnd w:id="102"/>
    </w:p>
    <w:p>
      <w:r>
        <w:t xml:space="preserve">(1) </w:t>
      </w:r>
      <w:r>
        <w:rPr>
          <w:rStyle w:val="Satznummer"/>
        </w:rPr>
        <w:t>1</w:t>
      </w:r>
      <w:r>
        <w:t xml:space="preserve">In den Fällen der notwendigen Verteidigung wird dem Jugendlichen, der noch keinen Verteidiger hat, ein Pflichtverteidiger spätestens bestellt, bevor eine Vernehmung des Jugendlichen oder eine Gegenüberstellung mit ihm durchgeführt wird. </w:t>
      </w:r>
      <w:r>
        <w:rPr>
          <w:rStyle w:val="Satznummer"/>
        </w:rPr>
        <w:t>2</w:t>
      </w:r>
      <w:r>
        <w:t xml:space="preserve">Dies gilt nicht, wenn ein Fall der notwendigen Verteidigung allein deshalb vorliegt, weil dem Jugendlichen ein Verbrechen zur Last gelegt wird, ein Absehen von der Strafverfolgung nach </w:t>
      </w:r>
      <w:hyperlink w:anchor="b64" w:history="1">
        <w:r>
          <w:rPr>
            <w:color w:val="0A3A8C"/>
            <w:u w:val="single"/>
          </w:rPr>
          <w:t xml:space="preserve">§ 45</w:t>
        </w:r>
      </w:hyperlink>
      <w:r>
        <w:t xml:space="preserve"> Absatz 2 oder 3 zu erwarten ist und die Bestellung eines Pflichtverteidigers zu dem in Satz 1 genannten Zeitpunkt auch unter Berücksichtigung des Wohls des Jugendlichen und der Umstände des Einzelfalls unverhältnismäßig wäre.</w:t>
      </w:r>
    </w:p>
    <w:p>
      <w:r>
        <w:t>(2) § 141 Absatz 2 Satz 2 der Strafprozessordnung ist nicht anzuwenden.</w:t>
      </w:r>
    </w:p>
    <w:p>
      <w:pPr>
        <w:pStyle w:val="Heading5"/>
      </w:pPr>
      <w:bookmarkStart w:id="103" w:name="b102"/>
      <w:r>
        <w:t>§ 68b Vernehmungen und Gegenüberstellungen vor der Bestellung eines Pflichtverteidigers</w:t>
      </w:r>
      <w:r>
        <w:t xml:space="preserve"> </w:t>
      </w:r>
      <w:r>
        <w:rPr>
          <w:rStyle w:val="Suchmarke"/>
        </w:rPr>
        <w:t>#68b#</w:t>
      </w:r>
      <w:bookmarkEnd w:id="103"/>
    </w:p>
    <w:p>
      <w:r>
        <w:rPr>
          <w:rStyle w:val="Satznummer"/>
        </w:rPr>
        <w:t>1</w:t>
      </w:r>
      <w:r>
        <w:t xml:space="preserve">Abweichend von </w:t>
      </w:r>
      <w:hyperlink w:anchor="b101" w:history="1">
        <w:r>
          <w:rPr>
            <w:color w:val="0A3A8C"/>
            <w:u w:val="single"/>
          </w:rPr>
          <w:t xml:space="preserve">§ 68a</w:t>
        </w:r>
      </w:hyperlink>
      <w:r>
        <w:t xml:space="preserve"> Absatz 1 dürfen im Vorverfahren Vernehmungen des Jugendlichen oder Gegenüberstellungen mit ihm vor der Bestellung eines Pflichtverteidigers durchgeführt werden, soweit dies auch unter Berücksichtigung des Wohls des Jugendlichen</w:t>
      </w:r>
    </w:p>
    <w:p>
      <w:pPr>
        <w:tabs>
          <w:tab w:pos="567" w:val="left"/>
        </w:tabs>
        <w:ind w:left="567" w:hanging="567"/>
      </w:pPr>
      <w:r>
        <w:t>1.</w:t>
      </w:r>
      <w:r>
        <w:tab/>
      </w:r>
      <w:r>
        <w:t>zur Abwehr schwerwiegender nachteiliger Auswirkungen auf Leib oder Leben oder die Freiheit einer Person dringend erforderlich ist oder</w:t>
      </w:r>
    </w:p>
    <w:p>
      <w:pPr>
        <w:tabs>
          <w:tab w:pos="567" w:val="left"/>
        </w:tabs>
        <w:ind w:left="567" w:hanging="567"/>
      </w:pPr>
      <w:r>
        <w:t>2.</w:t>
      </w:r>
      <w:r>
        <w:tab/>
      </w:r>
      <w:r>
        <w:t>ein sofortiges Handeln der Strafverfolgungsbehörden zwingend geboten ist, um eine erhebliche Gefährdung eines sich auf eine schwere Straftat beziehenden Strafverfahrens abzuwenden.</w:t>
      </w:r>
    </w:p>
    <w:p>
      <w:r>
        <w:rPr>
          <w:rStyle w:val="Satznummer"/>
        </w:rPr>
        <w:t>2</w:t>
      </w:r>
      <w:r>
        <w:t>Das Recht des Jugendlichen, jederzeit, auch schon vor der Vernehmung, einen von ihm zu wählenden Verteidiger zu befragen, bleibt unberührt.</w:t>
      </w:r>
    </w:p>
    <w:p>
      <w:pPr>
        <w:pStyle w:val="Heading5"/>
      </w:pPr>
      <w:bookmarkStart w:id="104" w:name="b103"/>
      <w:r>
        <w:t>§ 69 Beistand</w:t>
      </w:r>
      <w:r>
        <w:t xml:space="preserve"> </w:t>
      </w:r>
      <w:r>
        <w:rPr>
          <w:rStyle w:val="Suchmarke"/>
        </w:rPr>
        <w:t>#69#</w:t>
      </w:r>
      <w:bookmarkEnd w:id="104"/>
    </w:p>
    <w:p>
      <w:r>
        <w:t>(1) Der Vorsitzende kann dem Beschuldigten in jeder Lage des Verfahrens einen Beistand bestellen, wenn kein Fall der notwendigen Verteidigung vorliegt.</w:t>
      </w:r>
    </w:p>
    <w:p>
      <w:r>
        <w:t>(2) Der Erziehungsberechtigte und der gesetzliche Vertreter dürfen nicht zum Beistand bestellt werden, wenn hierdurch ein Nachteil für die Erziehung zu erwarten wäre.</w:t>
      </w:r>
    </w:p>
    <w:p>
      <w:r>
        <w:t xml:space="preserve">(3) </w:t>
      </w:r>
      <w:r>
        <w:rPr>
          <w:rStyle w:val="Satznummer"/>
        </w:rPr>
        <w:t>1</w:t>
      </w:r>
      <w:r>
        <w:t xml:space="preserve">Dem Beistand kann Akteneinsicht gewährt werden. </w:t>
      </w:r>
      <w:r>
        <w:rPr>
          <w:rStyle w:val="Satznummer"/>
        </w:rPr>
        <w:t>2</w:t>
      </w:r>
      <w:r>
        <w:t xml:space="preserve">Im übrigen hat er in der Hauptverhandlung die Rechte eines Verteidigers. </w:t>
      </w:r>
      <w:r>
        <w:rPr>
          <w:rStyle w:val="Satznummer"/>
        </w:rPr>
        <w:t>3</w:t>
      </w:r>
      <w:r>
        <w:t>Zu einer Vertretung des Angeklagten ist er nicht befugt.</w:t>
      </w:r>
    </w:p>
    <w:p>
      <w:pPr>
        <w:pStyle w:val="Heading5"/>
      </w:pPr>
      <w:bookmarkStart w:id="105" w:name="b104"/>
      <w:r>
        <w:t>§ 70 Mitteilungen an amtliche Stellen</w:t>
      </w:r>
      <w:r>
        <w:t xml:space="preserve"> </w:t>
      </w:r>
      <w:r>
        <w:rPr>
          <w:rStyle w:val="Suchmarke"/>
        </w:rPr>
        <w:t>#70#</w:t>
      </w:r>
      <w:bookmarkEnd w:id="105"/>
    </w:p>
    <w:p>
      <w:r>
        <w:t xml:space="preserve">(1) </w:t>
      </w:r>
      <w:r>
        <w:rPr>
          <w:rStyle w:val="Satznummer"/>
        </w:rPr>
        <w:t>1</w:t>
      </w:r>
      <w:r>
        <w:t xml:space="preserve">Die Jugendgerichtshilfe, in geeigneten Fällen auch das Familiengericht und die Schule werden von der Einleitung und dem Ausgang des Verfahrens unterrichtet. </w:t>
      </w:r>
      <w:r>
        <w:rPr>
          <w:rStyle w:val="Satznummer"/>
        </w:rPr>
        <w:t>2</w:t>
      </w:r>
      <w:r>
        <w:t xml:space="preserve">Sie benachrichtigen die Jugendstaatsanwaltschaft, wenn ihnen bekannt wird, daß gegen den Beschuldigten noch ein anderes Strafverfahren anhängig ist. </w:t>
      </w:r>
      <w:r>
        <w:rPr>
          <w:rStyle w:val="Satznummer"/>
        </w:rPr>
        <w:t>3</w:t>
      </w:r>
      <w:r>
        <w:t>Das Familiengericht teilt der Jugendstaatsanwaltschaft ferner familiengerichtliche Maßnahmen sowie ihre Änderung und Aufhebung mit, soweit nicht für das Familiengericht erkennbar ist, daß schutzwürdige Interessen des Beschuldigten oder einer sonst von der Mitteilung betroffenen Person oder Stelle an dem Ausschluß der Übermittlung überwiegen.</w:t>
      </w:r>
    </w:p>
    <w:p>
      <w:r>
        <w:t xml:space="preserve">(2) </w:t>
      </w:r>
      <w:r>
        <w:rPr>
          <w:rStyle w:val="Satznummer"/>
        </w:rPr>
        <w:t>1</w:t>
      </w:r>
      <w:r>
        <w:t xml:space="preserve">Von der Einleitung des Verfahrens ist die Jugendgerichtshilfe spätestens zum Zeitpunkt der Ladung des Jugendlichen zu seiner ersten Vernehmung als Beschuldigter zu unterrichten. </w:t>
      </w:r>
      <w:r>
        <w:rPr>
          <w:rStyle w:val="Satznummer"/>
        </w:rPr>
        <w:t>2</w:t>
      </w:r>
      <w:r>
        <w:t>Im Fall einer ersten Beschuldigtenvernehmung ohne vorherige Ladung muss die Unterrichtung spätestens unverzüglich nach der Vernehmung erfolgen.</w:t>
      </w:r>
    </w:p>
    <w:p>
      <w:r>
        <w:t xml:space="preserve">(3) </w:t>
      </w:r>
      <w:r>
        <w:rPr>
          <w:rStyle w:val="Satznummer"/>
        </w:rPr>
        <w:t>1</w:t>
      </w:r>
      <w:r>
        <w:t xml:space="preserve">Im Fall des einstweiligen Entzugs der Freiheit des Jugendlichen teilen die den Freiheitsentzug durchführenden Stellen der Jugendstaatsanwaltschaft und dem Jugendgericht von Amts wegen Erkenntnisse mit, die sie auf Grund einer medizinischen Untersuchung erlangt haben, soweit diese Anlass zu Zweifeln geben, ob der Jugendliche verhandlungsfähig oder bestimmten Untersuchungshandlungen oder Maßnahmen gewachsen ist. </w:t>
      </w:r>
      <w:r>
        <w:rPr>
          <w:rStyle w:val="Satznummer"/>
        </w:rPr>
        <w:t>2</w:t>
      </w:r>
      <w:r>
        <w:t>Im Übrigen bleibt § 114e der Strafprozessordnung unberührt.</w:t>
      </w:r>
    </w:p>
    <w:p>
      <w:pPr>
        <w:pStyle w:val="Heading5"/>
      </w:pPr>
      <w:bookmarkStart w:id="106" w:name="b105"/>
      <w:r>
        <w:t>§ 70a Unterrichtung des Jugendlichen</w:t>
      </w:r>
      <w:r>
        <w:t xml:space="preserve"> </w:t>
      </w:r>
      <w:r>
        <w:rPr>
          <w:rStyle w:val="Suchmarke"/>
        </w:rPr>
        <w:t>#70a#</w:t>
      </w:r>
      <w:bookmarkEnd w:id="106"/>
    </w:p>
    <w:p>
      <w:r>
        <w:t xml:space="preserve">(1) </w:t>
      </w:r>
      <w:r>
        <w:rPr>
          <w:rStyle w:val="Satznummer"/>
        </w:rPr>
        <w:t>1</w:t>
      </w:r>
      <w:r>
        <w:t xml:space="preserve">Wenn der Jugendliche davon in Kenntnis gesetzt wird, dass er Beschuldigter ist, so ist er unverzüglich über die Grundzüge eines Jugendstrafverfahrens zu informieren. </w:t>
      </w:r>
      <w:r>
        <w:rPr>
          <w:rStyle w:val="Satznummer"/>
        </w:rPr>
        <w:t>2</w:t>
      </w:r>
      <w:r>
        <w:t xml:space="preserve">Über die nächsten anstehenden Schritte in dem gegen ihn gerichteten Verfahren wird er ebenfalls unverzüglich informiert, sofern der Zweck der Untersuchung dadurch nicht gefährdet wird. </w:t>
      </w:r>
      <w:r>
        <w:rPr>
          <w:rStyle w:val="Satznummer"/>
        </w:rPr>
        <w:t>3</w:t>
      </w:r>
      <w:r>
        <w:t>Außerdem ist der Jugendliche unverzüglich darüber zu unterrichten, dass</w:t>
      </w:r>
    </w:p>
    <w:p>
      <w:pPr>
        <w:tabs>
          <w:tab w:pos="567" w:val="left"/>
        </w:tabs>
        <w:ind w:left="567" w:hanging="567"/>
      </w:pPr>
      <w:r>
        <w:t>1.</w:t>
      </w:r>
      <w:r>
        <w:tab/>
      </w:r>
      <w:r>
        <w:t xml:space="preserve">nach Maßgabe des </w:t>
      </w:r>
      <w:hyperlink w:anchor="b99" w:history="1">
        <w:r>
          <w:rPr>
            <w:color w:val="0A3A8C"/>
            <w:u w:val="single"/>
          </w:rPr>
          <w:t xml:space="preserve">§ 67a</w:t>
        </w:r>
      </w:hyperlink>
      <w:r>
        <w:t xml:space="preserve"> die Erziehungsberechtigten und die gesetzlichen Vertreter oder eine andere geeignete volljährige Person zu informieren sind,</w:t>
      </w:r>
    </w:p>
    <w:p>
      <w:pPr>
        <w:tabs>
          <w:tab w:pos="567" w:val="left"/>
        </w:tabs>
        <w:ind w:left="567" w:hanging="567"/>
      </w:pPr>
      <w:r>
        <w:t>2.</w:t>
      </w:r>
      <w:r>
        <w:tab/>
      </w:r>
      <w:r>
        <w:t>er in den Fällen notwendiger Verteidigung (</w:t>
      </w:r>
      <w:hyperlink w:anchor="b100" w:history="1">
        <w:r>
          <w:rPr>
            <w:color w:val="0A3A8C"/>
            <w:u w:val="single"/>
          </w:rPr>
          <w:t xml:space="preserve">§ 68</w:t>
        </w:r>
      </w:hyperlink>
      <w:r>
        <w:t xml:space="preserve">) nach Maßgabe des § 141 der Strafprozessordnung und des </w:t>
      </w:r>
      <w:hyperlink w:anchor="b101" w:history="1">
        <w:r>
          <w:rPr>
            <w:color w:val="0A3A8C"/>
            <w:u w:val="single"/>
          </w:rPr>
          <w:t xml:space="preserve">§ 68a</w:t>
        </w:r>
      </w:hyperlink>
      <w:r>
        <w:t xml:space="preserve"> die Mitwirkung eines Verteidigers und nach Maßgabe des </w:t>
      </w:r>
      <w:hyperlink w:anchor="b107" w:history="1">
        <w:r>
          <w:rPr>
            <w:color w:val="0A3A8C"/>
            <w:u w:val="single"/>
          </w:rPr>
          <w:t xml:space="preserve">§ 70c</w:t>
        </w:r>
      </w:hyperlink>
      <w:r>
        <w:t xml:space="preserve"> Absatz 4 die Verschiebung oder Unterbrechung seiner Vernehmung für eine angemessene Zeit verlangen kann,</w:t>
      </w:r>
    </w:p>
    <w:p>
      <w:pPr>
        <w:tabs>
          <w:tab w:pos="567" w:val="left"/>
        </w:tabs>
        <w:ind w:left="567" w:hanging="567"/>
      </w:pPr>
      <w:r>
        <w:t>3.</w:t>
      </w:r>
      <w:r>
        <w:tab/>
      </w:r>
      <w:r>
        <w:t xml:space="preserve">nach Maßgabe des </w:t>
      </w:r>
      <w:hyperlink w:anchor="b70" w:history="1">
        <w:r>
          <w:rPr>
            <w:color w:val="0A3A8C"/>
            <w:u w:val="single"/>
          </w:rPr>
          <w:t xml:space="preserve">§ 48</w:t>
        </w:r>
      </w:hyperlink>
      <w:r>
        <w:t xml:space="preserve"> die Verhandlung vor dem erkennenden Gericht grundsätzlich nicht öffentlich ist und dass er bei einer ausnahmsweise öffentlichen Hauptverhandlung unter bestimmten Voraussetzungen den Ausschluss der Öffentlichkeit oder einzelner Personen beantragen kann,</w:t>
      </w:r>
    </w:p>
    <w:p>
      <w:pPr>
        <w:tabs>
          <w:tab w:pos="567" w:val="left"/>
        </w:tabs>
        <w:ind w:left="567" w:hanging="567"/>
      </w:pPr>
      <w:r>
        <w:t>4.</w:t>
      </w:r>
      <w:r>
        <w:tab/>
      </w:r>
      <w:r>
        <w:t xml:space="preserve">er nach </w:t>
      </w:r>
      <w:hyperlink w:anchor="b107" w:history="1">
        <w:r>
          <w:rPr>
            <w:color w:val="0A3A8C"/>
            <w:u w:val="single"/>
          </w:rPr>
          <w:t xml:space="preserve">§ 70c</w:t>
        </w:r>
      </w:hyperlink>
      <w:r>
        <w:t xml:space="preserve"> Absatz 2 Satz 4 dieses Gesetzes in Verbindung mit § 58a Absatz 2 Satz 6 und Absatz 3 Satz 1 der Strafprozessordnung der Überlassung einer Kopie der Aufzeichnung seiner Vernehmung in Bild und Ton an die zur Akteneinsicht Berechtigten widersprechen kann und dass die Überlassung der Aufzeichnung oder die Herausgabe von Kopien an andere Stellen seiner Einwilligung bedarf,</w:t>
      </w:r>
    </w:p>
    <w:p>
      <w:pPr>
        <w:tabs>
          <w:tab w:pos="567" w:val="left"/>
        </w:tabs>
        <w:ind w:left="567" w:hanging="567"/>
      </w:pPr>
      <w:r>
        <w:t>5.</w:t>
      </w:r>
      <w:r>
        <w:tab/>
      </w:r>
      <w:r>
        <w:t xml:space="preserve">er nach Maßgabe des </w:t>
      </w:r>
      <w:hyperlink w:anchor="b98" w:history="1">
        <w:r>
          <w:rPr>
            <w:color w:val="0A3A8C"/>
            <w:u w:val="single"/>
          </w:rPr>
          <w:t xml:space="preserve">§ 67</w:t>
        </w:r>
      </w:hyperlink>
      <w:r>
        <w:t xml:space="preserve"> Absatz 3 bei Untersuchungshandlungen von seinen Erziehungsberechtigten und seinen gesetzlichen Vertretern oder einer anderen geeigneten volljährigen Person begleitet werden kann,</w:t>
      </w:r>
    </w:p>
    <w:p>
      <w:pPr>
        <w:tabs>
          <w:tab w:pos="567" w:val="left"/>
        </w:tabs>
        <w:ind w:left="567" w:hanging="567"/>
      </w:pPr>
      <w:r>
        <w:t>6.</w:t>
      </w:r>
      <w:r>
        <w:tab/>
      </w:r>
      <w:r>
        <w:t>er wegen einer mutmaßlichen Verletzung seiner Rechte durch eine der beteiligten Behörden oder durch das Gericht eine Überprüfung der betroffenen Maßnahmen und Entscheidungen verlangen kann.</w:t>
      </w:r>
    </w:p>
    <w:p>
      <w:r>
        <w:t>(2) Soweit dies im Verfahren von Bedeutung ist oder sobald dies im Verfahren Bedeutung erlangt, ist der Jugendliche außerdem so früh wie möglich über Folgendes zu informieren:</w:t>
      </w:r>
    </w:p>
    <w:p>
      <w:pPr>
        <w:tabs>
          <w:tab w:pos="567" w:val="left"/>
        </w:tabs>
        <w:ind w:left="567" w:hanging="567"/>
      </w:pPr>
      <w:r>
        <w:t>1.</w:t>
      </w:r>
      <w:r>
        <w:tab/>
      </w:r>
      <w:r>
        <w:t xml:space="preserve">die Berücksichtigung seiner persönlichen Verhältnisse und Bedürfnisse im Verfahren nach Maßgabe der </w:t>
      </w:r>
      <w:hyperlink w:anchor="b54" w:history="1">
        <w:r>
          <w:rPr>
            <w:color w:val="0A3A8C"/>
            <w:u w:val="single"/>
          </w:rPr>
          <w:t xml:space="preserve">§§ 38</w:t>
        </w:r>
      </w:hyperlink>
      <w:r>
        <w:t xml:space="preserve">, </w:t>
      </w:r>
      <w:hyperlink w:anchor="b62" w:history="1">
        <w:r>
          <w:rPr>
            <w:color w:val="0A3A8C"/>
            <w:u w:val="single"/>
          </w:rPr>
          <w:t xml:space="preserve">43</w:t>
        </w:r>
      </w:hyperlink>
      <w:r>
        <w:t xml:space="preserve"> und </w:t>
      </w:r>
      <w:hyperlink w:anchor="b66" w:history="1">
        <w:r>
          <w:rPr>
            <w:color w:val="0A3A8C"/>
            <w:u w:val="single"/>
          </w:rPr>
          <w:t xml:space="preserve">46a</w:t>
        </w:r>
      </w:hyperlink>
      <w:r>
        <w:t>,</w:t>
      </w:r>
    </w:p>
    <w:p>
      <w:pPr>
        <w:tabs>
          <w:tab w:pos="567" w:val="left"/>
        </w:tabs>
        <w:ind w:left="567" w:hanging="567"/>
      </w:pPr>
      <w:r>
        <w:t>2.</w:t>
      </w:r>
      <w:r>
        <w:tab/>
      </w:r>
      <w:r>
        <w:t>das Recht auf medizinische Untersuchung, das ihm nach Maßgabe des Landesrechts oder des Rechts der Polizeien des Bundes im Fall des einstweiligen Entzugs der Freiheit zusteht, sowie über das Recht auf medizinische Unterstützung, sofern sich ergibt, dass eine solche während dieses Freiheitsentzugs erforderlich ist,</w:t>
      </w:r>
    </w:p>
    <w:p>
      <w:pPr>
        <w:tabs>
          <w:tab w:pos="567" w:val="left"/>
        </w:tabs>
        <w:ind w:left="567" w:hanging="567"/>
      </w:pPr>
      <w:r>
        <w:t>3.</w:t>
      </w:r>
      <w:r>
        <w:tab/>
      </w:r>
      <w:r>
        <w:t>die Geltung des Verhältnismäßigkeitsgrundsatzes im Fall des einstweiligen Entzugs der Freiheit, namentlich</w:t>
      </w:r>
    </w:p>
    <w:p>
      <w:pPr>
        <w:tabs>
          <w:tab w:pos="1134" w:val="left"/>
        </w:tabs>
        <w:ind w:left="1134" w:hanging="567"/>
      </w:pPr>
      <w:r>
        <w:t>a)</w:t>
      </w:r>
      <w:r>
        <w:tab/>
      </w:r>
      <w:r>
        <w:t>des Vorrangs anderer Maßnahmen, durch die der Zweck des Freiheitsentzugs erreicht werden kann,</w:t>
      </w:r>
    </w:p>
    <w:p>
      <w:pPr>
        <w:tabs>
          <w:tab w:pos="1134" w:val="left"/>
        </w:tabs>
        <w:ind w:left="1134" w:hanging="567"/>
      </w:pPr>
      <w:r>
        <w:t>b)</w:t>
      </w:r>
      <w:r>
        <w:tab/>
      </w:r>
      <w:r>
        <w:t>der Begrenzung des Freiheitsentzugs auf den kürzesten angemessenen Zeitraum und</w:t>
      </w:r>
    </w:p>
    <w:p>
      <w:pPr>
        <w:tabs>
          <w:tab w:pos="1134" w:val="left"/>
        </w:tabs>
        <w:ind w:left="1134" w:hanging="567"/>
      </w:pPr>
      <w:r>
        <w:t>c)</w:t>
      </w:r>
      <w:r>
        <w:tab/>
      </w:r>
      <w:r>
        <w:t>der Berücksichtigung der besonderen Belastungen durch den Freiheitsentzug im Hinblick auf sein Alter und seinen Entwicklungsstand sowie der Berücksichtigung einer anderen besonderen Schutzwürdigkeit,</w:t>
      </w:r>
    </w:p>
    <w:p>
      <w:pPr>
        <w:tabs>
          <w:tab w:pos="567" w:val="left"/>
        </w:tabs>
        <w:ind w:left="567" w:hanging="567"/>
      </w:pPr>
      <w:r>
        <w:t>4.</w:t>
      </w:r>
      <w:r>
        <w:tab/>
      </w:r>
      <w:r>
        <w:t>die zur Haftvermeidung in geeigneten Fällen generell in Betracht kommenden anderen Maßnahmen,</w:t>
      </w:r>
    </w:p>
    <w:p>
      <w:pPr>
        <w:tabs>
          <w:tab w:pos="567" w:val="left"/>
        </w:tabs>
        <w:ind w:left="567" w:hanging="567"/>
      </w:pPr>
      <w:r>
        <w:t>5.</w:t>
      </w:r>
      <w:r>
        <w:tab/>
      </w:r>
      <w:r>
        <w:t>die vorgeschriebenen Überprüfungen von Amts wegen in Haftsachen,</w:t>
      </w:r>
    </w:p>
    <w:p>
      <w:pPr>
        <w:tabs>
          <w:tab w:pos="567" w:val="left"/>
        </w:tabs>
        <w:ind w:left="567" w:hanging="567"/>
      </w:pPr>
      <w:r>
        <w:t>6.</w:t>
      </w:r>
      <w:r>
        <w:tab/>
      </w:r>
      <w:r>
        <w:t>das Recht auf Anwesenheit der Erziehungsberechtigten und der gesetzlichen Vertreter oder einer anderen geeigneten volljährigen Person in der Hauptverhandlung,</w:t>
      </w:r>
    </w:p>
    <w:p>
      <w:pPr>
        <w:tabs>
          <w:tab w:pos="567" w:val="left"/>
        </w:tabs>
        <w:ind w:left="567" w:hanging="567"/>
      </w:pPr>
      <w:r>
        <w:t>7.</w:t>
      </w:r>
      <w:r>
        <w:tab/>
      </w:r>
      <w:r>
        <w:t xml:space="preserve">sein Recht auf und seine Pflicht zur Anwesenheit in der Hauptverhandlung nach Maßgabe des </w:t>
      </w:r>
      <w:hyperlink w:anchor="b72" w:history="1">
        <w:r>
          <w:rPr>
            <w:color w:val="0A3A8C"/>
            <w:u w:val="single"/>
          </w:rPr>
          <w:t xml:space="preserve">§ 50</w:t>
        </w:r>
      </w:hyperlink>
      <w:r>
        <w:t xml:space="preserve"> Absatz 1 und des </w:t>
      </w:r>
      <w:hyperlink w:anchor="b73" w:history="1">
        <w:r>
          <w:rPr>
            <w:color w:val="0A3A8C"/>
            <w:u w:val="single"/>
          </w:rPr>
          <w:t xml:space="preserve">§ 51</w:t>
        </w:r>
      </w:hyperlink>
      <w:r>
        <w:t xml:space="preserve"> Absatz 1.</w:t>
      </w:r>
    </w:p>
    <w:p>
      <w:r>
        <w:t>(3) Wird Untersuchungshaft gegen den Jugendlichen vollstreckt, so ist er außerdem darüber zu informieren, dass</w:t>
      </w:r>
    </w:p>
    <w:p>
      <w:pPr>
        <w:tabs>
          <w:tab w:pos="567" w:val="left"/>
        </w:tabs>
        <w:ind w:left="567" w:hanging="567"/>
      </w:pPr>
      <w:r>
        <w:t>1.</w:t>
      </w:r>
      <w:r>
        <w:tab/>
      </w:r>
      <w:r>
        <w:t xml:space="preserve">nach Maßgabe des </w:t>
      </w:r>
      <w:hyperlink w:anchor="b141" w:history="1">
        <w:r>
          <w:rPr>
            <w:color w:val="0A3A8C"/>
            <w:u w:val="single"/>
          </w:rPr>
          <w:t xml:space="preserve">§ 89c</w:t>
        </w:r>
      </w:hyperlink>
      <w:r>
        <w:t xml:space="preserve"> seine Unterbringung getrennt von Erwachsenen zu erfolgen hat,</w:t>
      </w:r>
    </w:p>
    <w:p>
      <w:pPr>
        <w:tabs>
          <w:tab w:pos="567" w:val="left"/>
        </w:tabs>
        <w:ind w:left="567" w:hanging="567"/>
      </w:pPr>
      <w:r>
        <w:t>2.</w:t>
      </w:r>
      <w:r>
        <w:tab/>
      </w:r>
      <w:r>
        <w:t>nach Maßgabe der Vollzugsgesetze der Länder</w:t>
      </w:r>
    </w:p>
    <w:p>
      <w:pPr>
        <w:tabs>
          <w:tab w:pos="1134" w:val="left"/>
        </w:tabs>
        <w:ind w:left="1134" w:hanging="567"/>
      </w:pPr>
      <w:r>
        <w:t>a)</w:t>
      </w:r>
      <w:r>
        <w:tab/>
      </w:r>
      <w:r>
        <w:t>Fürsorge für seine gesundheitliche, körperliche und geistige Entwicklung zu leisten ist,</w:t>
      </w:r>
    </w:p>
    <w:p>
      <w:pPr>
        <w:tabs>
          <w:tab w:pos="1134" w:val="left"/>
        </w:tabs>
        <w:ind w:left="1134" w:hanging="567"/>
      </w:pPr>
      <w:r>
        <w:t>b)</w:t>
      </w:r>
      <w:r>
        <w:tab/>
      </w:r>
      <w:r>
        <w:t>sein Recht auf Erziehung und Ausbildung zu gewährleisten ist,</w:t>
      </w:r>
    </w:p>
    <w:p>
      <w:pPr>
        <w:tabs>
          <w:tab w:pos="1134" w:val="left"/>
        </w:tabs>
        <w:ind w:left="1134" w:hanging="567"/>
      </w:pPr>
      <w:r>
        <w:t>c)</w:t>
      </w:r>
      <w:r>
        <w:tab/>
      </w:r>
      <w:r>
        <w:t>sein Recht auf Familienleben und dabei die Möglichkeit, seine Erziehungsberechtigten und seine gesetzlichen Vertreter zu treffen, zu gewährleisten ist,</w:t>
      </w:r>
    </w:p>
    <w:p>
      <w:pPr>
        <w:tabs>
          <w:tab w:pos="1134" w:val="left"/>
        </w:tabs>
        <w:ind w:left="1134" w:hanging="567"/>
      </w:pPr>
      <w:r>
        <w:t>d)</w:t>
      </w:r>
      <w:r>
        <w:tab/>
      </w:r>
      <w:r>
        <w:t>ihm der Zugang zu Programmen und Maßnahmen zu gewährleisten ist, die seine Entwicklung und Wiedereingliederung fördern, und</w:t>
      </w:r>
    </w:p>
    <w:p>
      <w:pPr>
        <w:tabs>
          <w:tab w:pos="1134" w:val="left"/>
        </w:tabs>
        <w:ind w:left="1134" w:hanging="567"/>
      </w:pPr>
      <w:r>
        <w:t>e)</w:t>
      </w:r>
      <w:r>
        <w:tab/>
      </w:r>
      <w:r>
        <w:t>ihm die Religions- und Weltanschauungsfreiheit zu gewährleisten ist.</w:t>
      </w:r>
    </w:p>
    <w:p>
      <w:r>
        <w:t>(4) Im Fall eines anderen einstweiligen Entzugs der Freiheit als der Untersuchungshaft ist der Jugendliche über seine dafür geltenden Rechte entsprechend Absatz 3 Nummer 2 zu informieren, im Fall einer polizeilichen Ingewahrsamnahme auch über sein Recht auf die von Erwachsenen getrennte Unterbringung nach den dafür maßgeblichen Vorschriften.</w:t>
      </w:r>
    </w:p>
    <w:p>
      <w:r>
        <w:t xml:space="preserve">(5) </w:t>
      </w:r>
      <w:hyperlink w:anchor="b106" w:history="1">
        <w:r>
          <w:rPr>
            <w:color w:val="0A3A8C"/>
            <w:u w:val="single"/>
          </w:rPr>
          <w:t xml:space="preserve">§ 70b</w:t>
        </w:r>
      </w:hyperlink>
      <w:r>
        <w:t xml:space="preserve"> dieses Gesetzes und § 168b Absatz 3 der Strafprozessordnung gelten entsprechend.</w:t>
      </w:r>
    </w:p>
    <w:p>
      <w:r>
        <w:t>(6) Sofern einem verhafteten Jugendlichen eine schriftliche Belehrung nach § 114b der Strafprozessordnung ausgehändigt wird, muss diese auch die zusätzlichen Informationen nach diesem Paragrafen enthalten.</w:t>
      </w:r>
    </w:p>
    <w:p>
      <w:r>
        <w:t>(7) Sonstige Informations- und Belehrungspflichten bleiben von den Bestimmungen dieses Paragrafen unberührt.</w:t>
      </w:r>
    </w:p>
    <w:p>
      <w:pPr>
        <w:pStyle w:val="Heading5"/>
      </w:pPr>
      <w:bookmarkStart w:id="107" w:name="b106"/>
      <w:r>
        <w:t>§ 70b Belehrungen</w:t>
      </w:r>
      <w:r>
        <w:t xml:space="preserve"> </w:t>
      </w:r>
      <w:r>
        <w:rPr>
          <w:rStyle w:val="Suchmarke"/>
        </w:rPr>
        <w:t>#70b#</w:t>
      </w:r>
      <w:bookmarkEnd w:id="107"/>
    </w:p>
    <w:p>
      <w:r>
        <w:t xml:space="preserve">(1) </w:t>
      </w:r>
      <w:r>
        <w:rPr>
          <w:rStyle w:val="Satznummer"/>
        </w:rPr>
        <w:t>1</w:t>
      </w:r>
      <w:r>
        <w:t xml:space="preserve">Vorgeschriebene Belehrungen des Jugendlichen müssen in einer Weise erfolgen, die seinem Alter und seinem Entwicklungs- und Bildungsstand entspricht. </w:t>
      </w:r>
      <w:r>
        <w:rPr>
          <w:rStyle w:val="Satznummer"/>
        </w:rPr>
        <w:t>2</w:t>
      </w:r>
      <w:r>
        <w:t xml:space="preserve">Sie sind auch an seine anwesenden Erziehungsberechtigten und gesetzlichen Vertreter zu richten und müssen dabei in einer Weise erfolgen, die es diesen ermöglicht, ihrer Verantwortung im Hinblick auf den Gegenstand der Belehrung gerecht zu werden. </w:t>
      </w:r>
      <w:r>
        <w:rPr>
          <w:rStyle w:val="Satznummer"/>
        </w:rPr>
        <w:t>3</w:t>
      </w:r>
      <w:r>
        <w:t>Sind Erziehungsberechtigte und gesetzliche Vertreter bei der Belehrung des Jugendlichen über die Bedeutung vom Gericht angeordneter Rechtsfolgen nicht anwesend, muss ihnen die Belehrung darüber schriftlich erteilt werden.</w:t>
      </w:r>
    </w:p>
    <w:p>
      <w:r>
        <w:t>(2) Sind bei einer Belehrung über die Bedeutung der Aussetzung einer Jugendstrafe zur Bewährung oder über die Bedeutung des Vorbehalts einer diesbezüglichen nachträglichen Entscheidung auch jugendliche oder heranwachsende Mitangeklagte anwesend, die nur zu Erziehungsmaßregeln oder Zuchtmitteln verurteilt werden, soll die Belehrung auch ihnen ein Verständnis von der Bedeutung der Entscheidung vermitteln.</w:t>
      </w:r>
    </w:p>
    <w:p>
      <w:pPr>
        <w:pStyle w:val="Heading5"/>
      </w:pPr>
      <w:bookmarkStart w:id="108" w:name="b107"/>
      <w:r>
        <w:t>§ 70c Vernehmung des Beschuldigten</w:t>
      </w:r>
      <w:r>
        <w:t xml:space="preserve"> </w:t>
      </w:r>
      <w:r>
        <w:rPr>
          <w:rStyle w:val="Suchmarke"/>
        </w:rPr>
        <w:t>#70c#</w:t>
      </w:r>
      <w:bookmarkEnd w:id="108"/>
    </w:p>
    <w:p>
      <w:r>
        <w:t>(1) Die Vernehmung des Beschuldigten ist in einer Art und Weise durchzuführen, die seinem Alter und seinem Entwicklungs- und Bildungsstand Rechnung trägt.</w:t>
      </w:r>
    </w:p>
    <w:p>
      <w:r>
        <w:t xml:space="preserve">(2) </w:t>
      </w:r>
      <w:r>
        <w:rPr>
          <w:rStyle w:val="Satznummer"/>
        </w:rPr>
        <w:t>1</w:t>
      </w:r>
      <w:r>
        <w:t xml:space="preserve">Außerhalb der Hauptverhandlung kann die Vernehmung in Bild und Ton aufgezeichnet werden. </w:t>
      </w:r>
      <w:r>
        <w:rPr>
          <w:rStyle w:val="Satznummer"/>
        </w:rPr>
        <w:t>2</w:t>
      </w:r>
      <w:r>
        <w:t xml:space="preserve">Andere als richterliche Vernehmungen sind in Bild und Ton aufzuzeichnen, wenn zum Zeitpunkt der Vernehmung die Mitwirkung eines Verteidigers notwendig ist, ein Verteidiger aber nicht anwesend ist. </w:t>
      </w:r>
      <w:r>
        <w:rPr>
          <w:rStyle w:val="Satznummer"/>
        </w:rPr>
        <w:t>3</w:t>
      </w:r>
      <w:r>
        <w:t xml:space="preserve">Im Übrigen bleibt § 136 Absatz 4 Satz 2 der Strafprozessordnung, auch in Verbindung mit § 163a Absatz 3 Satz 2 oder Absatz 4 Satz 2 der Strafprozessordnung, unberührt. </w:t>
      </w:r>
      <w:r>
        <w:rPr>
          <w:rStyle w:val="Satznummer"/>
        </w:rPr>
        <w:t>4</w:t>
      </w:r>
      <w:r>
        <w:t>Wird die Vernehmung in Bild und Ton aufgezeichnet, gilt § 58a Absatz 2 und 3 der Strafprozessordnung entsprechend.</w:t>
      </w:r>
    </w:p>
    <w:p>
      <w:r>
        <w:t xml:space="preserve">(3) </w:t>
      </w:r>
      <w:r>
        <w:rPr>
          <w:rStyle w:val="Satznummer"/>
        </w:rPr>
        <w:t>1</w:t>
      </w:r>
      <w:r>
        <w:t xml:space="preserve">Eine Aufzeichnung in Bild und Ton nach Absatz 2 lässt die Vorschriften der Strafprozessordnung über die Protokollierung von Untersuchungshandlungen unberührt. </w:t>
      </w:r>
      <w:r>
        <w:rPr>
          <w:rStyle w:val="Satznummer"/>
        </w:rPr>
        <w:t>2</w:t>
      </w:r>
      <w:r>
        <w:t>Wird eine Vernehmung des Beschuldigten außerhalb der Hauptverhandlung nicht in Bild und Ton aufgezeichnet, ist über sie stets ein Protokoll aufzunehmen.</w:t>
      </w:r>
    </w:p>
    <w:p>
      <w:r>
        <w:t xml:space="preserve">(4) </w:t>
      </w:r>
      <w:r>
        <w:rPr>
          <w:rStyle w:val="Satznummer"/>
        </w:rPr>
        <w:t>1</w:t>
      </w:r>
      <w:r>
        <w:t xml:space="preserve">Ist oder wird die Mitwirkung eines Verteidigers zum Zeitpunkt einer Vernehmung des Beschuldigten oder einer Gegenüberstellung (§ 58 Absatz 2 der Strafprozessordnung) notwendig, ist diese für eine angemessene Zeit zu verschieben oder zu unterbrechen, wenn ein Verteidiger nicht anwesend ist und kein Fall des </w:t>
      </w:r>
      <w:hyperlink w:anchor="b102" w:history="1">
        <w:r>
          <w:rPr>
            <w:color w:val="0A3A8C"/>
            <w:u w:val="single"/>
          </w:rPr>
          <w:t xml:space="preserve">§ 68b</w:t>
        </w:r>
      </w:hyperlink>
      <w:r>
        <w:t xml:space="preserve"> vorliegt. </w:t>
      </w:r>
      <w:r>
        <w:rPr>
          <w:rStyle w:val="Satznummer"/>
        </w:rPr>
        <w:t>2</w:t>
      </w:r>
      <w:r>
        <w:t>Satz 1 gilt nicht, wenn der Verteidiger ausdrücklich auf seine Anwesenheit verzichtet hat.</w:t>
      </w:r>
    </w:p>
    <w:p>
      <w:pPr>
        <w:pStyle w:val="Heading5"/>
      </w:pPr>
      <w:bookmarkStart w:id="109" w:name="b108"/>
      <w:r>
        <w:t>§ 71 Vorläufige Anordnungen über die Erziehung</w:t>
      </w:r>
      <w:r>
        <w:t xml:space="preserve"> </w:t>
      </w:r>
      <w:r>
        <w:rPr>
          <w:rStyle w:val="Suchmarke"/>
        </w:rPr>
        <w:t>#71#</w:t>
      </w:r>
      <w:bookmarkEnd w:id="109"/>
    </w:p>
    <w:p>
      <w:r>
        <w:t>(1) Bis zur Rechtskraft des Urteils kann der Richter vorläufige Anordnungen über die Erziehung des Jugendlichen treffen oder die Gewährung von Leistungen nach dem Achten Buch Sozialgesetzbuch anregen.</w:t>
      </w:r>
    </w:p>
    <w:p>
      <w:r>
        <w:t xml:space="preserve">(2) </w:t>
      </w:r>
      <w:r>
        <w:rPr>
          <w:rStyle w:val="Satznummer"/>
        </w:rPr>
        <w:t>1</w:t>
      </w:r>
      <w:r>
        <w:t xml:space="preserve">Der Richter kann die einstweilige Unterbringung in einem geeigneten Heim der Jugendhilfe anordnen, wenn dies auch im Hinblick auf die zu erwartenden Maßnahmen geboten ist, um den Jugendlichen vor einer weiteren Gefährdung seiner Entwicklung, insbesondere vor der Begehung neuer Straftaten, zu bewahren. </w:t>
      </w:r>
      <w:r>
        <w:rPr>
          <w:rStyle w:val="Satznummer"/>
        </w:rPr>
        <w:t>2</w:t>
      </w:r>
      <w:r>
        <w:t xml:space="preserve">Für die einstweilige Unterbringung gelten die §§ 114 bis 115a, 117 bis 118b, 120, 125 und 126 der Strafprozeßordnung sinngemäß. </w:t>
      </w:r>
      <w:r>
        <w:rPr>
          <w:rStyle w:val="Satznummer"/>
        </w:rPr>
        <w:t>3</w:t>
      </w:r>
      <w:r>
        <w:t>Die Ausführung der einstweiligen Unterbringung richtet sich nach den für das Heim der Jugendhilfe geltenden Regelungen.</w:t>
      </w:r>
    </w:p>
    <w:p>
      <w:pPr>
        <w:pStyle w:val="Heading5"/>
      </w:pPr>
      <w:bookmarkStart w:id="110" w:name="b109"/>
      <w:r>
        <w:t>§ 72 Untersuchungshaft</w:t>
      </w:r>
      <w:r>
        <w:t xml:space="preserve"> </w:t>
      </w:r>
      <w:r>
        <w:rPr>
          <w:rStyle w:val="Suchmarke"/>
        </w:rPr>
        <w:t>#72#</w:t>
      </w:r>
      <w:bookmarkEnd w:id="110"/>
    </w:p>
    <w:p>
      <w:r>
        <w:t xml:space="preserve">(1) </w:t>
      </w:r>
      <w:r>
        <w:rPr>
          <w:rStyle w:val="Satznummer"/>
        </w:rPr>
        <w:t>1</w:t>
      </w:r>
      <w:r>
        <w:t xml:space="preserve">Untersuchungshaft darf nur verhängt und vollstreckt werden, wenn ihr Zweck nicht durch eine vorläufige Anordnung über die Erziehung oder durch andere Maßnahmen erreicht werden kann. </w:t>
      </w:r>
      <w:r>
        <w:rPr>
          <w:rStyle w:val="Satznummer"/>
        </w:rPr>
        <w:t>2</w:t>
      </w:r>
      <w:r>
        <w:t xml:space="preserve">Bei der Prüfung der Verhältnismäßigkeit (§ 112 Abs. 1 Satz 2 der Strafprozeßordnung) sind auch die besonderen Belastungen des Vollzuges für Jugendliche zu berücksichtigen. </w:t>
      </w:r>
      <w:r>
        <w:rPr>
          <w:rStyle w:val="Satznummer"/>
        </w:rPr>
        <w:t>3</w:t>
      </w:r>
      <w:r>
        <w:t>Wird Untersuchungshaft verhängt, so sind im Haftbefehl die Gründe anzuführen, aus denen sich ergibt, daß andere Maßnahmen, insbesondere die einstweilige Unterbringung in einem Heim der Jugendhilfe, nicht ausreichen und die Untersuchungshaft nicht unverhältnismäßig ist.</w:t>
      </w:r>
    </w:p>
    <w:p>
      <w:r>
        <w:t>(2) Solange der Jugendliche das sechzehnte Lebensjahr noch nicht vollendet hat, ist die Verhängung von Untersuchungshaft wegen Fluchtgefahr nur zulässig, wenn er</w:t>
      </w:r>
    </w:p>
    <w:p>
      <w:pPr>
        <w:tabs>
          <w:tab w:pos="567" w:val="left"/>
        </w:tabs>
        <w:ind w:left="567" w:hanging="567"/>
      </w:pPr>
      <w:r>
        <w:t>1.</w:t>
      </w:r>
      <w:r>
        <w:tab/>
      </w:r>
      <w:r>
        <w:t>sich dem Verfahren bereits entzogen hatte oder Anstalten zur Flucht getroffen hat oder</w:t>
      </w:r>
    </w:p>
    <w:p>
      <w:pPr>
        <w:tabs>
          <w:tab w:pos="567" w:val="left"/>
        </w:tabs>
        <w:ind w:left="567" w:hanging="567"/>
      </w:pPr>
      <w:r>
        <w:t>2.</w:t>
      </w:r>
      <w:r>
        <w:tab/>
      </w:r>
      <w:r>
        <w:t>im Geltungsbereich dieses Gesetzes keinen festen Wohnsitz oder Aufenthalt hat.</w:t>
      </w:r>
    </w:p>
    <w:p>
      <w:r>
        <w:t>(3) Über die Vollstreckung eines Haftbefehls und über die Maßnahmen zur Abwendung seiner Vollstreckung entscheidet der Richter, der den Haftbefehl erlassen hat, in dringenden Fällen der Jugendrichter, in dessen Bezirk die Untersuchungshaft vollzogen werden müßte.</w:t>
      </w:r>
    </w:p>
    <w:p>
      <w:r>
        <w:t xml:space="preserve">(4) </w:t>
      </w:r>
      <w:r>
        <w:rPr>
          <w:rStyle w:val="Satznummer"/>
        </w:rPr>
        <w:t>1</w:t>
      </w:r>
      <w:r>
        <w:t>Unter denselben Voraussetzungen, unter denen ein Haftbefehl erlassen werden kann, kann auch die einstweilige Unterbringung in einem Heim der Jugendhilfe (</w:t>
      </w:r>
      <w:hyperlink w:anchor="b108" w:history="1">
        <w:r>
          <w:rPr>
            <w:color w:val="0A3A8C"/>
            <w:u w:val="single"/>
          </w:rPr>
          <w:t xml:space="preserve">§ 71</w:t>
        </w:r>
      </w:hyperlink>
      <w:r>
        <w:t xml:space="preserve"> Abs. 2) angeordnet werden. </w:t>
      </w:r>
      <w:r>
        <w:rPr>
          <w:rStyle w:val="Satznummer"/>
        </w:rPr>
        <w:t>2</w:t>
      </w:r>
      <w:r>
        <w:t>In diesem Falle kann der Richter den Unterbringungsbefehl nachträglich durch einen Haftbefehl ersetzen, wenn sich dies als notwendig erweist.</w:t>
      </w:r>
    </w:p>
    <w:p>
      <w:r>
        <w:t>(5) Befindet sich ein Jugendlicher in Untersuchungshaft, so ist das Verfahren mit besonderer Beschleunigung durchzuführen.</w:t>
      </w:r>
    </w:p>
    <w:p>
      <w:r>
        <w:t>(6) Die richterlichen Entscheidungen, welche die Untersuchungshaft betreffen, kann der zuständige Richter aus wichtigen Gründen sämtlich oder zum Teil einem anderen Jugendrichter übertragen.</w:t>
      </w:r>
    </w:p>
    <w:p>
      <w:pPr>
        <w:pStyle w:val="Heading5"/>
      </w:pPr>
      <w:bookmarkStart w:id="111" w:name="b110"/>
      <w:r>
        <w:t>§ 72a Heranziehung der Jugendgerichtshilfe in Haftsachen</w:t>
      </w:r>
      <w:r>
        <w:t xml:space="preserve"> </w:t>
      </w:r>
      <w:r>
        <w:rPr>
          <w:rStyle w:val="Suchmarke"/>
        </w:rPr>
        <w:t>#72a#</w:t>
      </w:r>
      <w:bookmarkEnd w:id="111"/>
    </w:p>
    <w:p>
      <w:r>
        <w:rPr>
          <w:rStyle w:val="Satznummer"/>
        </w:rPr>
        <w:t>1</w:t>
      </w:r>
      <w:r>
        <w:t xml:space="preserve">Die Jugendgerichtshilfe ist unverzüglich von der Vollstreckung eines Haftbefehls zu unterrichten; ihr soll bereits der Erlaß eines Haftbefehls mitgeteilt werden. </w:t>
      </w:r>
      <w:r>
        <w:rPr>
          <w:rStyle w:val="Satznummer"/>
        </w:rPr>
        <w:t>2</w:t>
      </w:r>
      <w:r>
        <w:t>Von der vorläufigen Festnahme eines Jugendlichen ist die Jugendgerichtshilfe zu unterrichten, wenn nach dem Stand der Ermittlungen zu erwarten ist, daß der Jugendliche gemäß § 128 der Strafprozeßordnung dem Richter vorgeführt wird.</w:t>
      </w:r>
    </w:p>
    <w:p>
      <w:pPr>
        <w:pStyle w:val="Heading5"/>
      </w:pPr>
      <w:bookmarkStart w:id="112" w:name="b111"/>
      <w:r>
        <w:t>§ 72b Verkehr mit Vertretern der Jugendgerichtshilfe, dem Betreuungshelfer und dem Erziehungsbeistand</w:t>
      </w:r>
      <w:r>
        <w:t xml:space="preserve"> </w:t>
      </w:r>
      <w:r>
        <w:rPr>
          <w:rStyle w:val="Suchmarke"/>
        </w:rPr>
        <w:t>#72b#</w:t>
      </w:r>
      <w:bookmarkEnd w:id="112"/>
    </w:p>
    <w:p>
      <w:r>
        <w:rPr>
          <w:rStyle w:val="Satznummer"/>
        </w:rPr>
        <w:t>1</w:t>
      </w:r>
      <w:r>
        <w:t xml:space="preserve">Befindet sich ein Jugendlicher in Untersuchungshaft, so ist auch den Vertretern der Jugendgerichtshilfe der Verkehr mit dem Beschuldigten in demselben Umfang wie einem Verteidiger gestattet. </w:t>
      </w:r>
      <w:r>
        <w:rPr>
          <w:rStyle w:val="Satznummer"/>
        </w:rPr>
        <w:t>2</w:t>
      </w:r>
      <w:r>
        <w:t>Entsprechendes gilt, wenn der Beschuldigte der Betreuung und Aufsicht eines Betreuungshelfers untersteht oder für ihn ein Erziehungsbeistand bestellt ist, für den Helfer oder den Erziehungsbeistand.</w:t>
      </w:r>
    </w:p>
    <w:p>
      <w:pPr>
        <w:pStyle w:val="Heading5"/>
      </w:pPr>
      <w:bookmarkStart w:id="113" w:name="b112"/>
      <w:r>
        <w:t>§ 73 Unterbringung zur Beobachtung</w:t>
      </w:r>
      <w:r>
        <w:t xml:space="preserve"> </w:t>
      </w:r>
      <w:r>
        <w:rPr>
          <w:rStyle w:val="Suchmarke"/>
        </w:rPr>
        <w:t>#73#</w:t>
      </w:r>
      <w:bookmarkEnd w:id="113"/>
    </w:p>
    <w:p>
      <w:r>
        <w:t xml:space="preserve">(1) </w:t>
      </w:r>
      <w:r>
        <w:rPr>
          <w:rStyle w:val="Satznummer"/>
        </w:rPr>
        <w:t>1</w:t>
      </w:r>
      <w:r>
        <w:t xml:space="preserve">Zur Vorbereitung eines Gutachtens über den Entwicklungsstand des Beschuldigten kann der Richter nach Anhören eines Sachverständigen und des Verteidigers anordnen, daß der Beschuldigte in eine zur Untersuchung Jugendlicher geeignete Anstalt gebracht und dort beobachtet wird. </w:t>
      </w:r>
      <w:r>
        <w:rPr>
          <w:rStyle w:val="Satznummer"/>
        </w:rPr>
        <w:t>2</w:t>
      </w:r>
      <w:r>
        <w:t>Im vorbereitenden Verfahren entscheidet der Richter, der für die Eröffnung des Hauptverfahrens zuständig wäre.</w:t>
      </w:r>
    </w:p>
    <w:p>
      <w:r>
        <w:t xml:space="preserve">(2) </w:t>
      </w:r>
      <w:r>
        <w:rPr>
          <w:rStyle w:val="Satznummer"/>
        </w:rPr>
        <w:t>1</w:t>
      </w:r>
      <w:r>
        <w:t xml:space="preserve">Gegen den Beschluß ist sofortige Beschwerde zulässig. </w:t>
      </w:r>
      <w:r>
        <w:rPr>
          <w:rStyle w:val="Satznummer"/>
        </w:rPr>
        <w:t>2</w:t>
      </w:r>
      <w:r>
        <w:t>Sie hat aufschiebende Wirkung.</w:t>
      </w:r>
    </w:p>
    <w:p>
      <w:r>
        <w:t>(3) Die Verwahrung in der Anstalt darf die Dauer von sechs Wochen nicht überschreiten.</w:t>
      </w:r>
    </w:p>
    <w:p>
      <w:pPr>
        <w:pStyle w:val="Heading5"/>
      </w:pPr>
      <w:bookmarkStart w:id="114" w:name="b113"/>
      <w:r>
        <w:t>§ 74 Kosten und Auslagen</w:t>
      </w:r>
      <w:r>
        <w:t xml:space="preserve"> </w:t>
      </w:r>
      <w:r>
        <w:rPr>
          <w:rStyle w:val="Suchmarke"/>
        </w:rPr>
        <w:t>#74#</w:t>
      </w:r>
      <w:bookmarkEnd w:id="114"/>
    </w:p>
    <w:p>
      <w:r>
        <w:t>Im Verfahren gegen einen Jugendlichen kann davon abgesehen werden, dem Angeklagten Kosten und Auslagen aufzuerlegen.</w:t>
      </w:r>
    </w:p>
    <w:p>
      <w:pPr>
        <w:pStyle w:val="Heading4"/>
      </w:pPr>
      <w:bookmarkStart w:id="115" w:name="b114"/>
      <w:r>
        <w:t>Achter Unterabschnitt Vereinfachtes Jugendverfahren</w:t>
      </w:r>
      <w:bookmarkEnd w:id="115"/>
    </w:p>
    <w:p>
      <w:pPr>
        <w:pStyle w:val="Heading5"/>
      </w:pPr>
      <w:bookmarkStart w:id="116" w:name="b115"/>
      <w:r>
        <w:t>§ 75</w:t>
      </w:r>
      <w:r>
        <w:t xml:space="preserve"> </w:t>
      </w:r>
      <w:r>
        <w:rPr>
          <w:rStyle w:val="Suchmarke"/>
        </w:rPr>
        <w:t>#75#</w:t>
      </w:r>
      <w:bookmarkEnd w:id="116"/>
    </w:p>
    <w:p>
      <w:r>
        <w:t>(weggefallen)</w:t>
      </w:r>
    </w:p>
    <w:p>
      <w:pPr>
        <w:pStyle w:val="Heading5"/>
      </w:pPr>
      <w:bookmarkStart w:id="117" w:name="b116"/>
      <w:r>
        <w:t>§ 76 Voraussetzungen des vereinfachten Jugendverfahrens</w:t>
      </w:r>
      <w:r>
        <w:t xml:space="preserve"> </w:t>
      </w:r>
      <w:r>
        <w:rPr>
          <w:rStyle w:val="Suchmarke"/>
        </w:rPr>
        <w:t>#76#</w:t>
      </w:r>
      <w:bookmarkEnd w:id="117"/>
    </w:p>
    <w:p>
      <w:r>
        <w:rPr>
          <w:rStyle w:val="Satznummer"/>
        </w:rPr>
        <w:t>1</w:t>
      </w:r>
      <w:r>
        <w:t xml:space="preserve">Der Staatsanwalt kann bei dem Jugendrichter schriftlich oder mündlich beantragen, im vereinfachten Jugendverfahren zu entscheiden, wenn zu erwarten ist, daß der Jugendrichter ausschließlich Weisungen erteilen, Hilfe zur Erziehung im Sinne des </w:t>
      </w:r>
      <w:hyperlink w:anchor="b16" w:history="1">
        <w:r>
          <w:rPr>
            <w:color w:val="0A3A8C"/>
            <w:u w:val="single"/>
          </w:rPr>
          <w:t xml:space="preserve">§ 12</w:t>
        </w:r>
      </w:hyperlink>
      <w:r>
        <w:t xml:space="preserve"> Nr. 1 anordnen, Zuchtmittel verhängen, auf ein Fahrverbot erkennen, die Fahrerlaubnis entziehen und eine Sperre von nicht mehr als zwei Jahren festsetzen oder die Einziehung aussprechen wird. </w:t>
      </w:r>
      <w:r>
        <w:rPr>
          <w:rStyle w:val="Satznummer"/>
        </w:rPr>
        <w:t>2</w:t>
      </w:r>
      <w:r>
        <w:t>Der Antrag des Staatsanwalts steht der Anklage gleich.</w:t>
      </w:r>
    </w:p>
    <w:p>
      <w:pPr>
        <w:pStyle w:val="Heading5"/>
      </w:pPr>
      <w:bookmarkStart w:id="118" w:name="b117"/>
      <w:r>
        <w:t>§ 77 Ablehnung des Antrags</w:t>
      </w:r>
      <w:r>
        <w:t xml:space="preserve"> </w:t>
      </w:r>
      <w:r>
        <w:rPr>
          <w:rStyle w:val="Suchmarke"/>
        </w:rPr>
        <w:t>#77#</w:t>
      </w:r>
      <w:bookmarkEnd w:id="118"/>
    </w:p>
    <w:p>
      <w:r>
        <w:t xml:space="preserve">(1) </w:t>
      </w:r>
      <w:r>
        <w:rPr>
          <w:rStyle w:val="Satznummer"/>
        </w:rPr>
        <w:t>1</w:t>
      </w:r>
      <w:r>
        <w:t xml:space="preserve">Der Jugendrichter lehnt die Entscheidung im vereinfachten Verfahren ab, wenn sich die Sache hierzu nicht eignet, namentlich wenn die Anordnung von Hilfe zur Erziehung im Sinne des </w:t>
      </w:r>
      <w:hyperlink w:anchor="b16" w:history="1">
        <w:r>
          <w:rPr>
            <w:color w:val="0A3A8C"/>
            <w:u w:val="single"/>
          </w:rPr>
          <w:t xml:space="preserve">§ 12</w:t>
        </w:r>
      </w:hyperlink>
      <w:r>
        <w:t xml:space="preserve"> Nr. 2 oder die Verhängung von Jugendstrafe wahrscheinlich oder eine umfangreiche Beweisaufnahme erforderlich ist. </w:t>
      </w:r>
      <w:r>
        <w:rPr>
          <w:rStyle w:val="Satznummer"/>
        </w:rPr>
        <w:t>2</w:t>
      </w:r>
      <w:r>
        <w:t xml:space="preserve">Der Beschluß kann bis zur Verkündung des Urteils ergehen. </w:t>
      </w:r>
      <w:r>
        <w:rPr>
          <w:rStyle w:val="Satznummer"/>
        </w:rPr>
        <w:t>3</w:t>
      </w:r>
      <w:r>
        <w:t>Er ist nicht anfechtbar.</w:t>
      </w:r>
    </w:p>
    <w:p>
      <w:r>
        <w:t>(2) Lehnt der Jugendrichter die Entscheidung im vereinfachten Verfahren ab, so reicht der Staatsanwalt eine Anklageschrift ein.</w:t>
      </w:r>
    </w:p>
    <w:p>
      <w:pPr>
        <w:pStyle w:val="Heading5"/>
      </w:pPr>
      <w:bookmarkStart w:id="119" w:name="b118"/>
      <w:r>
        <w:t>§ 78 Verfahren und Entscheidung</w:t>
      </w:r>
      <w:r>
        <w:t xml:space="preserve"> </w:t>
      </w:r>
      <w:r>
        <w:rPr>
          <w:rStyle w:val="Suchmarke"/>
        </w:rPr>
        <w:t>#78#</w:t>
      </w:r>
      <w:bookmarkEnd w:id="119"/>
    </w:p>
    <w:p>
      <w:r>
        <w:t xml:space="preserve">(1) </w:t>
      </w:r>
      <w:r>
        <w:rPr>
          <w:rStyle w:val="Satznummer"/>
        </w:rPr>
        <w:t>1</w:t>
      </w:r>
      <w:r>
        <w:t xml:space="preserve">Der Jugendrichter entscheidet im vereinfachten Jugendverfahren auf Grund einer mündlichen Verhandlung durch Urteil. </w:t>
      </w:r>
      <w:r>
        <w:rPr>
          <w:rStyle w:val="Satznummer"/>
        </w:rPr>
        <w:t>2</w:t>
      </w:r>
      <w:r>
        <w:t xml:space="preserve">Er darf auf Hilfe zur Erziehung im Sinne des </w:t>
      </w:r>
      <w:hyperlink w:anchor="b16" w:history="1">
        <w:r>
          <w:rPr>
            <w:color w:val="0A3A8C"/>
            <w:u w:val="single"/>
          </w:rPr>
          <w:t xml:space="preserve">§ 12</w:t>
        </w:r>
      </w:hyperlink>
      <w:r>
        <w:t xml:space="preserve"> Nr. 2, Jugendstrafe oder Unterbringung in einer Entziehungsanstalt nicht erkennen.</w:t>
      </w:r>
    </w:p>
    <w:p>
      <w:r>
        <w:t xml:space="preserve">(2) </w:t>
      </w:r>
      <w:r>
        <w:rPr>
          <w:rStyle w:val="Satznummer"/>
        </w:rPr>
        <w:t>1</w:t>
      </w:r>
      <w:r>
        <w:t xml:space="preserve">Der Staatsanwalt ist nicht verpflichtet, an der Verhandlung teilzunehmen. </w:t>
      </w:r>
      <w:r>
        <w:rPr>
          <w:rStyle w:val="Satznummer"/>
        </w:rPr>
        <w:t>2</w:t>
      </w:r>
      <w:r>
        <w:t>Nimmt er nicht teil, so bedarf es seiner Zustimmung zu einer Einstellung des Verfahrens in der Verhandlung oder zur Durchführung der Verhandlung in Abwesenheit des Angeklagten nicht.</w:t>
      </w:r>
    </w:p>
    <w:p>
      <w:r>
        <w:t xml:space="preserve">(3) </w:t>
      </w:r>
      <w:r>
        <w:rPr>
          <w:rStyle w:val="Satznummer"/>
        </w:rPr>
        <w:t>1</w:t>
      </w:r>
      <w:r>
        <w:t xml:space="preserve">Zur Vereinfachung, Beschleunigung und jugendgemäßen Gestaltung des Verfahrens darf von Verfahrensvorschriften abgewichen werden, soweit dadurch die Erforschung der Wahrheit nicht beeinträchtigt wird. </w:t>
      </w:r>
      <w:r>
        <w:rPr>
          <w:rStyle w:val="Satznummer"/>
        </w:rPr>
        <w:t>2</w:t>
      </w:r>
      <w:r>
        <w:t>Die Vorschriften über die Anwesenheit des Angeklagten (</w:t>
      </w:r>
      <w:hyperlink w:anchor="b72" w:history="1">
        <w:r>
          <w:rPr>
            <w:color w:val="0A3A8C"/>
            <w:u w:val="single"/>
          </w:rPr>
          <w:t xml:space="preserve">§ 50</w:t>
        </w:r>
      </w:hyperlink>
      <w:r>
        <w:t>), die Stellung der Erziehungsberechtigten und der gesetzlichen Vertreter und deren Unterrichtung (</w:t>
      </w:r>
      <w:hyperlink w:anchor="b98" w:history="1">
        <w:r>
          <w:rPr>
            <w:color w:val="0A3A8C"/>
            <w:u w:val="single"/>
          </w:rPr>
          <w:t xml:space="preserve">§§ 67</w:t>
        </w:r>
      </w:hyperlink>
      <w:r>
        <w:t xml:space="preserve">, </w:t>
      </w:r>
      <w:hyperlink w:anchor="b99" w:history="1">
        <w:r>
          <w:rPr>
            <w:color w:val="0A3A8C"/>
            <w:u w:val="single"/>
          </w:rPr>
          <w:t xml:space="preserve">67a</w:t>
        </w:r>
      </w:hyperlink>
      <w:r>
        <w:t>), die Mitteilungen an amtliche Stellen (</w:t>
      </w:r>
      <w:hyperlink w:anchor="b104" w:history="1">
        <w:r>
          <w:rPr>
            <w:color w:val="0A3A8C"/>
            <w:u w:val="single"/>
          </w:rPr>
          <w:t xml:space="preserve">§ 70</w:t>
        </w:r>
      </w:hyperlink>
      <w:r>
        <w:t>) und die Unterrichtung des Jugendlichen (</w:t>
      </w:r>
      <w:hyperlink w:anchor="b105" w:history="1">
        <w:r>
          <w:rPr>
            <w:color w:val="0A3A8C"/>
            <w:u w:val="single"/>
          </w:rPr>
          <w:t xml:space="preserve">§ 70a</w:t>
        </w:r>
      </w:hyperlink>
      <w:r>
        <w:t xml:space="preserve">) müssen beachtet werden. </w:t>
      </w:r>
      <w:r>
        <w:rPr>
          <w:rStyle w:val="Satznummer"/>
        </w:rPr>
        <w:t>3</w:t>
      </w:r>
      <w:r>
        <w:t>Bleibt der Beschuldigte der mündlichen Verhandlung fern und ist sein Fernbleiben nicht genügend entschuldigt, so kann die Vorführung angeordnet werden, wenn dies mit der Ladung angedroht worden ist.</w:t>
      </w:r>
    </w:p>
    <w:p>
      <w:pPr>
        <w:pStyle w:val="Heading4"/>
      </w:pPr>
      <w:bookmarkStart w:id="120" w:name="b119"/>
      <w:r>
        <w:t>Neunter Unterabschnitt Ausschluß von Vorschriften des allgemeinen Verfahrensrechts</w:t>
      </w:r>
      <w:bookmarkEnd w:id="120"/>
    </w:p>
    <w:p>
      <w:pPr>
        <w:pStyle w:val="Heading5"/>
      </w:pPr>
      <w:bookmarkStart w:id="121" w:name="b120"/>
      <w:r>
        <w:t>§ 79 Strafbefehl und beschleunigtes Verfahren</w:t>
      </w:r>
      <w:r>
        <w:t xml:space="preserve"> </w:t>
      </w:r>
      <w:r>
        <w:rPr>
          <w:rStyle w:val="Suchmarke"/>
        </w:rPr>
        <w:t>#79#</w:t>
      </w:r>
      <w:bookmarkEnd w:id="121"/>
    </w:p>
    <w:p>
      <w:r>
        <w:t>(1) Gegen einen Jugendlichen darf kein Strafbefehl erlassen werden.</w:t>
      </w:r>
    </w:p>
    <w:p>
      <w:r>
        <w:t>(2) Das beschleunigte Verfahren des allgemeinen Verfahrensrechts ist unzulässig.</w:t>
      </w:r>
    </w:p>
    <w:p>
      <w:pPr>
        <w:pStyle w:val="Heading5"/>
      </w:pPr>
      <w:bookmarkStart w:id="122" w:name="b121"/>
      <w:r>
        <w:t>§ 80 Privatklage und Nebenklage</w:t>
      </w:r>
      <w:r>
        <w:t xml:space="preserve"> </w:t>
      </w:r>
      <w:r>
        <w:rPr>
          <w:rStyle w:val="Suchmarke"/>
        </w:rPr>
        <w:t>#80#</w:t>
      </w:r>
      <w:bookmarkEnd w:id="122"/>
    </w:p>
    <w:p>
      <w:r>
        <w:t xml:space="preserve">(1) </w:t>
      </w:r>
      <w:r>
        <w:rPr>
          <w:rStyle w:val="Satznummer"/>
        </w:rPr>
        <w:t>1</w:t>
      </w:r>
      <w:r>
        <w:t xml:space="preserve">Gegen einen Jugendlichen kann Privatklage nicht erhoben werden. </w:t>
      </w:r>
      <w:r>
        <w:rPr>
          <w:rStyle w:val="Satznummer"/>
        </w:rPr>
        <w:t>2</w:t>
      </w:r>
      <w:r>
        <w:t>Eine Verfehlung, die nach den allgemeinen Vorschriften durch Privatklage verfolgt werden kann, verfolgt der Staatsanwalt auch dann, wenn Gründe der Erziehung oder ein berechtigtes Interesse des Verletzten, das dem Erziehungszweck nicht entgegensteht, es erfordern.</w:t>
      </w:r>
    </w:p>
    <w:p>
      <w:r>
        <w:t xml:space="preserve">(2) </w:t>
      </w:r>
      <w:r>
        <w:rPr>
          <w:rStyle w:val="Satznummer"/>
        </w:rPr>
        <w:t>1</w:t>
      </w:r>
      <w:r>
        <w:t xml:space="preserve">Gegen einen jugendlichen Privatkläger ist Widerklage zulässig. </w:t>
      </w:r>
      <w:r>
        <w:rPr>
          <w:rStyle w:val="Satznummer"/>
        </w:rPr>
        <w:t>2</w:t>
      </w:r>
      <w:r>
        <w:t>Auf Jugendstrafe darf nicht erkannt werden.</w:t>
      </w:r>
    </w:p>
    <w:p>
      <w:r>
        <w:t xml:space="preserve">(3) </w:t>
      </w:r>
      <w:r>
        <w:rPr>
          <w:rStyle w:val="Satznummer"/>
        </w:rPr>
        <w:t>1</w:t>
      </w:r>
      <w:r>
        <w:t>Der erhobenen öffentlichen Klage kann sich als Nebenkläger nur anschließen, wer verletzt worden ist</w:t>
      </w:r>
    </w:p>
    <w:p>
      <w:pPr>
        <w:tabs>
          <w:tab w:pos="567" w:val="left"/>
        </w:tabs>
        <w:ind w:left="567" w:hanging="567"/>
      </w:pPr>
      <w:r>
        <w:t>1.</w:t>
      </w:r>
      <w:r>
        <w:tab/>
      </w:r>
      <w:r>
        <w:t>durch ein Verbrechen gegen das Leben, die körperliche Unversehrtheit oder die sexuelle Selbstbestimmung oder nach § 239 Absatz 3, § 239a oder § 239b des Strafgesetzbuches, durch welches das Opfer seelisch oder körperlich schwer geschädigt oder einer solchen Gefahr ausgesetzt worden ist,</w:t>
      </w:r>
    </w:p>
    <w:p>
      <w:pPr>
        <w:tabs>
          <w:tab w:pos="567" w:val="left"/>
        </w:tabs>
        <w:ind w:left="567" w:hanging="567"/>
      </w:pPr>
      <w:r>
        <w:t>2.</w:t>
      </w:r>
      <w:r>
        <w:tab/>
      </w:r>
      <w:r>
        <w:t>durch einen besonders schweren Fall eines Vergehens nach § 177 Absatz 6 des Strafgesetzbuches, durch welches das Opfer seelisch oder körperlich schwer geschädigt oder einer solchen Gefahr ausgesetzt worden ist, oder</w:t>
      </w:r>
    </w:p>
    <w:p>
      <w:pPr>
        <w:tabs>
          <w:tab w:pos="567" w:val="left"/>
        </w:tabs>
        <w:ind w:left="567" w:hanging="567"/>
      </w:pPr>
      <w:r>
        <w:t>3.</w:t>
      </w:r>
      <w:r>
        <w:tab/>
      </w:r>
      <w:r>
        <w:t>durch ein Verbrechen nach § 251 des Strafgesetzbuches, auch in Verbindung mit § 252 oder § 255 des Strafgesetzbuches.</w:t>
      </w:r>
    </w:p>
    <w:p>
      <w:r>
        <w:rPr>
          <w:rStyle w:val="Satznummer"/>
        </w:rPr>
        <w:t>2</w:t>
      </w:r>
      <w:r>
        <w:t>Im Übrigen gelten § 395 Absatz 2 Nummer 1, Absatz 4 und 5 und §§ 396 bis 402 der Strafprozessordnung entsprechend.</w:t>
      </w:r>
    </w:p>
    <w:p>
      <w:pPr>
        <w:pStyle w:val="Heading5"/>
      </w:pPr>
      <w:bookmarkStart w:id="123" w:name="b122"/>
      <w:r>
        <w:t>§ 81 Adhäsionsverfahren</w:t>
      </w:r>
      <w:r>
        <w:t xml:space="preserve"> </w:t>
      </w:r>
      <w:r>
        <w:rPr>
          <w:rStyle w:val="Suchmarke"/>
        </w:rPr>
        <w:t>#81#</w:t>
      </w:r>
      <w:bookmarkEnd w:id="123"/>
    </w:p>
    <w:p>
      <w:r>
        <w:t>Die Vorschriften der Strafprozeßordnung über das Adhäsionsverfahren (§§ 403 bis 406c der Strafprozeßordnung) werden im Verfahren gegen einen Jugendlichen nicht angewendet.</w:t>
      </w:r>
    </w:p>
    <w:p>
      <w:pPr>
        <w:pStyle w:val="Heading4"/>
      </w:pPr>
      <w:bookmarkStart w:id="124" w:name="b123"/>
      <w:r>
        <w:t>Zehnter Unterabschnitt Anordnung der Sicherungsverwahrung</w:t>
      </w:r>
      <w:bookmarkEnd w:id="124"/>
    </w:p>
    <w:p>
      <w:pPr>
        <w:pStyle w:val="Heading5"/>
      </w:pPr>
      <w:bookmarkStart w:id="125" w:name="b124"/>
      <w:r>
        <w:t>§ 81a Verfahren und Entscheidung</w:t>
      </w:r>
      <w:r>
        <w:t xml:space="preserve"> </w:t>
      </w:r>
      <w:r>
        <w:rPr>
          <w:rStyle w:val="Suchmarke"/>
        </w:rPr>
        <w:t>#81a#</w:t>
      </w:r>
      <w:bookmarkEnd w:id="125"/>
    </w:p>
    <w:p>
      <w:r>
        <w:t>Für das Verfahren und die Entscheidung über die Anordnung der Unterbringung in der Sicherungsverwahrung gelten § 275a der Strafprozessordnung und die §§ 74f und 120a des Gerichtsverfassungsgesetzes sinngemäß.</w:t>
      </w:r>
    </w:p>
    <w:p>
      <w:pPr>
        <w:pStyle w:val="Heading2"/>
      </w:pPr>
      <w:bookmarkStart w:id="126" w:name="b125"/>
      <w:r>
        <w:t>Drittes Hauptstück Vollstreckung und Vollzug</w:t>
      </w:r>
      <w:bookmarkEnd w:id="126"/>
    </w:p>
    <w:p>
      <w:pPr>
        <w:pStyle w:val="Heading3"/>
      </w:pPr>
      <w:bookmarkStart w:id="127" w:name="b126"/>
      <w:r>
        <w:t>Erster Abschnitt Vollstreckung</w:t>
      </w:r>
      <w:bookmarkEnd w:id="127"/>
    </w:p>
    <w:p>
      <w:pPr>
        <w:pStyle w:val="Heading4"/>
      </w:pPr>
      <w:bookmarkStart w:id="128" w:name="b127"/>
      <w:r>
        <w:t>Erster Unterabschnitt Verfassung der Vollstreckung und Zuständigkeit</w:t>
      </w:r>
      <w:bookmarkEnd w:id="128"/>
    </w:p>
    <w:p>
      <w:pPr>
        <w:pStyle w:val="Heading5"/>
      </w:pPr>
      <w:bookmarkStart w:id="129" w:name="b128"/>
      <w:r>
        <w:t>§ 82 Vollstreckungsleiter</w:t>
      </w:r>
      <w:r>
        <w:t xml:space="preserve"> </w:t>
      </w:r>
      <w:r>
        <w:rPr>
          <w:rStyle w:val="Suchmarke"/>
        </w:rPr>
        <w:t>#82#</w:t>
      </w:r>
      <w:bookmarkEnd w:id="129"/>
    </w:p>
    <w:p>
      <w:r>
        <w:t xml:space="preserve">(1) </w:t>
      </w:r>
      <w:r>
        <w:rPr>
          <w:rStyle w:val="Satznummer"/>
        </w:rPr>
        <w:t>1</w:t>
      </w:r>
      <w:r>
        <w:t xml:space="preserve">Vollstreckungsleiter ist der Jugendrichter. </w:t>
      </w:r>
      <w:r>
        <w:rPr>
          <w:rStyle w:val="Satznummer"/>
        </w:rPr>
        <w:t>2</w:t>
      </w:r>
      <w:r>
        <w:t>Er nimmt auch die Aufgaben wahr, welche die Strafprozeßordnung der Strafvollstreckungskammer zuweist.</w:t>
      </w:r>
    </w:p>
    <w:p>
      <w:r>
        <w:t xml:space="preserve">(2) Soweit der Richter Hilfe zur Erziehung im Sinne des </w:t>
      </w:r>
      <w:hyperlink w:anchor="b16" w:history="1">
        <w:r>
          <w:rPr>
            <w:color w:val="0A3A8C"/>
            <w:u w:val="single"/>
          </w:rPr>
          <w:t xml:space="preserve">§ 12</w:t>
        </w:r>
      </w:hyperlink>
      <w:r>
        <w:t xml:space="preserve"> angeordnet hat, richtet sich die weitere Zuständigkeit nach den Vorschriften des Achten Buches Sozialgesetzbuch.</w:t>
      </w:r>
    </w:p>
    <w:p>
      <w:r>
        <w:t xml:space="preserve">(3) In den Fällen des </w:t>
      </w:r>
      <w:hyperlink w:anchor="b10" w:history="1">
        <w:r>
          <w:rPr>
            <w:color w:val="0A3A8C"/>
            <w:u w:val="single"/>
          </w:rPr>
          <w:t xml:space="preserve">§ 7</w:t>
        </w:r>
      </w:hyperlink>
      <w:r>
        <w:t xml:space="preserve"> Abs. 2 und 4 richten sich die Vollstreckung der Unterbringung und die Zuständigkeit hierfür nach den Vorschriften der Strafprozessordnung, wenn der Betroffene das einundzwanzigste Lebensjahr vollendet hat.</w:t>
      </w:r>
    </w:p>
    <w:p>
      <w:pPr>
        <w:pStyle w:val="Heading5"/>
      </w:pPr>
      <w:bookmarkStart w:id="130" w:name="b129"/>
      <w:r>
        <w:t>§ 83 Entscheidungen im Vollstreckungsverfahren</w:t>
      </w:r>
      <w:r>
        <w:t xml:space="preserve"> </w:t>
      </w:r>
      <w:r>
        <w:rPr>
          <w:rStyle w:val="Suchmarke"/>
        </w:rPr>
        <w:t>#83#</w:t>
      </w:r>
      <w:bookmarkEnd w:id="130"/>
    </w:p>
    <w:p>
      <w:r>
        <w:t xml:space="preserve">(1) Die Entscheidungen des Vollstreckungsleiters nach den </w:t>
      </w:r>
      <w:hyperlink w:anchor="b133" w:history="1">
        <w:r>
          <w:rPr>
            <w:color w:val="0A3A8C"/>
            <w:u w:val="single"/>
          </w:rPr>
          <w:t xml:space="preserve">§§ 86</w:t>
        </w:r>
      </w:hyperlink>
      <w:r>
        <w:t xml:space="preserve"> bis </w:t>
      </w:r>
      <w:hyperlink w:anchor="b138" w:history="1">
        <w:r>
          <w:rPr>
            <w:color w:val="0A3A8C"/>
            <w:u w:val="single"/>
          </w:rPr>
          <w:t xml:space="preserve">89a</w:t>
        </w:r>
      </w:hyperlink>
      <w:r>
        <w:t xml:space="preserve"> und </w:t>
      </w:r>
      <w:hyperlink w:anchor="b139" w:history="1">
        <w:r>
          <w:rPr>
            <w:color w:val="0A3A8C"/>
            <w:u w:val="single"/>
          </w:rPr>
          <w:t xml:space="preserve">89b</w:t>
        </w:r>
      </w:hyperlink>
      <w:r>
        <w:t xml:space="preserve"> Abs. 2 sowie nach den §§ 462a und 463 der Strafprozeßordnung sind jugendrichterliche Entscheidungen.</w:t>
      </w:r>
    </w:p>
    <w:p>
      <w:r>
        <w:t>(2) Für die bei der Vollstreckung notwendig werdenden gerichtlichen Entscheidungen gegen eine vom Vollstreckungsleiter getroffene Anordnung ist die Jugendkammer in den Fällen zuständig, in denen</w:t>
      </w:r>
    </w:p>
    <w:p>
      <w:pPr>
        <w:tabs>
          <w:tab w:pos="567" w:val="left"/>
        </w:tabs>
        <w:ind w:left="567" w:hanging="567"/>
      </w:pPr>
      <w:r>
        <w:t>1.</w:t>
      </w:r>
      <w:r>
        <w:tab/>
      </w:r>
      <w:r>
        <w:t>der Vollstreckungsleiter selbst oder unter seinem Vorsitz das Jugendschöffengericht im ersten Rechtszug erkannt hat,</w:t>
      </w:r>
    </w:p>
    <w:p>
      <w:pPr>
        <w:tabs>
          <w:tab w:pos="567" w:val="left"/>
        </w:tabs>
        <w:ind w:left="567" w:hanging="567"/>
      </w:pPr>
      <w:r>
        <w:t>2.</w:t>
      </w:r>
      <w:r>
        <w:tab/>
      </w:r>
      <w:r>
        <w:t>der Vollstreckungsleiter in Wahrnehmung der Aufgaben der Strafvollstreckungskammer über seine eigene Anordnung zu entscheiden hätte.</w:t>
      </w:r>
    </w:p>
    <w:p>
      <w:r>
        <w:t xml:space="preserve">(3) </w:t>
      </w:r>
      <w:r>
        <w:rPr>
          <w:rStyle w:val="Satznummer"/>
        </w:rPr>
        <w:t>1</w:t>
      </w:r>
      <w:r>
        <w:t xml:space="preserve">Die Entscheidungen nach den Absätzen 1 und 2 können, soweit nichts anderes bestimmt ist, mit sofortiger Beschwerde angefochten werden. </w:t>
      </w:r>
      <w:r>
        <w:rPr>
          <w:rStyle w:val="Satznummer"/>
        </w:rPr>
        <w:t>2</w:t>
      </w:r>
      <w:r>
        <w:t xml:space="preserve">Die </w:t>
      </w:r>
      <w:hyperlink w:anchor="b98" w:history="1">
        <w:r>
          <w:rPr>
            <w:color w:val="0A3A8C"/>
            <w:u w:val="single"/>
          </w:rPr>
          <w:t xml:space="preserve">§§ 67</w:t>
        </w:r>
      </w:hyperlink>
      <w:r>
        <w:t xml:space="preserve"> bis </w:t>
      </w:r>
      <w:hyperlink w:anchor="b103" w:history="1">
        <w:r>
          <w:rPr>
            <w:color w:val="0A3A8C"/>
            <w:u w:val="single"/>
          </w:rPr>
          <w:t xml:space="preserve">69</w:t>
        </w:r>
      </w:hyperlink>
      <w:r>
        <w:t xml:space="preserve"> gelten sinngemäß.</w:t>
      </w:r>
    </w:p>
    <w:p>
      <w:pPr>
        <w:pStyle w:val="Heading5"/>
      </w:pPr>
      <w:bookmarkStart w:id="131" w:name="b130"/>
      <w:r>
        <w:t>§ 84 Örtliche Zuständigkeit</w:t>
      </w:r>
      <w:r>
        <w:t xml:space="preserve"> </w:t>
      </w:r>
      <w:r>
        <w:rPr>
          <w:rStyle w:val="Suchmarke"/>
        </w:rPr>
        <w:t>#84#</w:t>
      </w:r>
      <w:bookmarkEnd w:id="131"/>
    </w:p>
    <w:p>
      <w:r>
        <w:t>(1) Der Jugendrichter leitet die Vollstreckung in allen Verfahren ein, in denen er selbst oder unter seinem Vorsitz das Jugendschöffengericht im ersten Rechtszuge erkannt hat.</w:t>
      </w:r>
    </w:p>
    <w:p>
      <w:r>
        <w:t xml:space="preserve">(2) </w:t>
      </w:r>
      <w:r>
        <w:rPr>
          <w:rStyle w:val="Satznummer"/>
        </w:rPr>
        <w:t>1</w:t>
      </w:r>
      <w:r>
        <w:t xml:space="preserve">Soweit, abgesehen von den Fällen des Absatzes 1, die Entscheidung eines anderen Richters zu vollstrecken ist, steht die Einleitung der Vollstreckung dem Jugendrichter des Amtsgerichts zu, dem die familiengerichtlichen Erziehungsaufgaben obliegen. </w:t>
      </w:r>
      <w:r>
        <w:rPr>
          <w:rStyle w:val="Satznummer"/>
        </w:rPr>
        <w:t>2</w:t>
      </w:r>
      <w:r>
        <w:t>Ist in diesen Fällen der Verurteilte volljährig, steht die Einleitung der Vollstreckung dem Jugendrichter des Amtsgerichts zu, dem die familiengerichtlichen Erziehungsaufgaben bei noch fehlender Volljährigkeit oblägen.</w:t>
      </w:r>
    </w:p>
    <w:p>
      <w:r>
        <w:t xml:space="preserve">(3) In den Fällen der Absätze 1 und 2 führt der Jugendrichter die Vollstreckung durch, soweit </w:t>
      </w:r>
      <w:hyperlink w:anchor="b131" w:history="1">
        <w:r>
          <w:rPr>
            <w:color w:val="0A3A8C"/>
            <w:u w:val="single"/>
          </w:rPr>
          <w:t xml:space="preserve">§ 85</w:t>
        </w:r>
      </w:hyperlink>
      <w:r>
        <w:t xml:space="preserve"> nichts anderes bestimmt.</w:t>
      </w:r>
    </w:p>
    <w:p>
      <w:pPr>
        <w:pStyle w:val="Heading5"/>
      </w:pPr>
      <w:bookmarkStart w:id="132" w:name="b131"/>
      <w:r>
        <w:t>§ 85 Abgabe und Übergang der Vollstreckung</w:t>
      </w:r>
      <w:r>
        <w:t xml:space="preserve"> </w:t>
      </w:r>
      <w:r>
        <w:rPr>
          <w:rStyle w:val="Suchmarke"/>
        </w:rPr>
        <w:t>#85#</w:t>
      </w:r>
      <w:bookmarkEnd w:id="132"/>
    </w:p>
    <w:p>
      <w:r>
        <w:t xml:space="preserve">(1) Ist Jugendarrest zu vollstrecken, so gibt der zunächst zuständige Jugendrichter die Vollstreckung an den Jugendrichter ab, der nach </w:t>
      </w:r>
      <w:hyperlink w:anchor="b143" w:history="1">
        <w:r>
          <w:rPr>
            <w:color w:val="0A3A8C"/>
            <w:u w:val="single"/>
          </w:rPr>
          <w:t xml:space="preserve">§ 90</w:t>
        </w:r>
      </w:hyperlink>
      <w:r>
        <w:t xml:space="preserve"> Abs. 2 Satz 2 als Vollzugsleiter zuständig ist.</w:t>
      </w:r>
    </w:p>
    <w:p>
      <w:r>
        <w:t xml:space="preserve">(2) </w:t>
      </w:r>
      <w:r>
        <w:rPr>
          <w:rStyle w:val="Satznummer"/>
        </w:rPr>
        <w:t>1</w:t>
      </w:r>
      <w:r>
        <w:t xml:space="preserve">Ist Jugendstrafe zu vollstrecken, so geht nach der Aufnahme des Verurteilten in die Einrichtung für den Vollzug der Jugendstrafe die Vollstreckung auf den Jugendrichter des Amtsgerichts über, in dessen Bezirk die Einrichtung für den Vollzug der Jugendstrafe liegt. </w:t>
      </w:r>
      <w:r>
        <w:rPr>
          <w:rStyle w:val="Satznummer"/>
        </w:rPr>
        <w:t>2</w:t>
      </w:r>
      <w:r>
        <w:t xml:space="preserve">Die Landesregierungen werden ermächtigt, durch Rechtsverordnung zu bestimmen, daß die Vollstreckung auf den Jugendrichter eines anderen Amtsgerichts übergeht, wenn dies aus verkehrsmäßigen Gründen günstiger erscheint. </w:t>
      </w:r>
      <w:r>
        <w:rPr>
          <w:rStyle w:val="Satznummer"/>
        </w:rPr>
        <w:t>3</w:t>
      </w:r>
      <w:r>
        <w:t>Die Landesregierungen können die Ermächtigung durch Rechtsverordnung auf die Landesjustizverwaltungen übertragen.</w:t>
      </w:r>
    </w:p>
    <w:p>
      <w:r>
        <w:t xml:space="preserve">(3) </w:t>
      </w:r>
      <w:r>
        <w:rPr>
          <w:rStyle w:val="Satznummer"/>
        </w:rPr>
        <w:t>1</w:t>
      </w:r>
      <w:r>
        <w:t xml:space="preserve">Unterhält ein Land eine Einrichtung für den Vollzug der Jugendstrafe auf dem Gebiet eines anderen Landes, so können die beteiligten Länder vereinbaren, daß der Jugendrichter eines Amtsgerichts des Landes, das die Einrichtung für den Vollzug der Jugendstrafe unterhält, zuständig sein soll. </w:t>
      </w:r>
      <w:r>
        <w:rPr>
          <w:rStyle w:val="Satznummer"/>
        </w:rPr>
        <w:t>2</w:t>
      </w:r>
      <w:r>
        <w:t xml:space="preserve">Wird eine solche Vereinbarung getroffen, so geht die Vollstreckung auf den Jugendrichter des Amtsgerichts über, in dessen Bezirk die für die Einrichtung für den Vollzug der Jugendstrafe zuständige Aufsichtsbehörde ihren Sitz hat. </w:t>
      </w:r>
      <w:r>
        <w:rPr>
          <w:rStyle w:val="Satznummer"/>
        </w:rPr>
        <w:t>3</w:t>
      </w:r>
      <w:r>
        <w:t xml:space="preserve">Die Regierung des Landes, das die Einrichtung für den Vollzug der Jugendstrafe unterhält, wird ermächtigt, durch Rechtsverordnung zu bestimmen, daß der Jugendrichter eines anderen Amtsgerichts zuständig wird, wenn dies aus verkehrsmäßigen Gründen günstiger erscheint. </w:t>
      </w:r>
      <w:r>
        <w:rPr>
          <w:rStyle w:val="Satznummer"/>
        </w:rPr>
        <w:t>4</w:t>
      </w:r>
      <w:r>
        <w:t>Die Landesregierung kann die Ermächtigung durch Rechtsverordnung auf die Landesjustizverwaltung übertragen.</w:t>
      </w:r>
    </w:p>
    <w:p>
      <w:r>
        <w:t>(4) Absatz 2 gilt entsprechend bei der Vollstreckung einer Maßregel der Besserung und Sicherung nach § 61 Nr. 1 oder 2 des Strafgesetzbuches.</w:t>
      </w:r>
    </w:p>
    <w:p>
      <w:r>
        <w:t>(5) Aus wichtigen Gründen kann der Vollstreckungsleiter die Vollstreckung widerruflich an einen sonst nicht oder nicht mehr zuständigen Jugendrichter abgeben.</w:t>
      </w:r>
    </w:p>
    <w:p>
      <w:r>
        <w:t xml:space="preserve">(6) </w:t>
      </w:r>
      <w:r>
        <w:rPr>
          <w:rStyle w:val="Satznummer"/>
        </w:rPr>
        <w:t>1</w:t>
      </w:r>
      <w:r>
        <w:t xml:space="preserve">Hat der Verurteilte das vierundzwanzigste Lebensjahr vollendet, so kann der nach den Absätzen 2 bis 4 zuständige Vollstreckungsleiter die Vollstreckung einer nach den Vorschriften des Strafvollzugs für Erwachsene vollzogenen Jugendstrafe oder einer Maßregel der Besserung und Sicherung an die nach den allgemeinen Vorschriften zuständige Vollstreckungsbehörde abgeben, wenn der Straf- oder Maßregelvollzug voraussichtlich noch länger dauern wird und die besonderen Grundgedanken des Jugendstrafrechts unter Berücksichtigung der Persönlichkeit des Verurteilten für die weiteren Entscheidungen nicht mehr maßgebend sind; die Abgabe ist bindend. </w:t>
      </w:r>
      <w:r>
        <w:rPr>
          <w:rStyle w:val="Satznummer"/>
        </w:rPr>
        <w:t>2</w:t>
      </w:r>
      <w:r>
        <w:t>Mit der Abgabe sind die Vorschriften der Strafprozeßordnung und des Gerichtsverfassungsgesetzes über die Strafvollstreckung anzuwenden.</w:t>
      </w:r>
    </w:p>
    <w:p>
      <w:r>
        <w:t>(7) Für die Zuständigkeit der Staatsanwaltschaft im Vollstreckungsverfahren gilt § 451 Abs. 3 der Strafprozeßordnung entsprechend.</w:t>
      </w:r>
    </w:p>
    <w:p>
      <w:pPr>
        <w:pStyle w:val="Heading4"/>
      </w:pPr>
      <w:bookmarkStart w:id="133" w:name="b132"/>
      <w:r>
        <w:t>Zweiter Unterabschnitt Jugendarrest</w:t>
      </w:r>
      <w:bookmarkEnd w:id="133"/>
    </w:p>
    <w:p>
      <w:pPr>
        <w:pStyle w:val="Heading5"/>
      </w:pPr>
      <w:bookmarkStart w:id="134" w:name="b133"/>
      <w:r>
        <w:t>§ 86 Umwandlung des Freizeitarrestes</w:t>
      </w:r>
      <w:r>
        <w:t xml:space="preserve"> </w:t>
      </w:r>
      <w:r>
        <w:rPr>
          <w:rStyle w:val="Suchmarke"/>
        </w:rPr>
        <w:t>#86#</w:t>
      </w:r>
      <w:bookmarkEnd w:id="134"/>
    </w:p>
    <w:p>
      <w:r>
        <w:t xml:space="preserve">Der Vollstreckungsleiter kann Freizeitarrest in Kurzarrest umwandeln, wenn die Voraussetzungen des </w:t>
      </w:r>
      <w:hyperlink w:anchor="b21" w:history="1">
        <w:r>
          <w:rPr>
            <w:color w:val="0A3A8C"/>
            <w:u w:val="single"/>
          </w:rPr>
          <w:t xml:space="preserve">§ 16</w:t>
        </w:r>
      </w:hyperlink>
      <w:r>
        <w:t xml:space="preserve"> Abs. 3 nachträglich eingetreten sind.</w:t>
      </w:r>
    </w:p>
    <w:p>
      <w:pPr>
        <w:pStyle w:val="Heading5"/>
      </w:pPr>
      <w:bookmarkStart w:id="135" w:name="b134"/>
      <w:r>
        <w:t>§ 87 Vollstreckung des Jugendarrestes</w:t>
      </w:r>
      <w:r>
        <w:t xml:space="preserve"> </w:t>
      </w:r>
      <w:r>
        <w:rPr>
          <w:rStyle w:val="Suchmarke"/>
        </w:rPr>
        <w:t>#87#</w:t>
      </w:r>
      <w:bookmarkEnd w:id="135"/>
    </w:p>
    <w:p>
      <w:r>
        <w:t>(1) Die Vollstreckung des Jugendarrestes wird nicht zur Bewährung ausgesetzt.</w:t>
      </w:r>
    </w:p>
    <w:p>
      <w:r>
        <w:t>(2) Für die Anrechnung von Untersuchungshaft auf Jugendarrest gilt § 450 der Strafprozeßordnung sinngemäß.</w:t>
      </w:r>
    </w:p>
    <w:p>
      <w:r>
        <w:t xml:space="preserve">(3) </w:t>
      </w:r>
      <w:r>
        <w:rPr>
          <w:rStyle w:val="Satznummer"/>
        </w:rPr>
        <w:t>1</w:t>
      </w:r>
      <w:r>
        <w:t xml:space="preserve">Der Vollstreckungsleiter sieht von der Vollstreckung des Jugendarrestes ganz oder, ist Jugendarrest teilweise verbüßt, von der Vollstreckung des Restes ab, wenn seit Erlaß des Urteils Umstände hervorgetreten sind, die allein oder in Verbindung mit den bereits bekannten Umständen ein Absehen von der Vollstreckung aus Gründen der Erziehung rechtfertigen. </w:t>
      </w:r>
      <w:r>
        <w:rPr>
          <w:rStyle w:val="Satznummer"/>
        </w:rPr>
        <w:t>2</w:t>
      </w:r>
      <w:r>
        <w:t xml:space="preserve">Sind seit Eintritt der Rechtskraft sechs Monate verstrichen, sieht er von der Vollstreckung ganz ab, wenn dies aus Gründen der Erziehung geboten ist. </w:t>
      </w:r>
      <w:r>
        <w:rPr>
          <w:rStyle w:val="Satznummer"/>
        </w:rPr>
        <w:t>3</w:t>
      </w:r>
      <w:r>
        <w:t xml:space="preserve">Von der Vollstreckung des Jugendarrestes kann er ganz absehen, wenn zu erwarten ist, daß der Jugendarrest neben einer Strafe, die gegen den Verurteilten wegen einer anderen Tat verhängt worden ist oder die er wegen einer anderen Tat zu erwarten hat, seinen erzieherischen Zweck nicht mehr erfüllen wird. </w:t>
      </w:r>
      <w:r>
        <w:rPr>
          <w:rStyle w:val="Satznummer"/>
        </w:rPr>
        <w:t>4</w:t>
      </w:r>
      <w:r>
        <w:t>Vor der Entscheidung hört der Vollstreckungsleiter nach Möglichkeit das erkennende Gericht, die Staatsanwaltschaft und die Vertretung der Jugendgerichtshilfe.</w:t>
      </w:r>
    </w:p>
    <w:p>
      <w:r>
        <w:t xml:space="preserve">(4) </w:t>
      </w:r>
      <w:r>
        <w:rPr>
          <w:rStyle w:val="Satznummer"/>
        </w:rPr>
        <w:t>1</w:t>
      </w:r>
      <w:r>
        <w:t xml:space="preserve">Die Vollstreckung des Jugendarrestes ist unzulässig, wenn seit Eintritt der Rechtskraft ein Jahr verstrichen ist. </w:t>
      </w:r>
      <w:r>
        <w:rPr>
          <w:rStyle w:val="Satznummer"/>
        </w:rPr>
        <w:t>2</w:t>
      </w:r>
      <w:r>
        <w:t xml:space="preserve">Im Falle des </w:t>
      </w:r>
      <w:hyperlink w:anchor="b22" w:history="1">
        <w:r>
          <w:rPr>
            <w:color w:val="0A3A8C"/>
            <w:u w:val="single"/>
          </w:rPr>
          <w:t xml:space="preserve">§ 16a</w:t>
        </w:r>
      </w:hyperlink>
      <w:r>
        <w:t xml:space="preserve"> darf nach Ablauf von drei Monaten seit Eintritt der Rechtskraft der Vollzug nicht mehr begonnen werden. </w:t>
      </w:r>
      <w:r>
        <w:rPr>
          <w:rStyle w:val="Satznummer"/>
        </w:rPr>
        <w:t>3</w:t>
      </w:r>
      <w:r>
        <w:t xml:space="preserve">Jugendarrest, der nach </w:t>
      </w:r>
      <w:hyperlink w:anchor="b22" w:history="1">
        <w:r>
          <w:rPr>
            <w:color w:val="0A3A8C"/>
            <w:u w:val="single"/>
          </w:rPr>
          <w:t xml:space="preserve">§ 16a</w:t>
        </w:r>
      </w:hyperlink>
      <w:r>
        <w:t xml:space="preserve"> verhängt wurde und noch nicht verbüßt ist, wird nicht mehr vollstreckt, wenn das Gericht</w:t>
      </w:r>
    </w:p>
    <w:p>
      <w:pPr>
        <w:tabs>
          <w:tab w:pos="567" w:val="left"/>
        </w:tabs>
        <w:ind w:left="567" w:hanging="567"/>
      </w:pPr>
      <w:r>
        <w:t>1.</w:t>
      </w:r>
      <w:r>
        <w:tab/>
      </w:r>
      <w:r>
        <w:t>die Aussetzung der Jugendstrafe widerruft (</w:t>
      </w:r>
      <w:hyperlink w:anchor="b34" w:history="1">
        <w:r>
          <w:rPr>
            <w:color w:val="0A3A8C"/>
            <w:u w:val="single"/>
          </w:rPr>
          <w:t xml:space="preserve">§ 26</w:t>
        </w:r>
      </w:hyperlink>
      <w:r>
        <w:t xml:space="preserve"> Absatz 1),</w:t>
      </w:r>
    </w:p>
    <w:p>
      <w:pPr>
        <w:tabs>
          <w:tab w:pos="567" w:val="left"/>
        </w:tabs>
        <w:ind w:left="567" w:hanging="567"/>
      </w:pPr>
      <w:r>
        <w:t>2.</w:t>
      </w:r>
      <w:r>
        <w:tab/>
      </w:r>
      <w:r>
        <w:t>auf eine Jugendstrafe erkennt, deren Verhängung zur Bewährung ausgesetzt worden war (</w:t>
      </w:r>
      <w:hyperlink w:anchor="b40" w:history="1">
        <w:r>
          <w:rPr>
            <w:color w:val="0A3A8C"/>
            <w:u w:val="single"/>
          </w:rPr>
          <w:t xml:space="preserve">§ 30</w:t>
        </w:r>
      </w:hyperlink>
      <w:r>
        <w:t xml:space="preserve"> Absatz 1 Satz 1), oder</w:t>
      </w:r>
    </w:p>
    <w:p>
      <w:pPr>
        <w:tabs>
          <w:tab w:pos="567" w:val="left"/>
        </w:tabs>
        <w:ind w:left="567" w:hanging="567"/>
      </w:pPr>
      <w:r>
        <w:t>3.</w:t>
      </w:r>
      <w:r>
        <w:tab/>
      </w:r>
      <w:r>
        <w:t>die Aussetzung der Jugendstrafe in einem nachträglichen Beschluss ablehnt (</w:t>
      </w:r>
      <w:hyperlink w:anchor="b88" w:history="1">
        <w:r>
          <w:rPr>
            <w:color w:val="0A3A8C"/>
            <w:u w:val="single"/>
          </w:rPr>
          <w:t xml:space="preserve">§ 61a</w:t>
        </w:r>
      </w:hyperlink>
      <w:r>
        <w:t xml:space="preserve"> Absatz 1).</w:t>
      </w:r>
    </w:p>
    <w:p>
      <w:pPr>
        <w:pStyle w:val="Heading4"/>
      </w:pPr>
      <w:bookmarkStart w:id="136" w:name="b135"/>
      <w:r>
        <w:t>Dritter Unterabschnitt Jugendstrafe</w:t>
      </w:r>
      <w:bookmarkEnd w:id="136"/>
    </w:p>
    <w:p>
      <w:pPr>
        <w:pStyle w:val="Heading5"/>
      </w:pPr>
      <w:bookmarkStart w:id="137" w:name="b136"/>
      <w:r>
        <w:t>§ 88 Aussetzung des Restes der Jugendstrafe</w:t>
      </w:r>
      <w:r>
        <w:t xml:space="preserve"> </w:t>
      </w:r>
      <w:r>
        <w:rPr>
          <w:rStyle w:val="Suchmarke"/>
        </w:rPr>
        <w:t>#88#</w:t>
      </w:r>
      <w:bookmarkEnd w:id="137"/>
    </w:p>
    <w:p>
      <w:r>
        <w:t>(1) Der Vollstreckungsleiter kann die Vollstreckung des Restes der Jugendstrafe zur Bewährung aussetzen, wenn der Verurteilte einen Teil der Strafe verbüßt hat und dies im Hinblick auf die Entwicklung des Jugendlichen, auch unter Berücksichtigung des Sicherheitsinteresses der Allgemeinheit, verantwortet werden kann.</w:t>
      </w:r>
    </w:p>
    <w:p>
      <w:r>
        <w:t xml:space="preserve">(2) </w:t>
      </w:r>
      <w:r>
        <w:rPr>
          <w:rStyle w:val="Satznummer"/>
        </w:rPr>
        <w:t>1</w:t>
      </w:r>
      <w:r>
        <w:t xml:space="preserve">Vor Verbüßung von sechs Monaten darf die Aussetzung der Vollstreckung des Restes nur aus besonders wichtigen Gründen angeordnet werden. </w:t>
      </w:r>
      <w:r>
        <w:rPr>
          <w:rStyle w:val="Satznummer"/>
        </w:rPr>
        <w:t>2</w:t>
      </w:r>
      <w:r>
        <w:t>Sie ist bei einer Jugendstrafe von mehr als einem Jahr nur zulässig, wenn der Verurteilte mindestens ein Drittel der Strafe verbüßt hat.</w:t>
      </w:r>
    </w:p>
    <w:p>
      <w:r>
        <w:t xml:space="preserve">(3) </w:t>
      </w:r>
      <w:r>
        <w:rPr>
          <w:rStyle w:val="Satznummer"/>
        </w:rPr>
        <w:t>1</w:t>
      </w:r>
      <w:r>
        <w:t xml:space="preserve">Der Vollstreckungsleiter soll in den Fällen der Absätze 1 und 2 seine Entscheidung so frühzeitig treffen, daß die erforderlichen Maßnahmen zur Vorbereitung des Verurteilten auf sein Leben nach der Entlassung durchgeführt werden können. </w:t>
      </w:r>
      <w:r>
        <w:rPr>
          <w:rStyle w:val="Satznummer"/>
        </w:rPr>
        <w:t>2</w:t>
      </w:r>
      <w:r>
        <w:t>Er kann seine Entscheidung bis zur Entlassung des Verurteilten wieder aufheben, wenn die Aussetzung aufgrund neu eingetretener oder bekanntgewordener Tatsachen im Hinblick auf die Entwicklung des Jugendlichen, auch unter Berücksichtigung des Sicherheitsinteresses der Allgemeinheit, nicht mehr verantwortet werden kann.</w:t>
      </w:r>
    </w:p>
    <w:p>
      <w:r>
        <w:t xml:space="preserve">(4) </w:t>
      </w:r>
      <w:r>
        <w:rPr>
          <w:rStyle w:val="Satznummer"/>
        </w:rPr>
        <w:t>1</w:t>
      </w:r>
      <w:r>
        <w:t xml:space="preserve">Der Vollstreckungsleiter entscheidet nach Anhören des Staatsanwalts und des Vollzugsleiters. </w:t>
      </w:r>
      <w:r>
        <w:rPr>
          <w:rStyle w:val="Satznummer"/>
        </w:rPr>
        <w:t>2</w:t>
      </w:r>
      <w:r>
        <w:t>Dem Verurteilten ist Gelegenheit zur mündlichen Äußerung zu geben.</w:t>
      </w:r>
    </w:p>
    <w:p>
      <w:r>
        <w:t>(5) Der Vollstreckungsleiter kann Fristen von höchstens sechs Monaten festsetzen, vor deren Ablauf ein Antrag des Verurteilten, den Strafrest zur Bewährung auszusetzen, unzulässig ist.</w:t>
      </w:r>
    </w:p>
    <w:p>
      <w:r>
        <w:t xml:space="preserve">(6) </w:t>
      </w:r>
      <w:r>
        <w:rPr>
          <w:rStyle w:val="Satznummer"/>
        </w:rPr>
        <w:t>1</w:t>
      </w:r>
      <w:r>
        <w:t xml:space="preserve">Ordnet der Vollstreckungsleiter die Aussetzung der Vollstreckung des Restes der Jugendstrafe an, so gelten </w:t>
      </w:r>
      <w:hyperlink w:anchor="b30" w:history="1">
        <w:r>
          <w:rPr>
            <w:color w:val="0A3A8C"/>
            <w:u w:val="single"/>
          </w:rPr>
          <w:t xml:space="preserve">§ 22</w:t>
        </w:r>
      </w:hyperlink>
      <w:r>
        <w:t xml:space="preserve"> Abs. 1, 2 Satz 1 und 2 sowie die </w:t>
      </w:r>
      <w:hyperlink w:anchor="b31" w:history="1">
        <w:r>
          <w:rPr>
            <w:color w:val="0A3A8C"/>
            <w:u w:val="single"/>
          </w:rPr>
          <w:t xml:space="preserve">§§ 23</w:t>
        </w:r>
      </w:hyperlink>
      <w:r>
        <w:t xml:space="preserve"> bis </w:t>
      </w:r>
      <w:hyperlink w:anchor="b35" w:history="1">
        <w:r>
          <w:rPr>
            <w:color w:val="0A3A8C"/>
            <w:u w:val="single"/>
          </w:rPr>
          <w:t xml:space="preserve">26a</w:t>
        </w:r>
      </w:hyperlink>
      <w:r>
        <w:t xml:space="preserve"> sinngemäß. </w:t>
      </w:r>
      <w:r>
        <w:rPr>
          <w:rStyle w:val="Satznummer"/>
        </w:rPr>
        <w:t>2</w:t>
      </w:r>
      <w:r>
        <w:t xml:space="preserve">An die Stelle des erkennenden Richters tritt der Vollstreckungsleiter. </w:t>
      </w:r>
      <w:r>
        <w:rPr>
          <w:rStyle w:val="Satznummer"/>
        </w:rPr>
        <w:t>3</w:t>
      </w:r>
      <w:r>
        <w:t xml:space="preserve">Auf das Verfahren und die Anfechtung von Entscheidungen sind die </w:t>
      </w:r>
      <w:hyperlink w:anchor="b84" w:history="1">
        <w:r>
          <w:rPr>
            <w:color w:val="0A3A8C"/>
            <w:u w:val="single"/>
          </w:rPr>
          <w:t xml:space="preserve">§§ 58</w:t>
        </w:r>
      </w:hyperlink>
      <w:r>
        <w:t xml:space="preserve">, </w:t>
      </w:r>
      <w:hyperlink w:anchor="b85" w:history="1">
        <w:r>
          <w:rPr>
            <w:color w:val="0A3A8C"/>
            <w:u w:val="single"/>
          </w:rPr>
          <w:t xml:space="preserve">59</w:t>
        </w:r>
      </w:hyperlink>
      <w:r>
        <w:t xml:space="preserve"> Abs. 2 bis 4 und </w:t>
      </w:r>
      <w:hyperlink w:anchor="b86" w:history="1">
        <w:r>
          <w:rPr>
            <w:color w:val="0A3A8C"/>
            <w:u w:val="single"/>
          </w:rPr>
          <w:t xml:space="preserve">§ 60</w:t>
        </w:r>
      </w:hyperlink>
      <w:r>
        <w:t xml:space="preserve"> entsprechend anzuwenden. </w:t>
      </w:r>
      <w:r>
        <w:rPr>
          <w:rStyle w:val="Satznummer"/>
        </w:rPr>
        <w:t>4</w:t>
      </w:r>
      <w:r>
        <w:t>Die Beschwerde der Staatsanwaltschaft gegen den Beschluß, der die Aussetzung des Strafrestes anordnet, hat aufschiebende Wirkung.</w:t>
      </w:r>
    </w:p>
    <w:p>
      <w:pPr>
        <w:pStyle w:val="Heading5"/>
      </w:pPr>
      <w:bookmarkStart w:id="138" w:name="b137"/>
      <w:r>
        <w:t>§ 89 Jugendstrafe bei Vorbehalt der Entscheidung über die Aussetzung</w:t>
      </w:r>
      <w:r>
        <w:t xml:space="preserve"> </w:t>
      </w:r>
      <w:r>
        <w:rPr>
          <w:rStyle w:val="Suchmarke"/>
        </w:rPr>
        <w:t>#89#</w:t>
      </w:r>
      <w:bookmarkEnd w:id="138"/>
    </w:p>
    <w:p>
      <w:r>
        <w:rPr>
          <w:rStyle w:val="Satznummer"/>
        </w:rPr>
        <w:t>1</w:t>
      </w:r>
      <w:r>
        <w:t xml:space="preserve">Hat das Gericht die Entscheidung über die Aussetzung der Jugendstrafe einem nachträglichen Beschluss vorbehalten, darf die Jugendstrafe vor Ablauf der nach </w:t>
      </w:r>
      <w:hyperlink w:anchor="b88" w:history="1">
        <w:r>
          <w:rPr>
            <w:color w:val="0A3A8C"/>
            <w:u w:val="single"/>
          </w:rPr>
          <w:t xml:space="preserve">§ 61a</w:t>
        </w:r>
      </w:hyperlink>
      <w:r>
        <w:t xml:space="preserve"> Absatz 1 maßgeblichen Frist nicht vollstreckt werden. </w:t>
      </w:r>
      <w:r>
        <w:rPr>
          <w:rStyle w:val="Satznummer"/>
        </w:rPr>
        <w:t>2</w:t>
      </w:r>
      <w:r>
        <w:t>Dies gilt nicht, wenn die Aussetzung zuvor in einem auf Grund des Vorbehalts ergangenen Beschluss abgelehnt wurde.</w:t>
      </w:r>
    </w:p>
    <w:p>
      <w:pPr>
        <w:pStyle w:val="Heading5"/>
      </w:pPr>
      <w:bookmarkStart w:id="139" w:name="b138"/>
      <w:r>
        <w:t>§ 89a Unterbrechung und Vollstreckung der Jugendstrafe neben Freiheitsstrafe</w:t>
      </w:r>
      <w:r>
        <w:t xml:space="preserve"> </w:t>
      </w:r>
      <w:r>
        <w:rPr>
          <w:rStyle w:val="Suchmarke"/>
        </w:rPr>
        <w:t>#89a#</w:t>
      </w:r>
      <w:bookmarkEnd w:id="139"/>
    </w:p>
    <w:p>
      <w:r>
        <w:t xml:space="preserve">(1) </w:t>
      </w:r>
      <w:r>
        <w:rPr>
          <w:rStyle w:val="Satznummer"/>
        </w:rPr>
        <w:t>1</w:t>
      </w:r>
      <w:r>
        <w:t xml:space="preserve">Ist gegen den zu Jugendstrafe Verurteilten auch Freiheitsstrafe zu vollstrecken, so wird die Jugendstrafe in der Regel zuerst vollstreckt. </w:t>
      </w:r>
      <w:r>
        <w:rPr>
          <w:rStyle w:val="Satznummer"/>
        </w:rPr>
        <w:t>2</w:t>
      </w:r>
      <w:r>
        <w:t xml:space="preserve">Der Vollstreckungsleiter unterbricht die Vollstreckung der Jugendstrafe, wenn die Hälfte, mindestens jedoch sechs Monate, der Jugendstrafe verbüßt sind. </w:t>
      </w:r>
      <w:r>
        <w:rPr>
          <w:rStyle w:val="Satznummer"/>
        </w:rPr>
        <w:t>3</w:t>
      </w:r>
      <w:r>
        <w:t xml:space="preserve">Er kann die Vollstreckung zu einem früheren Zeitpunkt unterbrechen, wenn die Aussetzung des Strafrestes in Betracht kommt. </w:t>
      </w:r>
      <w:r>
        <w:rPr>
          <w:rStyle w:val="Satznummer"/>
        </w:rPr>
        <w:t>4</w:t>
      </w:r>
      <w:r>
        <w:t xml:space="preserve">Ein Strafrest, der auf Grund des Widerrufs seiner Aussetzung vollstreckt wird, kann unterbrochen werden, wenn die Hälfte, mindestens jedoch sechs Monate, des Strafrestes verbüßt sind und eine erneute Aussetzung in Betracht kommt. </w:t>
      </w:r>
      <w:r>
        <w:rPr>
          <w:rStyle w:val="Satznummer"/>
        </w:rPr>
        <w:t>5</w:t>
      </w:r>
      <w:r>
        <w:t>§ 454b Absatz 4 der Strafprozeßordnung gilt entsprechend.</w:t>
      </w:r>
    </w:p>
    <w:p>
      <w:r>
        <w:t xml:space="preserve">(2) </w:t>
      </w:r>
      <w:r>
        <w:rPr>
          <w:rStyle w:val="Satznummer"/>
        </w:rPr>
        <w:t>1</w:t>
      </w:r>
      <w:r>
        <w:t xml:space="preserve">Ist gegen einen Verurteilten außer lebenslanger Freiheitsstrafe auch Jugendstrafe zu vollstrecken, so wird, wenn die letzte Verurteilung eine Straftat betrifft, die der Verurteilte vor der früheren Verurteilung begangen hat, nur die lebenslange Freiheitsstrafe vollstreckt; als Verurteilung gilt das Urteil in dem Verfahren, in dem die zugrundeliegenden tatsächlichen Feststellungen letztmals geprüft werden konnten. </w:t>
      </w:r>
      <w:r>
        <w:rPr>
          <w:rStyle w:val="Satznummer"/>
        </w:rPr>
        <w:t>2</w:t>
      </w:r>
      <w:r>
        <w:t>Wird die Vollstreckung des Restes der lebenslangen Freiheitsstrafe durch das Gericht zur Bewährung ausgesetzt, so erklärt das Gericht die Vollstreckung der Jugendstrafe für erledigt.</w:t>
      </w:r>
    </w:p>
    <w:p>
      <w:r>
        <w:t xml:space="preserve">(3) In den Fällen des Absatzes 1 gilt </w:t>
      </w:r>
      <w:hyperlink w:anchor="b131" w:history="1">
        <w:r>
          <w:rPr>
            <w:color w:val="0A3A8C"/>
            <w:u w:val="single"/>
          </w:rPr>
          <w:t xml:space="preserve">§ 85</w:t>
        </w:r>
      </w:hyperlink>
      <w:r>
        <w:t xml:space="preserve"> Abs. 6 entsprechend mit der Maßgabe, daß der Vollstreckungsleiter die Vollstreckung der Jugendstrafe abgeben kann, wenn der Verurteilte das einundzwanzigste Lebensjahr vollendet hat.</w:t>
      </w:r>
    </w:p>
    <w:p>
      <w:pPr>
        <w:pStyle w:val="Heading5"/>
      </w:pPr>
      <w:bookmarkStart w:id="140" w:name="b139"/>
      <w:r>
        <w:t>§ 89b Ausnahme vom Jugendstrafvollzug</w:t>
      </w:r>
      <w:r>
        <w:t xml:space="preserve"> </w:t>
      </w:r>
      <w:r>
        <w:rPr>
          <w:rStyle w:val="Suchmarke"/>
        </w:rPr>
        <w:t>#89b#</w:t>
      </w:r>
      <w:bookmarkEnd w:id="140"/>
    </w:p>
    <w:p>
      <w:r>
        <w:t xml:space="preserve">(1) </w:t>
      </w:r>
      <w:r>
        <w:rPr>
          <w:rStyle w:val="Satznummer"/>
        </w:rPr>
        <w:t>1</w:t>
      </w:r>
      <w:r>
        <w:t xml:space="preserve">An einem Verurteilten, der das 18. Lebensjahr vollendet hat und sich nicht für den Jugendstrafvollzug eignet, kann die Jugendstrafe statt nach den Vorschriften für den Jugendstrafvollzug nach den Vorschriften des Strafvollzuges für Erwachsene vollzogen werden. </w:t>
      </w:r>
      <w:r>
        <w:rPr>
          <w:rStyle w:val="Satznummer"/>
        </w:rPr>
        <w:t>2</w:t>
      </w:r>
      <w:r>
        <w:t>Hat der Verurteilte das 24. Lebensjahr vollendet, so soll Jugendstrafe nach den Vorschriften des Strafvollzuges für Erwachsene vollzogen werden.</w:t>
      </w:r>
    </w:p>
    <w:p>
      <w:r>
        <w:t>(2) Über die Ausnahme vom Jugendstrafvollzug entscheidet der Vollstreckungsleiter.</w:t>
      </w:r>
    </w:p>
    <w:p>
      <w:pPr>
        <w:pStyle w:val="Heading4"/>
      </w:pPr>
      <w:bookmarkStart w:id="141" w:name="b140"/>
      <w:r>
        <w:t>Vierter Unterabschnitt Untersuchungshaft</w:t>
      </w:r>
      <w:bookmarkEnd w:id="141"/>
    </w:p>
    <w:p>
      <w:pPr>
        <w:pStyle w:val="Heading5"/>
      </w:pPr>
      <w:bookmarkStart w:id="142" w:name="b141"/>
      <w:r>
        <w:t>§ 89c Vollstreckung der Untersuchungshaft</w:t>
      </w:r>
      <w:r>
        <w:t xml:space="preserve"> </w:t>
      </w:r>
      <w:r>
        <w:rPr>
          <w:rStyle w:val="Suchmarke"/>
        </w:rPr>
        <w:t>#89c#</w:t>
      </w:r>
      <w:bookmarkEnd w:id="142"/>
    </w:p>
    <w:p>
      <w:r>
        <w:t xml:space="preserve">(1) </w:t>
      </w:r>
      <w:r>
        <w:rPr>
          <w:rStyle w:val="Satznummer"/>
        </w:rPr>
        <w:t>1</w:t>
      </w:r>
      <w:r>
        <w:t xml:space="preserve">Solange zur Tatzeit Jugendliche das 21. Lebensjahr noch nicht vollendet haben, wird die Untersuchungshaft nach den Vorschriften für den Vollzug der Untersuchungshaft an jungen Gefangenen und nach Möglichkeit in den für junge Gefangene vorgesehenen Einrichtungen vollzogen. </w:t>
      </w:r>
      <w:r>
        <w:rPr>
          <w:rStyle w:val="Satznummer"/>
        </w:rPr>
        <w:t>2</w:t>
      </w:r>
      <w:r>
        <w:t>Ist die betroffene Person bei Vollstreckung des Haftbefehls 21, aber noch nicht 24 Jahre alt, kann die Untersuchungshaft nach diesen Vorschriften und in diesen Einrichtungen vollzogen werden.</w:t>
      </w:r>
    </w:p>
    <w:p>
      <w:r>
        <w:t xml:space="preserve">(2) </w:t>
      </w:r>
      <w:r>
        <w:rPr>
          <w:rStyle w:val="Satznummer"/>
        </w:rPr>
        <w:t>1</w:t>
      </w:r>
      <w:r>
        <w:t xml:space="preserve">Hat der Jugendliche das 18. Lebensjahr noch nicht vollendet, darf er mit jungen Gefangenen, die das 18. Lebensjahr vollendet haben, nur untergebracht werden, wenn eine gemeinsame Unterbringung seinem Wohl nicht widerspricht. </w:t>
      </w:r>
      <w:r>
        <w:rPr>
          <w:rStyle w:val="Satznummer"/>
        </w:rPr>
        <w:t>2</w:t>
      </w:r>
      <w:r>
        <w:t>Mit Gefangenen, die das 24. Lebensjahr vollendet haben, darf er nur untergebracht werden, wenn dies seinem Wohl dient.</w:t>
      </w:r>
    </w:p>
    <w:p>
      <w:r>
        <w:t xml:space="preserve">(3) </w:t>
      </w:r>
      <w:r>
        <w:rPr>
          <w:rStyle w:val="Satznummer"/>
        </w:rPr>
        <w:t>1</w:t>
      </w:r>
      <w:r>
        <w:t xml:space="preserve">Die Entscheidung nach Absatz 1 Satz 2 trifft das Gericht. </w:t>
      </w:r>
      <w:r>
        <w:rPr>
          <w:rStyle w:val="Satznummer"/>
        </w:rPr>
        <w:t>2</w:t>
      </w:r>
      <w:r>
        <w:t>Die für die Aufnahme vorgesehene Einrichtung und die Jugendgerichtshilfe sind vor der Entscheidung zu hören.</w:t>
      </w:r>
    </w:p>
    <w:p>
      <w:pPr>
        <w:pStyle w:val="Heading3"/>
      </w:pPr>
      <w:bookmarkStart w:id="143" w:name="b142"/>
      <w:r>
        <w:t>Zweiter Abschnitt Vollzug</w:t>
      </w:r>
      <w:bookmarkEnd w:id="143"/>
    </w:p>
    <w:p>
      <w:pPr>
        <w:pStyle w:val="Heading4"/>
      </w:pPr>
      <w:bookmarkStart w:id="144" w:name="b143"/>
      <w:r>
        <w:t>§ 90 Jugendarrest</w:t>
      </w:r>
      <w:r>
        <w:t xml:space="preserve"> </w:t>
      </w:r>
      <w:r>
        <w:rPr>
          <w:rStyle w:val="Suchmarke"/>
        </w:rPr>
        <w:t>#90#</w:t>
      </w:r>
      <w:bookmarkEnd w:id="144"/>
    </w:p>
    <w:p>
      <w:r>
        <w:t xml:space="preserve">(1) </w:t>
      </w:r>
      <w:r>
        <w:rPr>
          <w:rStyle w:val="Satznummer"/>
        </w:rPr>
        <w:t>1</w:t>
      </w:r>
      <w:r>
        <w:t xml:space="preserve">Der Vollzug des Jugendarrestes soll das Ehrgefühl des Jugendlichen wecken und ihm eindringlich zum Bewußtsein bringen, daß er für das von ihm begangene Unrecht einzustehen hat. </w:t>
      </w:r>
      <w:r>
        <w:rPr>
          <w:rStyle w:val="Satznummer"/>
        </w:rPr>
        <w:t>2</w:t>
      </w:r>
      <w:r>
        <w:t xml:space="preserve">Der Vollzug des Jugendarrestes soll erzieherisch gestaltet werden. </w:t>
      </w:r>
      <w:r>
        <w:rPr>
          <w:rStyle w:val="Satznummer"/>
        </w:rPr>
        <w:t>3</w:t>
      </w:r>
      <w:r>
        <w:t>Er soll dem Jugendlichen helfen, die Schwierigkeiten zu bewältigen, die zur Begehung der Straftat beigetragen haben.</w:t>
      </w:r>
    </w:p>
    <w:p>
      <w:r>
        <w:t xml:space="preserve">(2) </w:t>
      </w:r>
      <w:r>
        <w:rPr>
          <w:rStyle w:val="Satznummer"/>
        </w:rPr>
        <w:t>1</w:t>
      </w:r>
      <w:r>
        <w:t xml:space="preserve">Der Jugendarrest wird in Jugendarrestanstalten oder Freizeitarresträumen der Landesjustizverwaltung vollzogen. </w:t>
      </w:r>
      <w:r>
        <w:rPr>
          <w:rStyle w:val="Satznummer"/>
        </w:rPr>
        <w:t>2</w:t>
      </w:r>
      <w:r>
        <w:t>Vollzugsleiter ist der Jugendrichter am Ort des Vollzugs.</w:t>
      </w:r>
    </w:p>
    <w:p>
      <w:pPr>
        <w:pStyle w:val="Heading4"/>
      </w:pPr>
      <w:bookmarkStart w:id="145" w:name="b144"/>
      <w:r>
        <w:t>§ 91 (weggefallen)</w:t>
      </w:r>
      <w:r>
        <w:t xml:space="preserve"> </w:t>
      </w:r>
      <w:r>
        <w:rPr>
          <w:rStyle w:val="Suchmarke"/>
        </w:rPr>
        <w:t>#91#</w:t>
      </w:r>
      <w:bookmarkEnd w:id="145"/>
    </w:p>
    <w:p>
      <w:r>
        <w:t>-</w:t>
      </w:r>
    </w:p>
    <w:p>
      <w:pPr>
        <w:pStyle w:val="Heading4"/>
      </w:pPr>
      <w:bookmarkStart w:id="146" w:name="b145"/>
      <w:r>
        <w:t>§ 92 Rechtsbehelfe im Vollzug</w:t>
      </w:r>
      <w:r>
        <w:t xml:space="preserve"> </w:t>
      </w:r>
      <w:r>
        <w:rPr>
          <w:rStyle w:val="Suchmarke"/>
        </w:rPr>
        <w:t>#92#</w:t>
      </w:r>
      <w:bookmarkEnd w:id="146"/>
    </w:p>
    <w:p>
      <w:r>
        <w:t xml:space="preserve">(1) </w:t>
      </w:r>
      <w:r>
        <w:rPr>
          <w:rStyle w:val="Satznummer"/>
        </w:rPr>
        <w:t>1</w:t>
      </w:r>
      <w:r>
        <w:t xml:space="preserve">Gegen eine Maßnahme zur Regelung einzelner Angelegenheiten auf dem Gebiet des Jugendarrestes, der Jugendstrafe und der Maßregeln der Unterbringung in einem psychiatrischen Krankenhaus oder in einer Entziehungsanstalt (§ 61 Nr. 1 und 2 des Strafgesetzbuches) oder in der Sicherungsverwahrung kann gerichtliche Entscheidung beantragt werden. </w:t>
      </w:r>
      <w:r>
        <w:rPr>
          <w:rStyle w:val="Satznummer"/>
        </w:rPr>
        <w:t>2</w:t>
      </w:r>
      <w:r>
        <w:t xml:space="preserve">Für die Überprüfung von Vollzugsmaßnahmen gelten die §§ 109 und 111 bis 120 Abs. 1 des Strafvollzugsgesetzes sowie </w:t>
      </w:r>
      <w:hyperlink w:anchor="b98" w:history="1">
        <w:r>
          <w:rPr>
            <w:color w:val="0A3A8C"/>
            <w:u w:val="single"/>
          </w:rPr>
          <w:t xml:space="preserve">§ 67</w:t>
        </w:r>
      </w:hyperlink>
      <w:r>
        <w:t xml:space="preserve"> Absatz 1, 2 und 5 und </w:t>
      </w:r>
      <w:hyperlink w:anchor="b99" w:history="1">
        <w:r>
          <w:rPr>
            <w:color w:val="0A3A8C"/>
            <w:u w:val="single"/>
          </w:rPr>
          <w:t xml:space="preserve">§ 67a</w:t>
        </w:r>
      </w:hyperlink>
      <w:r>
        <w:t xml:space="preserve"> Absatz 1 entsprechend; das Landesrecht kann vorsehen, dass der Antrag erst nach einem Verfahren zur gütlichen Streitbeilegung gestellt werden kann.</w:t>
      </w:r>
    </w:p>
    <w:p>
      <w:r>
        <w:t xml:space="preserve">(2) </w:t>
      </w:r>
      <w:r>
        <w:rPr>
          <w:rStyle w:val="Satznummer"/>
        </w:rPr>
        <w:t>1</w:t>
      </w:r>
      <w:r>
        <w:t xml:space="preserve">Über den Antrag entscheidet die Jugendkammer, in deren Bezirk die beteiligte Vollzugsbehörde ihren Sitz hat. </w:t>
      </w:r>
      <w:r>
        <w:rPr>
          <w:rStyle w:val="Satznummer"/>
        </w:rPr>
        <w:t>2</w:t>
      </w:r>
      <w:r>
        <w:t xml:space="preserve">Die Jugendkammer ist auch für Entscheidungen nach § 119a des Strafvollzugsgesetzes zuständig. </w:t>
      </w:r>
      <w:r>
        <w:rPr>
          <w:rStyle w:val="Satznummer"/>
        </w:rPr>
        <w:t>3</w:t>
      </w:r>
      <w:r>
        <w:t>Unterhält ein Land eine Einrichtung für den Vollzug der Jugendstrafe auf dem Gebiet eines anderen Landes, können die beteiligten Länder vereinbaren, dass die Jugendkammer bei dem Landgericht zuständig ist, in dessen Bezirk die für die Einrichtung zuständige Aufsichtsbehörde ihren Sitz hat.</w:t>
      </w:r>
    </w:p>
    <w:p>
      <w:r>
        <w:t xml:space="preserve">(3) </w:t>
      </w:r>
      <w:r>
        <w:rPr>
          <w:rStyle w:val="Satznummer"/>
        </w:rPr>
        <w:t>1</w:t>
      </w:r>
      <w:r>
        <w:t xml:space="preserve">Die Jugendkammer entscheidet durch Beschluss. </w:t>
      </w:r>
      <w:r>
        <w:rPr>
          <w:rStyle w:val="Satznummer"/>
        </w:rPr>
        <w:t>2</w:t>
      </w:r>
      <w:r>
        <w:t xml:space="preserve">Sie bestimmt nach Ermessen, ob eine mündliche Verhandlung durchgeführt wird. </w:t>
      </w:r>
      <w:r>
        <w:rPr>
          <w:rStyle w:val="Satznummer"/>
        </w:rPr>
        <w:t>3</w:t>
      </w:r>
      <w:r>
        <w:t xml:space="preserve">Auf Antrag des Jugendlichen ist dieser vor einer Entscheidung persönlich anzuhören. </w:t>
      </w:r>
      <w:r>
        <w:rPr>
          <w:rStyle w:val="Satznummer"/>
        </w:rPr>
        <w:t>4</w:t>
      </w:r>
      <w:r>
        <w:t xml:space="preserve">Hierüber ist der Jugendliche zu belehren. </w:t>
      </w:r>
      <w:r>
        <w:rPr>
          <w:rStyle w:val="Satznummer"/>
        </w:rPr>
        <w:t>5</w:t>
      </w:r>
      <w:r>
        <w:t>Wird eine mündliche Verhandlung nicht durchgeführt, findet die Anhörung in der Regel in der Vollzugseinrichtung statt.</w:t>
      </w:r>
    </w:p>
    <w:p>
      <w:r>
        <w:t xml:space="preserve">(4) </w:t>
      </w:r>
      <w:r>
        <w:rPr>
          <w:rStyle w:val="Satznummer"/>
        </w:rPr>
        <w:t>1</w:t>
      </w:r>
      <w:r>
        <w:t xml:space="preserve">Die Jugendkammer ist außer in den Fällen des Absatzes 2 Satz 2 mit einem Richter besetzt. </w:t>
      </w:r>
      <w:r>
        <w:rPr>
          <w:rStyle w:val="Satznummer"/>
        </w:rPr>
        <w:t>2</w:t>
      </w:r>
      <w:r>
        <w:t xml:space="preserve">Ein Richter auf Probe darf dies nur sein, wenn ihm bereits über einen Zeitraum von einem Jahr Rechtsprechungsaufgaben in Strafverfahren übertragen worden sind. </w:t>
      </w:r>
      <w:r>
        <w:rPr>
          <w:rStyle w:val="Satznummer"/>
        </w:rPr>
        <w:t>3</w:t>
      </w:r>
      <w:r>
        <w:t xml:space="preserve">Weist die Sache besondere Schwierigkeiten rechtlicher Art auf oder kommt ihr grundsätzliche Bedeutung zu, legt der Richter die Sache der Jugendkammer zur Entscheidung über eine Übernahme vor. </w:t>
      </w:r>
      <w:r>
        <w:rPr>
          <w:rStyle w:val="Satznummer"/>
        </w:rPr>
        <w:t>4</w:t>
      </w:r>
      <w:r>
        <w:t xml:space="preserve">Liegt eine der Voraussetzungen für eine Übernahme vor, übernimmt die Jugendkammer den Antrag. </w:t>
      </w:r>
      <w:r>
        <w:rPr>
          <w:rStyle w:val="Satznummer"/>
        </w:rPr>
        <w:t>5</w:t>
      </w:r>
      <w:r>
        <w:t xml:space="preserve">Sie entscheidet hierüber durch Beschluss. </w:t>
      </w:r>
      <w:r>
        <w:rPr>
          <w:rStyle w:val="Satznummer"/>
        </w:rPr>
        <w:t>6</w:t>
      </w:r>
      <w:r>
        <w:t>Eine Rückübertragung ist ausgeschlossen.</w:t>
      </w:r>
    </w:p>
    <w:p>
      <w:r>
        <w:t xml:space="preserve">(5) Für die Kosten des Verfahrens gilt § 121 des Strafvollzugsgesetzes mit der Maßgabe, dass entsprechend </w:t>
      </w:r>
      <w:hyperlink w:anchor="b113" w:history="1">
        <w:r>
          <w:rPr>
            <w:color w:val="0A3A8C"/>
            <w:u w:val="single"/>
          </w:rPr>
          <w:t xml:space="preserve">§ 74</w:t>
        </w:r>
      </w:hyperlink>
      <w:r>
        <w:t xml:space="preserve"> davon abgesehen werden kann, dem Jugendlichen Kosten und Auslagen aufzuerlegen.</w:t>
      </w:r>
    </w:p>
    <w:p>
      <w:r>
        <w:t xml:space="preserve">(6) </w:t>
      </w:r>
      <w:r>
        <w:rPr>
          <w:rStyle w:val="Satznummer"/>
        </w:rPr>
        <w:t>1</w:t>
      </w:r>
      <w:r>
        <w:t xml:space="preserve">Wird eine Jugendstrafe gemäß </w:t>
      </w:r>
      <w:hyperlink w:anchor="b139" w:history="1">
        <w:r>
          <w:rPr>
            <w:color w:val="0A3A8C"/>
            <w:u w:val="single"/>
          </w:rPr>
          <w:t xml:space="preserve">§ 89b</w:t>
        </w:r>
      </w:hyperlink>
      <w:r>
        <w:t xml:space="preserve"> Abs. 1 nach den Vorschriften des Strafvollzugs für Erwachsene vollzogen oder hat der Jugendliche im Vollzug einer freiheitsentziehenden Maßregel das vierundzwanzigste Lebensjahr vollendet, sind die Absätze 1 bis 5 nicht anzuwenden. </w:t>
      </w:r>
      <w:r>
        <w:rPr>
          <w:rStyle w:val="Satznummer"/>
        </w:rPr>
        <w:t>2</w:t>
      </w:r>
      <w:r>
        <w:t>Für die Überprüfung von Vollzugsmaßnahmen gelten die Vorschriften der §§ 109 bis 121 des Strafvollzugsgesetzes.</w:t>
      </w:r>
    </w:p>
    <w:p>
      <w:pPr>
        <w:pStyle w:val="Heading4"/>
      </w:pPr>
      <w:bookmarkStart w:id="147" w:name="b146"/>
      <w:r>
        <w:t>§ 93 Gerichtliche Zuständigkeit und gerichtliches Verfahren bei Maßnahmen, die der vorherigen gerichtlichen Anordnung oder der gerichtlichen Genehmigung bedürfen</w:t>
      </w:r>
      <w:r>
        <w:t xml:space="preserve"> </w:t>
      </w:r>
      <w:r>
        <w:rPr>
          <w:rStyle w:val="Suchmarke"/>
        </w:rPr>
        <w:t>#93#</w:t>
      </w:r>
      <w:bookmarkEnd w:id="147"/>
    </w:p>
    <w:p>
      <w:r>
        <w:rPr>
          <w:rStyle w:val="Satznummer"/>
        </w:rPr>
        <w:t>1</w:t>
      </w:r>
      <w:r>
        <w:t xml:space="preserve">Beim Vollzug des Jugendarrestes, der Jugendstrafe und der Maßregeln der Unterbringung in einem psychiatrischen Krankenhaus oder in einer Entziehungsanstalt oder in der Sicherungsverwahrung ist, soweit nach den Vollzugsgesetzen eine Maßnahme der vorherigen gerichtlichen Anordnung oder der gerichtlichen Genehmigung bedarf, das Amtsgericht zuständig, in dessen Bezirk die Maßnahme durchgeführt wird. </w:t>
      </w:r>
      <w:r>
        <w:rPr>
          <w:rStyle w:val="Satznummer"/>
        </w:rPr>
        <w:t>2</w:t>
      </w:r>
      <w:r>
        <w:t xml:space="preserve">Unterhält ein Land eine Einrichtung für den Vollzug der in Satz 1 genannten Freiheitsentziehung auf dem Gebiet eines anderen Landes, können die beteiligten Länder vereinbaren, dass das Amtsgericht zuständig ist, in dessen Bezirk die für die Einrichtung zuständige Aufsichtsbehörde ihren Sitz hat. </w:t>
      </w:r>
      <w:r>
        <w:rPr>
          <w:rStyle w:val="Satznummer"/>
        </w:rPr>
        <w:t>3</w:t>
      </w:r>
      <w:r>
        <w:t xml:space="preserve">Für das Verfahren gelten § 121b des Strafvollzugsgesetzes sowie </w:t>
      </w:r>
      <w:hyperlink w:anchor="b98" w:history="1">
        <w:r>
          <w:rPr>
            <w:color w:val="0A3A8C"/>
            <w:u w:val="single"/>
          </w:rPr>
          <w:t xml:space="preserve">§ 67</w:t>
        </w:r>
      </w:hyperlink>
      <w:r>
        <w:t xml:space="preserve"> Absatz 1, 2 und 5 sowie </w:t>
      </w:r>
      <w:hyperlink w:anchor="b99" w:history="1">
        <w:r>
          <w:rPr>
            <w:color w:val="0A3A8C"/>
            <w:u w:val="single"/>
          </w:rPr>
          <w:t xml:space="preserve">§ 67a</w:t>
        </w:r>
      </w:hyperlink>
      <w:r>
        <w:t xml:space="preserve"> Absatz 1, 3 und 5 entsprechend.</w:t>
      </w:r>
    </w:p>
    <w:p>
      <w:pPr>
        <w:pStyle w:val="Heading4"/>
      </w:pPr>
      <w:bookmarkStart w:id="148" w:name="b147"/>
      <w:r>
        <w:t>§ 93a Unterbringung in einer Entziehungsanstalt</w:t>
      </w:r>
      <w:r>
        <w:t xml:space="preserve"> </w:t>
      </w:r>
      <w:r>
        <w:rPr>
          <w:rStyle w:val="Suchmarke"/>
        </w:rPr>
        <w:t>#93a#</w:t>
      </w:r>
      <w:bookmarkEnd w:id="148"/>
    </w:p>
    <w:p>
      <w:r>
        <w:t>(1) Die Maßregel nach § 61 Nr. 2 des Strafgesetzbuches wird in einer Einrichtung vollzogen, in der die für die Behandlung suchtkranker Jugendlicher erforderlichen besonderen therapeutischen Mittel und sozialen Hilfen zur Verfügung stehen.</w:t>
      </w:r>
    </w:p>
    <w:p>
      <w:r>
        <w:t>(2) Um das angestrebte Behandlungsziel zu erreichen, kann der Vollzug aufgelockert und weitgehend in freien Formen durchgeführt werden.</w:t>
      </w:r>
    </w:p>
    <w:p>
      <w:pPr>
        <w:pStyle w:val="Heading2"/>
      </w:pPr>
      <w:bookmarkStart w:id="149" w:name="b148"/>
      <w:r>
        <w:t>Viertes Hauptstück Beseitigung des Strafmakels</w:t>
      </w:r>
      <w:bookmarkEnd w:id="149"/>
    </w:p>
    <w:p>
      <w:pPr>
        <w:pStyle w:val="Heading3"/>
      </w:pPr>
      <w:bookmarkStart w:id="150" w:name="b149"/>
      <w:r>
        <w:t>§§ 94 bis 96 (weggefallen)</w:t>
      </w:r>
      <w:bookmarkEnd w:id="150"/>
    </w:p>
    <w:p>
      <w:pPr>
        <w:pStyle w:val="Heading3"/>
      </w:pPr>
      <w:bookmarkStart w:id="151" w:name="b150"/>
      <w:r>
        <w:t>§ 97 Beseitigung des Strafmakels durch Richterspruch</w:t>
      </w:r>
      <w:r>
        <w:t xml:space="preserve"> </w:t>
      </w:r>
      <w:r>
        <w:rPr>
          <w:rStyle w:val="Suchmarke"/>
        </w:rPr>
        <w:t>#97#</w:t>
      </w:r>
      <w:bookmarkEnd w:id="151"/>
    </w:p>
    <w:p>
      <w:r>
        <w:t xml:space="preserve">(1) </w:t>
      </w:r>
      <w:r>
        <w:rPr>
          <w:rStyle w:val="Satznummer"/>
        </w:rPr>
        <w:t>1</w:t>
      </w:r>
      <w:r>
        <w:t xml:space="preserve">Hat der Jugendrichter die Überzeugung erlangt, daß sich ein zu Jugendstrafe verurteilter Jugendlicher durch einwandfreie Führung als rechtschaffener Mensch erwiesen hat, so erklärt er von Amts wegen oder auf Antrag des Verurteilten, des Erziehungsberechtigten oder des gesetzlichen Vertreters den Strafmakel als beseitigt. </w:t>
      </w:r>
      <w:r>
        <w:rPr>
          <w:rStyle w:val="Satznummer"/>
        </w:rPr>
        <w:t>2</w:t>
      </w:r>
      <w:r>
        <w:t xml:space="preserve">Dies kann auch auf Antrag des Staatsanwalts oder, wenn der Verurteilte im Zeitpunkt der Antragstellung noch minderjährig ist, auf Antrag des Vertreters der Jugendgerichtshilfe geschehen. </w:t>
      </w:r>
      <w:r>
        <w:rPr>
          <w:rStyle w:val="Satznummer"/>
        </w:rPr>
        <w:t>3</w:t>
      </w:r>
      <w:r>
        <w:t>Die Erklärung ist unzulässig, wenn es sich um eine Verurteilung nach den §§ 174 bis 180 oder 182 des Strafgesetzbuches handelt.</w:t>
      </w:r>
    </w:p>
    <w:p>
      <w:r>
        <w:t xml:space="preserve">(2) </w:t>
      </w:r>
      <w:r>
        <w:rPr>
          <w:rStyle w:val="Satznummer"/>
        </w:rPr>
        <w:t>1</w:t>
      </w:r>
      <w:r>
        <w:t xml:space="preserve">Die Anordnung kann erst zwei Jahre nach Verbüßung oder Erlaß der Strafe ergehen, es sei denn, daß der Verurteilte sich der Beseitigung des Strafmakels besonders würdig gezeigt hat. </w:t>
      </w:r>
      <w:r>
        <w:rPr>
          <w:rStyle w:val="Satznummer"/>
        </w:rPr>
        <w:t>2</w:t>
      </w:r>
      <w:r>
        <w:t>Während des Vollzugs oder während einer Bewährungszeit ist die Anordnung unzulässig.</w:t>
      </w:r>
    </w:p>
    <w:p>
      <w:pPr>
        <w:pStyle w:val="Heading3"/>
      </w:pPr>
      <w:bookmarkStart w:id="152" w:name="b151"/>
      <w:r>
        <w:t>§ 98 Verfahren</w:t>
      </w:r>
      <w:r>
        <w:t xml:space="preserve"> </w:t>
      </w:r>
      <w:r>
        <w:rPr>
          <w:rStyle w:val="Suchmarke"/>
        </w:rPr>
        <w:t>#98#</w:t>
      </w:r>
      <w:bookmarkEnd w:id="152"/>
    </w:p>
    <w:p>
      <w:r>
        <w:t xml:space="preserve">(1) </w:t>
      </w:r>
      <w:r>
        <w:rPr>
          <w:rStyle w:val="Satznummer"/>
        </w:rPr>
        <w:t>1</w:t>
      </w:r>
      <w:r>
        <w:t xml:space="preserve">Zuständig ist der Jugendrichter des Amtsgerichts, dem die familiengerichtlichen Erziehungsaufgaben für den Verurteilten obliegen. </w:t>
      </w:r>
      <w:r>
        <w:rPr>
          <w:rStyle w:val="Satznummer"/>
        </w:rPr>
        <w:t>2</w:t>
      </w:r>
      <w:r>
        <w:t>Ist der Verurteilte volljährig, so ist der Jugendrichter zuständig, in dessen Bezirk der Verurteilte seinen Wohnsitz hat.</w:t>
      </w:r>
    </w:p>
    <w:p>
      <w:r>
        <w:t xml:space="preserve">(2) </w:t>
      </w:r>
      <w:r>
        <w:rPr>
          <w:rStyle w:val="Satznummer"/>
        </w:rPr>
        <w:t>1</w:t>
      </w:r>
      <w:r>
        <w:t xml:space="preserve">Der Jugendrichter beauftragt mit den Ermittlungen über die Führung des Verurteilten und dessen Bewährung vorzugsweise die Stelle, die den Verurteilten nach der Verbüßung der Strafe betreut hat. </w:t>
      </w:r>
      <w:r>
        <w:rPr>
          <w:rStyle w:val="Satznummer"/>
        </w:rPr>
        <w:t>2</w:t>
      </w:r>
      <w:r>
        <w:t xml:space="preserve">Er kann eigene Ermittlungen anstellen. </w:t>
      </w:r>
      <w:r>
        <w:rPr>
          <w:rStyle w:val="Satznummer"/>
        </w:rPr>
        <w:t>3</w:t>
      </w:r>
      <w:r>
        <w:t>Er hört den Verurteilten und, wenn dieser minderjährig ist, den Erziehungsberechtigten und den gesetzlichen Vertreter, ferner die Schule und die zuständige Verwaltungsbehörde.</w:t>
      </w:r>
    </w:p>
    <w:p>
      <w:r>
        <w:t>(3) Nach Abschluß der Ermittlungen ist der Staatsanwalt zu hören.</w:t>
      </w:r>
    </w:p>
    <w:p>
      <w:pPr>
        <w:pStyle w:val="Heading3"/>
      </w:pPr>
      <w:bookmarkStart w:id="153" w:name="b152"/>
      <w:r>
        <w:t>§ 99 Entscheidung</w:t>
      </w:r>
      <w:r>
        <w:t xml:space="preserve"> </w:t>
      </w:r>
      <w:r>
        <w:rPr>
          <w:rStyle w:val="Suchmarke"/>
        </w:rPr>
        <w:t>#99#</w:t>
      </w:r>
      <w:bookmarkEnd w:id="153"/>
    </w:p>
    <w:p>
      <w:r>
        <w:t>(1) Der Jugendrichter entscheidet durch Beschluß.</w:t>
      </w:r>
    </w:p>
    <w:p>
      <w:r>
        <w:t>(2) Hält er die Voraussetzungen für eine Beseitigung des Strafmakels noch nicht für gegeben, so kann er die Entscheidung um höchstens zwei Jahre aufschieben.</w:t>
      </w:r>
    </w:p>
    <w:p>
      <w:r>
        <w:t>(3) Gegen den Beschluß ist sofortige Beschwerde zulässig.</w:t>
      </w:r>
    </w:p>
    <w:p>
      <w:pPr>
        <w:pStyle w:val="Heading3"/>
      </w:pPr>
      <w:bookmarkStart w:id="154" w:name="b153"/>
      <w:r>
        <w:t>§ 100 Beseitigung des Strafmakels nach Erlaß einer Strafe oder eines Strafrestes</w:t>
      </w:r>
      <w:r>
        <w:t xml:space="preserve"> </w:t>
      </w:r>
      <w:r>
        <w:rPr>
          <w:rStyle w:val="Suchmarke"/>
        </w:rPr>
        <w:t>#100#</w:t>
      </w:r>
      <w:bookmarkEnd w:id="154"/>
    </w:p>
    <w:p>
      <w:r>
        <w:rPr>
          <w:rStyle w:val="Satznummer"/>
        </w:rPr>
        <w:t>1</w:t>
      </w:r>
      <w:r>
        <w:t xml:space="preserve">Wird die Strafe oder ein Strafrest bei Verurteilung zu nicht mehr als zwei Jahren Jugendstrafe nach Aussetzung zur Bewährung erlassen, so erklärt der Richter zugleich den Strafmakel als beseitigt. </w:t>
      </w:r>
      <w:r>
        <w:rPr>
          <w:rStyle w:val="Satznummer"/>
        </w:rPr>
        <w:t>2</w:t>
      </w:r>
      <w:r>
        <w:t>Dies gilt nicht, wenn es sich um eine Verurteilung nach den §§ 174 bis 180 oder 182 des Strafgesetzbuches handelt.</w:t>
      </w:r>
    </w:p>
    <w:p>
      <w:pPr>
        <w:pStyle w:val="Heading3"/>
      </w:pPr>
      <w:bookmarkStart w:id="155" w:name="b154"/>
      <w:r>
        <w:t>§ 101 Widerruf</w:t>
      </w:r>
      <w:r>
        <w:t xml:space="preserve"> </w:t>
      </w:r>
      <w:r>
        <w:rPr>
          <w:rStyle w:val="Suchmarke"/>
        </w:rPr>
        <w:t>#101#</w:t>
      </w:r>
      <w:bookmarkEnd w:id="155"/>
    </w:p>
    <w:p>
      <w:r>
        <w:rPr>
          <w:rStyle w:val="Satznummer"/>
        </w:rPr>
        <w:t>1</w:t>
      </w:r>
      <w:r>
        <w:t xml:space="preserve">Wird der Verurteilte, dessen Strafmakel als beseitigt erklärt worden ist, vor der Tilgung des Vermerks wegen eines Verbrechens oder vorsätzlichen Vergehens erneut zu Freiheitsstrafe verurteilt, so widerruft der Richter in dem Urteil oder nachträglich durch Beschluß die Beseitigung des Strafmakels. </w:t>
      </w:r>
      <w:r>
        <w:rPr>
          <w:rStyle w:val="Satznummer"/>
        </w:rPr>
        <w:t>2</w:t>
      </w:r>
      <w:r>
        <w:t>In besonderen Fällen kann er von dem Widerruf absehen.</w:t>
      </w:r>
    </w:p>
    <w:p>
      <w:pPr>
        <w:pStyle w:val="Heading2"/>
      </w:pPr>
      <w:bookmarkStart w:id="156" w:name="b155"/>
      <w:r>
        <w:t>Fünftes Hauptstück Jugendliche vor Gerichten, die für allgemeine Strafsachen zuständig sind</w:t>
      </w:r>
      <w:bookmarkEnd w:id="156"/>
    </w:p>
    <w:p>
      <w:pPr>
        <w:pStyle w:val="Heading3"/>
      </w:pPr>
      <w:bookmarkStart w:id="157" w:name="b156"/>
      <w:r>
        <w:t>§ 102 Zuständigkeit</w:t>
      </w:r>
      <w:r>
        <w:t xml:space="preserve"> </w:t>
      </w:r>
      <w:r>
        <w:rPr>
          <w:rStyle w:val="Suchmarke"/>
        </w:rPr>
        <w:t>#102#</w:t>
      </w:r>
      <w:bookmarkEnd w:id="157"/>
    </w:p>
    <w:p>
      <w:r>
        <w:rPr>
          <w:rStyle w:val="Satznummer"/>
        </w:rPr>
        <w:t>1</w:t>
      </w:r>
      <w:r>
        <w:t xml:space="preserve">Die Zuständigkeit des Bundesgerichtshofes und des Oberlandesgerichts werden durch die Vorschriften dieses Gesetzes nicht berührt. </w:t>
      </w:r>
      <w:r>
        <w:rPr>
          <w:rStyle w:val="Satznummer"/>
        </w:rPr>
        <w:t>2</w:t>
      </w:r>
      <w:r>
        <w:t>In den zur Zuständigkeit von Oberlandesgerichten im ersten Rechtszug gehörenden Strafsachen (§ 120 Abs. 1 und 2 des Gerichtsverfassungsgesetzes) entscheidet der Bundesgerichtshof auch über Beschwerden gegen Entscheidungen dieser Oberlandesgerichte, durch welche die Aussetzung der Jugendstrafe zur Bewährung angeordnet oder abgelehnt wird (</w:t>
      </w:r>
      <w:hyperlink w:anchor="b85" w:history="1">
        <w:r>
          <w:rPr>
            <w:color w:val="0A3A8C"/>
            <w:u w:val="single"/>
          </w:rPr>
          <w:t xml:space="preserve">§ 59</w:t>
        </w:r>
      </w:hyperlink>
      <w:r>
        <w:t xml:space="preserve"> Abs. 1).</w:t>
      </w:r>
    </w:p>
    <w:p>
      <w:pPr>
        <w:pStyle w:val="Heading3"/>
      </w:pPr>
      <w:bookmarkStart w:id="158" w:name="b157"/>
      <w:r>
        <w:t>§ 103 Verbindung mehrerer Strafsachen</w:t>
      </w:r>
      <w:r>
        <w:t xml:space="preserve"> </w:t>
      </w:r>
      <w:r>
        <w:rPr>
          <w:rStyle w:val="Suchmarke"/>
        </w:rPr>
        <w:t>#103#</w:t>
      </w:r>
      <w:bookmarkEnd w:id="158"/>
    </w:p>
    <w:p>
      <w:r>
        <w:t>(1) Strafsachen gegen Jugendliche und Erwachsene können nach den Vorschriften des allgemeinen Verfahrensrechts verbunden werden, wenn es zur Erforschung der Wahrheit oder aus anderen wichtigen Gründen geboten ist.</w:t>
      </w:r>
    </w:p>
    <w:p>
      <w:r>
        <w:t xml:space="preserve">(2) </w:t>
      </w:r>
      <w:r>
        <w:rPr>
          <w:rStyle w:val="Satznummer"/>
        </w:rPr>
        <w:t>1</w:t>
      </w:r>
      <w:r>
        <w:t xml:space="preserve">Zuständig ist das Jugendgericht. </w:t>
      </w:r>
      <w:r>
        <w:rPr>
          <w:rStyle w:val="Satznummer"/>
        </w:rPr>
        <w:t>2</w:t>
      </w:r>
      <w:r>
        <w:t xml:space="preserve">Dies gilt nicht, wenn die Strafsache gegen Erwachsene nach den allgemeinen Vorschriften einschließlich der Regelung des § 74e des Gerichtsverfassungsgesetzes zur Zuständigkeit der Wirtschaftsstrafkammer oder der Strafkammer nach § 74a des Gerichtsverfassungsgesetzes gehört; in einem solchen Fall sind diese Strafkammern auch für die Strafsache gegen den Jugendlichen zuständig. </w:t>
      </w:r>
      <w:r>
        <w:rPr>
          <w:rStyle w:val="Satznummer"/>
        </w:rPr>
        <w:t>3</w:t>
      </w:r>
      <w:r>
        <w:t>Für die Prüfung der Zuständigkeit der Wirtschaftsstrafkammer und der Strafkammer nach § 74a des Gerichtsverfassungsgesetzes gelten im Falle des Satzes 2 die §§ 6a, 225a Abs. 4, § 270 Abs. 1 Satz 2 der Strafprozeßordnung entsprechend; § 209a der Strafprozeßordnung ist mit der Maßgabe anzuwenden, daß diese Strafkammern auch gegenüber der Jugendkammer einem Gericht höherer Ordnung gleichstehen.</w:t>
      </w:r>
    </w:p>
    <w:p>
      <w:r>
        <w:t>(3) Beschließt der Richter die Trennung der verbundenen Sachen, so erfolgt zugleich Abgabe der abgetrennten Sache an den Richter, der ohne die Verbindung zuständig gewesen wäre.</w:t>
      </w:r>
    </w:p>
    <w:p>
      <w:pPr>
        <w:pStyle w:val="Heading3"/>
      </w:pPr>
      <w:bookmarkStart w:id="159" w:name="b158"/>
      <w:r>
        <w:t>§ 104 Verfahren gegen Jugendliche</w:t>
      </w:r>
      <w:r>
        <w:t xml:space="preserve"> </w:t>
      </w:r>
      <w:r>
        <w:rPr>
          <w:rStyle w:val="Suchmarke"/>
        </w:rPr>
        <w:t>#104#</w:t>
      </w:r>
      <w:bookmarkEnd w:id="159"/>
    </w:p>
    <w:p>
      <w:r>
        <w:t>(1) In Verfahren gegen Jugendliche vor den für allgemeine Strafsachen zuständigen Gerichten gelten die Vorschriften dieses Gesetzes über</w:t>
      </w:r>
    </w:p>
    <w:p>
      <w:pPr>
        <w:tabs>
          <w:tab w:pos="567" w:val="left"/>
        </w:tabs>
        <w:ind w:left="567" w:hanging="567"/>
      </w:pPr>
      <w:r>
        <w:t>1.</w:t>
      </w:r>
      <w:r>
        <w:tab/>
      </w:r>
      <w:r>
        <w:t>Verfehlungen Jugendlicher und ihre Folgen (</w:t>
      </w:r>
      <w:hyperlink w:anchor="b6" w:history="1">
        <w:r>
          <w:rPr>
            <w:color w:val="0A3A8C"/>
            <w:u w:val="single"/>
          </w:rPr>
          <w:t xml:space="preserve">§§ 3</w:t>
        </w:r>
      </w:hyperlink>
      <w:r>
        <w:t xml:space="preserve"> bis </w:t>
      </w:r>
      <w:hyperlink w:anchor="b43" w:history="1">
        <w:r>
          <w:rPr>
            <w:color w:val="0A3A8C"/>
            <w:u w:val="single"/>
          </w:rPr>
          <w:t xml:space="preserve">32</w:t>
        </w:r>
      </w:hyperlink>
      <w:r>
        <w:t>),</w:t>
      </w:r>
    </w:p>
    <w:p>
      <w:pPr>
        <w:tabs>
          <w:tab w:pos="567" w:val="left"/>
        </w:tabs>
        <w:ind w:left="567" w:hanging="567"/>
      </w:pPr>
      <w:r>
        <w:t>2.</w:t>
      </w:r>
      <w:r>
        <w:tab/>
      </w:r>
      <w:r>
        <w:t>die Heranziehung und die Rechtsstellung der Jugendgerichtshilfe (</w:t>
      </w:r>
      <w:hyperlink w:anchor="b54" w:history="1">
        <w:r>
          <w:rPr>
            <w:color w:val="0A3A8C"/>
            <w:u w:val="single"/>
          </w:rPr>
          <w:t xml:space="preserve">§§ 38</w:t>
        </w:r>
      </w:hyperlink>
      <w:r>
        <w:t xml:space="preserve">, </w:t>
      </w:r>
      <w:hyperlink w:anchor="b66" w:history="1">
        <w:r>
          <w:rPr>
            <w:color w:val="0A3A8C"/>
            <w:u w:val="single"/>
          </w:rPr>
          <w:t xml:space="preserve">46a</w:t>
        </w:r>
      </w:hyperlink>
      <w:r>
        <w:t xml:space="preserve">, </w:t>
      </w:r>
      <w:hyperlink w:anchor="b72" w:history="1">
        <w:r>
          <w:rPr>
            <w:color w:val="0A3A8C"/>
            <w:u w:val="single"/>
          </w:rPr>
          <w:t xml:space="preserve">50</w:t>
        </w:r>
      </w:hyperlink>
      <w:r>
        <w:t xml:space="preserve"> Abs. 3),</w:t>
      </w:r>
    </w:p>
    <w:p>
      <w:pPr>
        <w:tabs>
          <w:tab w:pos="567" w:val="left"/>
        </w:tabs>
        <w:ind w:left="567" w:hanging="567"/>
      </w:pPr>
      <w:r>
        <w:t>3.</w:t>
      </w:r>
      <w:r>
        <w:tab/>
      </w:r>
      <w:r>
        <w:t>den Umfang der Ermittlungen im Vorverfahren (</w:t>
      </w:r>
      <w:hyperlink w:anchor="b62" w:history="1">
        <w:r>
          <w:rPr>
            <w:color w:val="0A3A8C"/>
            <w:u w:val="single"/>
          </w:rPr>
          <w:t xml:space="preserve">§ 43</w:t>
        </w:r>
      </w:hyperlink>
      <w:r>
        <w:t>),</w:t>
      </w:r>
    </w:p>
    <w:p>
      <w:pPr>
        <w:tabs>
          <w:tab w:pos="567" w:val="left"/>
        </w:tabs>
        <w:ind w:left="567" w:hanging="567"/>
      </w:pPr>
      <w:r>
        <w:t>4.</w:t>
      </w:r>
      <w:r>
        <w:tab/>
      </w:r>
      <w:r>
        <w:t>das Absehen von der Verfolgung und die Einstellung des Verfahrens durch den Richter (</w:t>
      </w:r>
      <w:hyperlink w:anchor="b64" w:history="1">
        <w:r>
          <w:rPr>
            <w:color w:val="0A3A8C"/>
            <w:u w:val="single"/>
          </w:rPr>
          <w:t xml:space="preserve">§§ 45</w:t>
        </w:r>
      </w:hyperlink>
      <w:r>
        <w:t xml:space="preserve">, </w:t>
      </w:r>
      <w:hyperlink w:anchor="b68" w:history="1">
        <w:r>
          <w:rPr>
            <w:color w:val="0A3A8C"/>
            <w:u w:val="single"/>
          </w:rPr>
          <w:t xml:space="preserve">47</w:t>
        </w:r>
      </w:hyperlink>
      <w:r>
        <w:t>),</w:t>
      </w:r>
    </w:p>
    <w:p>
      <w:pPr>
        <w:tabs>
          <w:tab w:pos="567" w:val="left"/>
        </w:tabs>
        <w:ind w:left="567" w:hanging="567"/>
      </w:pPr>
      <w:r>
        <w:t>4a.</w:t>
      </w:r>
      <w:r>
        <w:tab/>
      </w:r>
      <w:r>
        <w:t>den Ausschluss der Öffentlichkeit (</w:t>
      </w:r>
      <w:hyperlink w:anchor="b70" w:history="1">
        <w:r>
          <w:rPr>
            <w:color w:val="0A3A8C"/>
            <w:u w:val="single"/>
          </w:rPr>
          <w:t xml:space="preserve">§ 48</w:t>
        </w:r>
      </w:hyperlink>
      <w:r>
        <w:t xml:space="preserve"> Absatz 3 Satz 2),</w:t>
      </w:r>
    </w:p>
    <w:p>
      <w:pPr>
        <w:tabs>
          <w:tab w:pos="567" w:val="left"/>
        </w:tabs>
        <w:ind w:left="567" w:hanging="567"/>
      </w:pPr>
      <w:r>
        <w:t>5.</w:t>
      </w:r>
      <w:r>
        <w:tab/>
      </w:r>
      <w:r>
        <w:t>die Untersuchungshaft (</w:t>
      </w:r>
      <w:hyperlink w:anchor="b75" w:history="1">
        <w:r>
          <w:rPr>
            <w:color w:val="0A3A8C"/>
            <w:u w:val="single"/>
          </w:rPr>
          <w:t xml:space="preserve">§§ 52</w:t>
        </w:r>
      </w:hyperlink>
      <w:r>
        <w:t xml:space="preserve">, </w:t>
      </w:r>
      <w:hyperlink w:anchor="b76" w:history="1">
        <w:r>
          <w:rPr>
            <w:color w:val="0A3A8C"/>
            <w:u w:val="single"/>
          </w:rPr>
          <w:t xml:space="preserve">52a</w:t>
        </w:r>
      </w:hyperlink>
      <w:r>
        <w:t xml:space="preserve">, </w:t>
      </w:r>
      <w:hyperlink w:anchor="b109" w:history="1">
        <w:r>
          <w:rPr>
            <w:color w:val="0A3A8C"/>
            <w:u w:val="single"/>
          </w:rPr>
          <w:t xml:space="preserve">72</w:t>
        </w:r>
      </w:hyperlink>
      <w:r>
        <w:t xml:space="preserve">, </w:t>
      </w:r>
      <w:hyperlink w:anchor="b141" w:history="1">
        <w:r>
          <w:rPr>
            <w:color w:val="0A3A8C"/>
            <w:u w:val="single"/>
          </w:rPr>
          <w:t xml:space="preserve">89c</w:t>
        </w:r>
      </w:hyperlink>
      <w:r>
        <w:t>),</w:t>
      </w:r>
    </w:p>
    <w:p>
      <w:pPr>
        <w:tabs>
          <w:tab w:pos="567" w:val="left"/>
        </w:tabs>
        <w:ind w:left="567" w:hanging="567"/>
      </w:pPr>
      <w:r>
        <w:t>6.</w:t>
      </w:r>
      <w:r>
        <w:tab/>
      </w:r>
      <w:r>
        <w:t>die Urteilsgründe (</w:t>
      </w:r>
      <w:hyperlink w:anchor="b78" w:history="1">
        <w:r>
          <w:rPr>
            <w:color w:val="0A3A8C"/>
            <w:u w:val="single"/>
          </w:rPr>
          <w:t xml:space="preserve">§ 54</w:t>
        </w:r>
      </w:hyperlink>
      <w:r>
        <w:t>),</w:t>
      </w:r>
    </w:p>
    <w:p>
      <w:pPr>
        <w:tabs>
          <w:tab w:pos="567" w:val="left"/>
        </w:tabs>
        <w:ind w:left="567" w:hanging="567"/>
      </w:pPr>
      <w:r>
        <w:t>7.</w:t>
      </w:r>
      <w:r>
        <w:tab/>
      </w:r>
      <w:r>
        <w:t>das Rechtsmittelverfahren (</w:t>
      </w:r>
      <w:hyperlink w:anchor="b80" w:history="1">
        <w:r>
          <w:rPr>
            <w:color w:val="0A3A8C"/>
            <w:u w:val="single"/>
          </w:rPr>
          <w:t xml:space="preserve">§§ 55</w:t>
        </w:r>
      </w:hyperlink>
      <w:r>
        <w:t xml:space="preserve">, </w:t>
      </w:r>
      <w:hyperlink w:anchor="b81" w:history="1">
        <w:r>
          <w:rPr>
            <w:color w:val="0A3A8C"/>
            <w:u w:val="single"/>
          </w:rPr>
          <w:t xml:space="preserve">56</w:t>
        </w:r>
      </w:hyperlink>
      <w:r>
        <w:t>),</w:t>
      </w:r>
    </w:p>
    <w:p>
      <w:pPr>
        <w:tabs>
          <w:tab w:pos="567" w:val="left"/>
        </w:tabs>
        <w:ind w:left="567" w:hanging="567"/>
      </w:pPr>
      <w:r>
        <w:t>8.</w:t>
      </w:r>
      <w:r>
        <w:tab/>
      </w:r>
      <w:r>
        <w:t>das Verfahren bei Aussetzung der Jugendstrafe zur Bewährung und der Verhängung der Jugendstrafe (</w:t>
      </w:r>
      <w:hyperlink w:anchor="b83" w:history="1">
        <w:r>
          <w:rPr>
            <w:color w:val="0A3A8C"/>
            <w:u w:val="single"/>
          </w:rPr>
          <w:t xml:space="preserve">§§ 57</w:t>
        </w:r>
      </w:hyperlink>
      <w:r>
        <w:t xml:space="preserve"> bis </w:t>
      </w:r>
      <w:hyperlink w:anchor="b93" w:history="1">
        <w:r>
          <w:rPr>
            <w:color w:val="0A3A8C"/>
            <w:u w:val="single"/>
          </w:rPr>
          <w:t xml:space="preserve">64</w:t>
        </w:r>
      </w:hyperlink>
      <w:r>
        <w:t>),</w:t>
      </w:r>
    </w:p>
    <w:p>
      <w:pPr>
        <w:tabs>
          <w:tab w:pos="567" w:val="left"/>
        </w:tabs>
        <w:ind w:left="567" w:hanging="567"/>
      </w:pPr>
      <w:r>
        <w:t>9.</w:t>
      </w:r>
      <w:r>
        <w:tab/>
      </w:r>
      <w:r>
        <w:t>die Beteiligung und die Rechtsstellung der Erziehungsberechtigten und der gesetzlichen Vertreter (</w:t>
      </w:r>
      <w:hyperlink w:anchor="b72" w:history="1">
        <w:r>
          <w:rPr>
            <w:color w:val="0A3A8C"/>
            <w:u w:val="single"/>
          </w:rPr>
          <w:t xml:space="preserve">§ 50</w:t>
        </w:r>
      </w:hyperlink>
      <w:r>
        <w:t xml:space="preserve"> Absatz 2, </w:t>
      </w:r>
      <w:hyperlink w:anchor="b73" w:history="1">
        <w:r>
          <w:rPr>
            <w:color w:val="0A3A8C"/>
            <w:u w:val="single"/>
          </w:rPr>
          <w:t xml:space="preserve">§ 51</w:t>
        </w:r>
      </w:hyperlink>
      <w:r>
        <w:t xml:space="preserve"> Absatz 2 bis 7, </w:t>
      </w:r>
      <w:hyperlink w:anchor="b98" w:history="1">
        <w:r>
          <w:rPr>
            <w:color w:val="0A3A8C"/>
            <w:u w:val="single"/>
          </w:rPr>
          <w:t xml:space="preserve">§§ 67</w:t>
        </w:r>
      </w:hyperlink>
      <w:r>
        <w:t xml:space="preserve">, </w:t>
      </w:r>
      <w:hyperlink w:anchor="b99" w:history="1">
        <w:r>
          <w:rPr>
            <w:color w:val="0A3A8C"/>
            <w:u w:val="single"/>
          </w:rPr>
          <w:t xml:space="preserve">67a</w:t>
        </w:r>
      </w:hyperlink>
      <w:r>
        <w:t>),</w:t>
      </w:r>
    </w:p>
    <w:p>
      <w:pPr>
        <w:tabs>
          <w:tab w:pos="567" w:val="left"/>
        </w:tabs>
        <w:ind w:left="567" w:hanging="567"/>
      </w:pPr>
      <w:r>
        <w:t>10.</w:t>
      </w:r>
      <w:r>
        <w:tab/>
      </w:r>
      <w:r>
        <w:t>die notwendige Verteidigung (</w:t>
      </w:r>
      <w:hyperlink w:anchor="b100" w:history="1">
        <w:r>
          <w:rPr>
            <w:color w:val="0A3A8C"/>
            <w:u w:val="single"/>
          </w:rPr>
          <w:t xml:space="preserve">§§ 68</w:t>
        </w:r>
      </w:hyperlink>
      <w:r>
        <w:t xml:space="preserve">, </w:t>
      </w:r>
      <w:hyperlink w:anchor="b101" w:history="1">
        <w:r>
          <w:rPr>
            <w:color w:val="0A3A8C"/>
            <w:u w:val="single"/>
          </w:rPr>
          <w:t xml:space="preserve">68a</w:t>
        </w:r>
      </w:hyperlink>
      <w:r>
        <w:t>),</w:t>
      </w:r>
    </w:p>
    <w:p>
      <w:pPr>
        <w:tabs>
          <w:tab w:pos="567" w:val="left"/>
        </w:tabs>
        <w:ind w:left="567" w:hanging="567"/>
      </w:pPr>
      <w:r>
        <w:t>11.</w:t>
      </w:r>
      <w:r>
        <w:tab/>
      </w:r>
      <w:r>
        <w:t>Mitteilungen an amtliche Stellen (</w:t>
      </w:r>
      <w:hyperlink w:anchor="b104" w:history="1">
        <w:r>
          <w:rPr>
            <w:color w:val="0A3A8C"/>
            <w:u w:val="single"/>
          </w:rPr>
          <w:t xml:space="preserve">§ 70</w:t>
        </w:r>
      </w:hyperlink>
      <w:r>
        <w:t>),</w:t>
      </w:r>
    </w:p>
    <w:p>
      <w:pPr>
        <w:tabs>
          <w:tab w:pos="567" w:val="left"/>
        </w:tabs>
        <w:ind w:left="567" w:hanging="567"/>
      </w:pPr>
      <w:r>
        <w:t>11a.</w:t>
      </w:r>
      <w:r>
        <w:tab/>
      </w:r>
      <w:r>
        <w:t>die Unterrichtung des Jugendlichen (</w:t>
      </w:r>
      <w:hyperlink w:anchor="b105" w:history="1">
        <w:r>
          <w:rPr>
            <w:color w:val="0A3A8C"/>
            <w:u w:val="single"/>
          </w:rPr>
          <w:t xml:space="preserve">§ 70a</w:t>
        </w:r>
      </w:hyperlink>
      <w:r>
        <w:t>),</w:t>
      </w:r>
    </w:p>
    <w:p>
      <w:pPr>
        <w:tabs>
          <w:tab w:pos="567" w:val="left"/>
        </w:tabs>
        <w:ind w:left="567" w:hanging="567"/>
      </w:pPr>
      <w:r>
        <w:t>11b.</w:t>
      </w:r>
      <w:r>
        <w:tab/>
      </w:r>
      <w:r>
        <w:t>Belehrungen (</w:t>
      </w:r>
      <w:hyperlink w:anchor="b106" w:history="1">
        <w:r>
          <w:rPr>
            <w:color w:val="0A3A8C"/>
            <w:u w:val="single"/>
          </w:rPr>
          <w:t xml:space="preserve">§ 70b</w:t>
        </w:r>
      </w:hyperlink>
      <w:r>
        <w:t>),</w:t>
      </w:r>
    </w:p>
    <w:p>
      <w:pPr>
        <w:tabs>
          <w:tab w:pos="567" w:val="left"/>
        </w:tabs>
        <w:ind w:left="567" w:hanging="567"/>
      </w:pPr>
      <w:r>
        <w:t>11c.</w:t>
      </w:r>
      <w:r>
        <w:tab/>
      </w:r>
      <w:r>
        <w:t>die Vernehmung des Beschuldigten (</w:t>
      </w:r>
      <w:hyperlink w:anchor="b107" w:history="1">
        <w:r>
          <w:rPr>
            <w:color w:val="0A3A8C"/>
            <w:u w:val="single"/>
          </w:rPr>
          <w:t xml:space="preserve">§ 70c</w:t>
        </w:r>
      </w:hyperlink>
      <w:r>
        <w:t>),</w:t>
      </w:r>
    </w:p>
    <w:p>
      <w:pPr>
        <w:tabs>
          <w:tab w:pos="567" w:val="left"/>
        </w:tabs>
        <w:ind w:left="567" w:hanging="567"/>
      </w:pPr>
      <w:r>
        <w:t>12.</w:t>
      </w:r>
      <w:r>
        <w:tab/>
      </w:r>
      <w:r>
        <w:t>die Unterbringung zur Beobachtung (</w:t>
      </w:r>
      <w:hyperlink w:anchor="b112" w:history="1">
        <w:r>
          <w:rPr>
            <w:color w:val="0A3A8C"/>
            <w:u w:val="single"/>
          </w:rPr>
          <w:t xml:space="preserve">§ 73</w:t>
        </w:r>
      </w:hyperlink>
      <w:r>
        <w:t>),</w:t>
      </w:r>
    </w:p>
    <w:p>
      <w:pPr>
        <w:tabs>
          <w:tab w:pos="567" w:val="left"/>
        </w:tabs>
        <w:ind w:left="567" w:hanging="567"/>
      </w:pPr>
      <w:r>
        <w:t>13.</w:t>
      </w:r>
      <w:r>
        <w:tab/>
      </w:r>
      <w:r>
        <w:t>Kosten und Auslagen (</w:t>
      </w:r>
      <w:hyperlink w:anchor="b113" w:history="1">
        <w:r>
          <w:rPr>
            <w:color w:val="0A3A8C"/>
            <w:u w:val="single"/>
          </w:rPr>
          <w:t xml:space="preserve">§ 74</w:t>
        </w:r>
      </w:hyperlink>
      <w:r>
        <w:t>),</w:t>
      </w:r>
    </w:p>
    <w:p>
      <w:pPr>
        <w:tabs>
          <w:tab w:pos="567" w:val="left"/>
        </w:tabs>
        <w:ind w:left="567" w:hanging="567"/>
      </w:pPr>
      <w:r>
        <w:t>14.</w:t>
      </w:r>
      <w:r>
        <w:tab/>
      </w:r>
      <w:r>
        <w:t>den Ausschluß von Vorschriften des allgemeinen Verfahrensrechts (</w:t>
      </w:r>
      <w:hyperlink w:anchor="b120" w:history="1">
        <w:r>
          <w:rPr>
            <w:color w:val="0A3A8C"/>
            <w:u w:val="single"/>
          </w:rPr>
          <w:t xml:space="preserve">§§ 79</w:t>
        </w:r>
      </w:hyperlink>
      <w:r>
        <w:t xml:space="preserve"> bis </w:t>
      </w:r>
      <w:hyperlink w:anchor="b122" w:history="1">
        <w:r>
          <w:rPr>
            <w:color w:val="0A3A8C"/>
            <w:u w:val="single"/>
          </w:rPr>
          <w:t xml:space="preserve">81</w:t>
        </w:r>
      </w:hyperlink>
      <w:r>
        <w:t>) und</w:t>
      </w:r>
    </w:p>
    <w:p>
      <w:pPr>
        <w:tabs>
          <w:tab w:pos="567" w:val="left"/>
        </w:tabs>
        <w:ind w:left="567" w:hanging="567"/>
      </w:pPr>
      <w:r>
        <w:t>15.</w:t>
      </w:r>
      <w:r>
        <w:tab/>
      </w:r>
      <w:r>
        <w:t>Verfahren und Entscheidung bei Anordnung der Sicherungsverwahrung (</w:t>
      </w:r>
      <w:hyperlink w:anchor="b124" w:history="1">
        <w:r>
          <w:rPr>
            <w:color w:val="0A3A8C"/>
            <w:u w:val="single"/>
          </w:rPr>
          <w:t xml:space="preserve">§ 81a</w:t>
        </w:r>
      </w:hyperlink>
      <w:r>
        <w:t>).</w:t>
      </w:r>
    </w:p>
    <w:p>
      <w:r>
        <w:t>(2) Die Anwendung weiterer Verfahrensvorschriften dieses Gesetzes steht im Ermessen des Gerichts.</w:t>
      </w:r>
    </w:p>
    <w:p>
      <w:r>
        <w:t xml:space="preserve">(3) Soweit es aus Gründen der Staatssicherheit geboten und mit dem Wohl des Jugendlichen vereinbar ist, kann das Gericht anordnen, dass die Heranziehung der Jugendgerichtshilfe unterbleibt und dass die in </w:t>
      </w:r>
      <w:hyperlink w:anchor="b98" w:history="1">
        <w:r>
          <w:rPr>
            <w:color w:val="0A3A8C"/>
            <w:u w:val="single"/>
          </w:rPr>
          <w:t xml:space="preserve">§ 67</w:t>
        </w:r>
      </w:hyperlink>
      <w:r>
        <w:t xml:space="preserve"> Absatz 1 und 2 genannten Rechte der Erziehungsberechtigten und der gesetzlichen Vertreter ruhen.</w:t>
      </w:r>
    </w:p>
    <w:p>
      <w:r>
        <w:t xml:space="preserve">(4) </w:t>
      </w:r>
      <w:r>
        <w:rPr>
          <w:rStyle w:val="Satznummer"/>
        </w:rPr>
        <w:t>1</w:t>
      </w:r>
      <w:r>
        <w:t xml:space="preserve">Hält das Gericht Erziehungsmaßregeln für erforderlich, so hat es deren Auswahl und Anordnung dem Familiengericht zu überlassen. </w:t>
      </w:r>
      <w:r>
        <w:rPr>
          <w:rStyle w:val="Satznummer"/>
        </w:rPr>
        <w:t>2</w:t>
      </w:r>
      <w:hyperlink w:anchor="b77" w:history="1">
        <w:r>
          <w:rPr>
            <w:color w:val="0A3A8C"/>
            <w:u w:val="single"/>
          </w:rPr>
          <w:t xml:space="preserve">§ 53</w:t>
        </w:r>
      </w:hyperlink>
      <w:r>
        <w:t xml:space="preserve"> Satz 2 gilt entsprechend.</w:t>
      </w:r>
    </w:p>
    <w:p>
      <w:r>
        <w:t>(5) Dem Jugendrichter, in dessen Bezirk sich der Jugendliche aufhält, sind folgende Entscheidungen zu übertragen:</w:t>
      </w:r>
    </w:p>
    <w:p>
      <w:pPr>
        <w:tabs>
          <w:tab w:pos="567" w:val="left"/>
        </w:tabs>
        <w:ind w:left="567" w:hanging="567"/>
      </w:pPr>
      <w:r>
        <w:t>1.</w:t>
      </w:r>
      <w:r>
        <w:tab/>
      </w:r>
      <w:r>
        <w:t>Entscheidungen, die nach einer Aussetzung der Jugendstrafe zur Bewährung erforderlich werden;</w:t>
      </w:r>
    </w:p>
    <w:p>
      <w:pPr>
        <w:tabs>
          <w:tab w:pos="567" w:val="left"/>
        </w:tabs>
        <w:ind w:left="567" w:hanging="567"/>
      </w:pPr>
      <w:r>
        <w:t>2.</w:t>
      </w:r>
      <w:r>
        <w:tab/>
      </w:r>
      <w:r>
        <w:t>Entscheidungen, die nach einer Aussetzung der Verhängung der Jugendstrafe erforderlich werden, mit Ausnahme der Entscheidungen über die Festsetzung der Strafe und die Tilgung des Schuldspruchs (</w:t>
      </w:r>
      <w:hyperlink w:anchor="b40" w:history="1">
        <w:r>
          <w:rPr>
            <w:color w:val="0A3A8C"/>
            <w:u w:val="single"/>
          </w:rPr>
          <w:t xml:space="preserve">§ 30</w:t>
        </w:r>
      </w:hyperlink>
      <w:r>
        <w:t>);</w:t>
      </w:r>
    </w:p>
    <w:p>
      <w:pPr>
        <w:tabs>
          <w:tab w:pos="567" w:val="left"/>
        </w:tabs>
        <w:ind w:left="567" w:hanging="567"/>
      </w:pPr>
      <w:r>
        <w:t>3.</w:t>
      </w:r>
      <w:r>
        <w:tab/>
      </w:r>
      <w:r>
        <w:t>Entscheidungen, die nach dem Vorbehalt einer nachträglichen Entscheidung über die Aussetzung der Jugendstrafe erforderlich werden, mit Ausnahme der vorbehaltenen Entscheidung selbst (</w:t>
      </w:r>
      <w:hyperlink w:anchor="b88" w:history="1">
        <w:r>
          <w:rPr>
            <w:color w:val="0A3A8C"/>
            <w:u w:val="single"/>
          </w:rPr>
          <w:t xml:space="preserve">§ 61a</w:t>
        </w:r>
      </w:hyperlink>
      <w:r>
        <w:t>).</w:t>
      </w:r>
    </w:p>
    <w:p>
      <w:pPr>
        <w:pStyle w:val="Heading1"/>
      </w:pPr>
      <w:bookmarkStart w:id="160" w:name="b159"/>
      <w:r>
        <w:t>Dritter Teil Heranwachsende</w:t>
      </w:r>
      <w:bookmarkEnd w:id="160"/>
    </w:p>
    <w:p>
      <w:pPr>
        <w:pStyle w:val="Heading2"/>
      </w:pPr>
      <w:bookmarkStart w:id="161" w:name="b160"/>
      <w:r>
        <w:t>Erster Abschnitt Anwendung des sachlichen Strafrechts</w:t>
      </w:r>
      <w:bookmarkEnd w:id="161"/>
    </w:p>
    <w:p>
      <w:pPr>
        <w:pStyle w:val="Heading3"/>
      </w:pPr>
      <w:bookmarkStart w:id="162" w:name="b161"/>
      <w:r>
        <w:t>§ 105 Anwendung des Jugendstrafrechts auf Heranwachsende</w:t>
      </w:r>
      <w:r>
        <w:t xml:space="preserve"> </w:t>
      </w:r>
      <w:r>
        <w:rPr>
          <w:rStyle w:val="Suchmarke"/>
        </w:rPr>
        <w:t>#105#</w:t>
      </w:r>
      <w:bookmarkEnd w:id="162"/>
    </w:p>
    <w:p>
      <w:r>
        <w:t xml:space="preserve">(1) Begeht ein Heranwachsender eine Verfehlung, die nach den allgemeinen Vorschriften mit Strafe bedroht ist, so wendet der Richter die für einen Jugendlichen geltenden Vorschriften der </w:t>
      </w:r>
      <w:hyperlink w:anchor="b7" w:history="1">
        <w:r>
          <w:rPr>
            <w:color w:val="0A3A8C"/>
            <w:u w:val="single"/>
          </w:rPr>
          <w:t xml:space="preserve">§§ 4</w:t>
        </w:r>
      </w:hyperlink>
      <w:r>
        <w:t xml:space="preserve"> bis </w:t>
      </w:r>
      <w:hyperlink w:anchor="b11" w:history="1">
        <w:r>
          <w:rPr>
            <w:color w:val="0A3A8C"/>
            <w:u w:val="single"/>
          </w:rPr>
          <w:t xml:space="preserve">8</w:t>
        </w:r>
      </w:hyperlink>
      <w:r>
        <w:t xml:space="preserve">, </w:t>
      </w:r>
      <w:hyperlink w:anchor="b13" w:history="1">
        <w:r>
          <w:rPr>
            <w:color w:val="0A3A8C"/>
            <w:u w:val="single"/>
          </w:rPr>
          <w:t xml:space="preserve">9</w:t>
        </w:r>
      </w:hyperlink>
      <w:r>
        <w:t xml:space="preserve"> Nr. 1, </w:t>
      </w:r>
      <w:hyperlink w:anchor="b14" w:history="1">
        <w:r>
          <w:rPr>
            <w:color w:val="0A3A8C"/>
            <w:u w:val="single"/>
          </w:rPr>
          <w:t xml:space="preserve">§§ 10</w:t>
        </w:r>
      </w:hyperlink>
      <w:r>
        <w:t xml:space="preserve">, </w:t>
      </w:r>
      <w:hyperlink w:anchor="b15" w:history="1">
        <w:r>
          <w:rPr>
            <w:color w:val="0A3A8C"/>
            <w:u w:val="single"/>
          </w:rPr>
          <w:t xml:space="preserve">11</w:t>
        </w:r>
      </w:hyperlink>
      <w:r>
        <w:t xml:space="preserve"> und </w:t>
      </w:r>
      <w:hyperlink w:anchor="b18" w:history="1">
        <w:r>
          <w:rPr>
            <w:color w:val="0A3A8C"/>
            <w:u w:val="single"/>
          </w:rPr>
          <w:t xml:space="preserve">13</w:t>
        </w:r>
      </w:hyperlink>
      <w:r>
        <w:t xml:space="preserve"> bis </w:t>
      </w:r>
      <w:hyperlink w:anchor="b43" w:history="1">
        <w:r>
          <w:rPr>
            <w:color w:val="0A3A8C"/>
            <w:u w:val="single"/>
          </w:rPr>
          <w:t xml:space="preserve">32</w:t>
        </w:r>
      </w:hyperlink>
      <w:r>
        <w:t xml:space="preserve"> entsprechend an, wenn</w:t>
      </w:r>
    </w:p>
    <w:p>
      <w:pPr>
        <w:tabs>
          <w:tab w:pos="567" w:val="left"/>
        </w:tabs>
        <w:ind w:left="567" w:hanging="567"/>
      </w:pPr>
      <w:r>
        <w:t>1.</w:t>
      </w:r>
      <w:r>
        <w:tab/>
      </w:r>
      <w:r>
        <w:t>die Gesamtwürdigung der Persönlichkeit des Täters bei Berücksichtigung auch der Umweltbedingungen ergibt, daß er zur Zeit der Tat nach seiner sittlichen und geistigen Entwicklung noch einem Jugendlichen gleichstand, oder</w:t>
      </w:r>
    </w:p>
    <w:p>
      <w:pPr>
        <w:tabs>
          <w:tab w:pos="567" w:val="left"/>
        </w:tabs>
        <w:ind w:left="567" w:hanging="567"/>
      </w:pPr>
      <w:r>
        <w:t>2.</w:t>
      </w:r>
      <w:r>
        <w:tab/>
      </w:r>
      <w:r>
        <w:t>es sich nach der Art, den Umständen oder den Beweggründen der Tat um eine Jugendverfehlung handelt.</w:t>
      </w:r>
    </w:p>
    <w:p>
      <w:r>
        <w:t xml:space="preserve">(2) </w:t>
      </w:r>
      <w:hyperlink w:anchor="b42" w:history="1">
        <w:r>
          <w:rPr>
            <w:color w:val="0A3A8C"/>
            <w:u w:val="single"/>
          </w:rPr>
          <w:t xml:space="preserve">§ 31</w:t>
        </w:r>
      </w:hyperlink>
      <w:r>
        <w:t xml:space="preserve"> Abs. 2 Satz 1, Abs. 3 ist auch dann anzuwenden, wenn der Heranwachsende wegen eines Teils der Straftaten bereits rechtskräftig nach allgemeinem Strafrecht verurteilt worden ist.</w:t>
      </w:r>
    </w:p>
    <w:p>
      <w:r>
        <w:t xml:space="preserve">(3) </w:t>
      </w:r>
      <w:r>
        <w:rPr>
          <w:rStyle w:val="Satznummer"/>
        </w:rPr>
        <w:t>1</w:t>
      </w:r>
      <w:r>
        <w:t xml:space="preserve">Das Höchstmaß der Jugendstrafe für Heranwachsende beträgt zehn Jahre. </w:t>
      </w:r>
      <w:r>
        <w:rPr>
          <w:rStyle w:val="Satznummer"/>
        </w:rPr>
        <w:t>2</w:t>
      </w:r>
      <w:r>
        <w:t>Handelt es sich bei der Tat um Mord und reicht das Höchstmaß nach Satz 1 wegen der besonderen Schwere der Schuld nicht aus, so ist das Höchstmaß 15 Jahre.</w:t>
      </w:r>
    </w:p>
    <w:p>
      <w:pPr>
        <w:pStyle w:val="Heading3"/>
      </w:pPr>
      <w:bookmarkStart w:id="163" w:name="b162"/>
      <w:r>
        <w:t>§ 106 Milderung des allgemeinen Strafrechts für Heranwachsende; Sicherungsverwahrung</w:t>
      </w:r>
      <w:r>
        <w:t xml:space="preserve"> </w:t>
      </w:r>
      <w:r>
        <w:rPr>
          <w:rStyle w:val="Suchmarke"/>
        </w:rPr>
        <w:t>#106#</w:t>
      </w:r>
      <w:bookmarkEnd w:id="163"/>
    </w:p>
    <w:p>
      <w:r>
        <w:t>(1) Ist wegen der Straftat eines Heranwachsenden das allgemeine Strafrecht anzuwenden, so kann das Gericht an Stelle von lebenslanger Freiheitsstrafe auf eine Freiheitsstrafe von zehn bis zu fünfzehn Jahren erkennen.</w:t>
      </w:r>
    </w:p>
    <w:p>
      <w:r>
        <w:t>(2) Das Gericht kann anordnen, daß der Verlust der Fähigkeit, öffentliche Ämter zu bekleiden und Rechte aus öffentlichen Wahlen zu erlangen (§ 45 Abs. 1 des Strafgesetzbuches), nicht eintritt.</w:t>
      </w:r>
    </w:p>
    <w:p>
      <w:r>
        <w:t xml:space="preserve">(3) </w:t>
      </w:r>
      <w:r>
        <w:rPr>
          <w:rStyle w:val="Satznummer"/>
        </w:rPr>
        <w:t>1</w:t>
      </w:r>
      <w:r>
        <w:t xml:space="preserve">Sicherungsverwahrung darf neben der Strafe nicht angeordnet werden. </w:t>
      </w:r>
      <w:r>
        <w:rPr>
          <w:rStyle w:val="Satznummer"/>
        </w:rPr>
        <w:t>2</w:t>
      </w:r>
      <w:r>
        <w:t>Das Gericht kann im Urteil die Anordnung der Sicherungsverwahrung vorbehalten, wenn</w:t>
      </w:r>
    </w:p>
    <w:p>
      <w:pPr>
        <w:tabs>
          <w:tab w:pos="567" w:val="left"/>
        </w:tabs>
        <w:ind w:left="567" w:hanging="567"/>
      </w:pPr>
      <w:r>
        <w:t>1.</w:t>
      </w:r>
      <w:r>
        <w:tab/>
      </w:r>
      <w:r>
        <w:t>der Heranwachsende zu einer Freiheitsstrafe von mindestens fünf Jahren verurteilt wird wegen eines oder mehrerer Verbrechen</w:t>
      </w:r>
    </w:p>
    <w:p>
      <w:pPr>
        <w:tabs>
          <w:tab w:pos="1134" w:val="left"/>
        </w:tabs>
        <w:ind w:left="1134" w:hanging="567"/>
      </w:pPr>
      <w:r>
        <w:t>a)</w:t>
      </w:r>
      <w:r>
        <w:tab/>
      </w:r>
      <w:r>
        <w:t>gegen das Leben, die körperliche Unversehrtheit oder die sexuelle Selbstbestimmung oder</w:t>
      </w:r>
    </w:p>
    <w:p>
      <w:pPr>
        <w:tabs>
          <w:tab w:pos="1134" w:val="left"/>
        </w:tabs>
        <w:ind w:left="1134" w:hanging="567"/>
      </w:pPr>
      <w:r>
        <w:t>b)</w:t>
      </w:r>
      <w:r>
        <w:tab/>
      </w:r>
      <w:r>
        <w:t>nach § 251 des Strafgesetzbuches, auch in Verbindung mit § 252 oder § 255 des Strafgesetzbuches,</w:t>
      </w:r>
    </w:p>
    <w:p>
      <w:pPr>
        <w:ind w:left="567"/>
      </w:pPr>
      <w:r>
        <w:t>durch welche das Opfer seelisch oder körperlich schwer geschädigt oder einer solchen Gefahr ausgesetzt worden ist, und</w:t>
      </w:r>
    </w:p>
    <w:p>
      <w:pPr>
        <w:tabs>
          <w:tab w:pos="567" w:val="left"/>
        </w:tabs>
        <w:ind w:left="567" w:hanging="567"/>
      </w:pPr>
      <w:r>
        <w:t>2.</w:t>
      </w:r>
      <w:r>
        <w:tab/>
      </w:r>
      <w:r>
        <w:t>auf Grund der Gesamtwürdigung des Heranwachsenden und seiner Tat oder seiner Taten mit hinreichender Sicherheit feststellbar oder zumindest wahrscheinlich ist, dass bei ihm ein Hang zu Straftaten der in Nummer 1 bezeichneten Art vorliegt und er infolgedessen zum Zeitpunkt der Verurteilung für die Allgemeinheit gefährlich ist.</w:t>
      </w:r>
    </w:p>
    <w:p>
      <w:r>
        <w:t>(4) Unter den übrigen Voraussetzungen des Absatzes 3 Satz 2 kann das Gericht einen solchen Vorbehalt auch aussprechen, wenn</w:t>
      </w:r>
    </w:p>
    <w:p>
      <w:pPr>
        <w:tabs>
          <w:tab w:pos="567" w:val="left"/>
        </w:tabs>
        <w:ind w:left="567" w:hanging="567"/>
      </w:pPr>
      <w:r>
        <w:t>1.</w:t>
      </w:r>
      <w:r>
        <w:tab/>
      </w:r>
      <w:r>
        <w:t>die Verurteilung wegen eines oder mehrerer Vergehen nach den §§ 176a und 176b des Strafgesetzbuches erfolgt,</w:t>
      </w:r>
    </w:p>
    <w:p>
      <w:pPr>
        <w:tabs>
          <w:tab w:pos="567" w:val="left"/>
        </w:tabs>
        <w:ind w:left="567" w:hanging="567"/>
      </w:pPr>
      <w:r>
        <w:t>2.</w:t>
      </w:r>
      <w:r>
        <w:tab/>
      </w:r>
      <w:r>
        <w:t>die übrigen Voraussetzungen des § 66 Absatz 3 des Strafgesetzbuches erfüllt sind, soweit dieser nicht auf § 66 Absatz 1 Satz 1 Nummer 4 des Strafgesetzbuches verweist, und</w:t>
      </w:r>
    </w:p>
    <w:p>
      <w:pPr>
        <w:tabs>
          <w:tab w:pos="567" w:val="left"/>
        </w:tabs>
        <w:ind w:left="567" w:hanging="567"/>
      </w:pPr>
      <w:r>
        <w:t>3.</w:t>
      </w:r>
      <w:r>
        <w:tab/>
      </w:r>
      <w:r>
        <w:t>es sich auch bei den maßgeblichen früheren und künftig zu erwartenden Taten um solche der in Nummer 1 oder Absatz 3 Satz 2 Nummer 1 genannten Art handelt, durch welche das Opfer seelisch oder körperlich schwer geschädigt oder einer solchen Gefahr ausgesetzt worden ist oder würde.</w:t>
      </w:r>
    </w:p>
    <w:p>
      <w:r>
        <w:t xml:space="preserve">(5) </w:t>
      </w:r>
      <w:r>
        <w:rPr>
          <w:rStyle w:val="Satznummer"/>
        </w:rPr>
        <w:t>1</w:t>
      </w:r>
      <w:r>
        <w:t xml:space="preserve">Wird neben der Strafe die Anordnung der Sicherungsverwahrung vorbehalten und hat der Verurteilte das siebenundzwanzigste Lebensjahr noch nicht vollendet, so ordnet das Gericht an, dass bereits die Strafe in einer sozialtherapeutischen Einrichtung zu vollziehen ist, es sei denn, dass die Resozialisierung des Täters dadurch nicht besser gefördert werden kann. </w:t>
      </w:r>
      <w:r>
        <w:rPr>
          <w:rStyle w:val="Satznummer"/>
        </w:rPr>
        <w:t>2</w:t>
      </w:r>
      <w:r>
        <w:t xml:space="preserve">Diese Anordnung kann auch nachträglich erfolgen. </w:t>
      </w:r>
      <w:r>
        <w:rPr>
          <w:rStyle w:val="Satznummer"/>
        </w:rPr>
        <w:t>3</w:t>
      </w:r>
      <w:r>
        <w:t xml:space="preserve">Solange der Vollzug in einer sozialtherapeutischen Einrichtung noch nicht angeordnet oder der Gefangene noch nicht in eine sozialtherapeutische Einrichtung verlegt worden ist, ist darüber jeweils nach sechs Monaten neu zu entscheiden. </w:t>
      </w:r>
      <w:r>
        <w:rPr>
          <w:rStyle w:val="Satznummer"/>
        </w:rPr>
        <w:t>4</w:t>
      </w:r>
      <w:r>
        <w:t xml:space="preserve">Für die nachträgliche Anordnung nach Satz 2 ist die Strafvollstreckungskammer zuständig. </w:t>
      </w:r>
      <w:r>
        <w:rPr>
          <w:rStyle w:val="Satznummer"/>
        </w:rPr>
        <w:t>5</w:t>
      </w:r>
      <w:r>
        <w:t>§ 66c Absatz 2 und § 67a Absatz 2 bis 4 des Strafgesetzbuches bleiben unberührt.</w:t>
      </w:r>
    </w:p>
    <w:p>
      <w:r>
        <w:t>(6) Das Gericht ordnet die Sicherungsverwahrung an, wenn die Gesamtwürdigung des Verurteilten, seiner Tat oder seiner Taten und ergänzend seiner Entwicklung bis zum Zeitpunkt der Entscheidung ergibt, dass von ihm Straftaten der in Absatz 3 Satz 2 Nummer 1 oder Absatz 4 bezeichneten Art zu erwarten sind; § 66a Absatz 3 Satz 1 des Strafgesetzbuches gilt entsprechend.</w:t>
      </w:r>
    </w:p>
    <w:p>
      <w:r>
        <w:t>(7) Ist die wegen einer Tat der in Absatz 3 Satz 2 Nr. 1 bezeichneten Art angeordnete Unterbringung in einem psychiatrischen Krankenhaus nach § 67d Abs. 6 des Strafgesetzbuches für erledigt erklärt worden, weil der die Schuldfähigkeit ausschließende oder vermindernde Zustand, auf dem die Unterbringung beruhte, im Zeitpunkt der Erledigungsentscheidung nicht bestanden hat, so kann das Gericht die Unterbringung in der Sicherungsverwahrung nachträglich anordnen, wenn</w:t>
      </w:r>
    </w:p>
    <w:p>
      <w:pPr>
        <w:tabs>
          <w:tab w:pos="567" w:val="left"/>
        </w:tabs>
        <w:ind w:left="567" w:hanging="567"/>
      </w:pPr>
      <w:r>
        <w:t>1.</w:t>
      </w:r>
      <w:r>
        <w:tab/>
      </w:r>
      <w:r>
        <w:t>die Unterbringung des Betroffenen nach § 63 des Strafgesetzbuches wegen mehrerer solcher Taten angeordnet wurde oder wenn der Betroffene wegen einer oder mehrerer solcher Taten, die er vor der zur Unterbringung nach § 63 des Strafgesetzbuches führenden Tat begangen hat, schon einmal zu einer Freiheitsstrafe von mindestens drei Jahren verurteilt oder in einem psychiatrischen Krankenhaus untergebracht worden war und</w:t>
      </w:r>
    </w:p>
    <w:p>
      <w:pPr>
        <w:tabs>
          <w:tab w:pos="567" w:val="left"/>
        </w:tabs>
        <w:ind w:left="567" w:hanging="567"/>
      </w:pPr>
      <w:r>
        <w:t>2.</w:t>
      </w:r>
      <w:r>
        <w:tab/>
      </w:r>
      <w:r>
        <w:t>die Gesamtwürdigung des Betroffenen, seiner Taten und ergänzend seiner Entwicklung bis zum Zeitpunkt der Entscheidung ergibt, dass er mit hoher Wahrscheinlichkeit erneut Straftaten der in Absatz 3 Satz 2 Nr. 1 bezeichneten Art begehen wird.</w:t>
      </w:r>
    </w:p>
    <w:p>
      <w:pPr>
        <w:pStyle w:val="Heading2"/>
      </w:pPr>
      <w:bookmarkStart w:id="164" w:name="b163"/>
      <w:r>
        <w:t>Zweiter Abschnitt Gerichtsverfassung und Verfahren</w:t>
      </w:r>
      <w:bookmarkEnd w:id="164"/>
    </w:p>
    <w:p>
      <w:pPr>
        <w:pStyle w:val="Heading3"/>
      </w:pPr>
      <w:bookmarkStart w:id="165" w:name="b164"/>
      <w:r>
        <w:t>§ 107 Gerichtsverfassung</w:t>
      </w:r>
      <w:r>
        <w:t xml:space="preserve"> </w:t>
      </w:r>
      <w:r>
        <w:rPr>
          <w:rStyle w:val="Suchmarke"/>
        </w:rPr>
        <w:t>#107#</w:t>
      </w:r>
      <w:bookmarkEnd w:id="165"/>
    </w:p>
    <w:p>
      <w:r>
        <w:t xml:space="preserve">Von den Vorschriften über die Jugendgerichtsverfassung gelten die </w:t>
      </w:r>
      <w:hyperlink w:anchor="b46" w:history="1">
        <w:r>
          <w:rPr>
            <w:color w:val="0A3A8C"/>
            <w:u w:val="single"/>
          </w:rPr>
          <w:t xml:space="preserve">§§ 33</w:t>
        </w:r>
      </w:hyperlink>
      <w:r>
        <w:t xml:space="preserve"> bis </w:t>
      </w:r>
      <w:hyperlink w:anchor="b49" w:history="1">
        <w:r>
          <w:rPr>
            <w:color w:val="0A3A8C"/>
            <w:u w:val="single"/>
          </w:rPr>
          <w:t xml:space="preserve">34</w:t>
        </w:r>
      </w:hyperlink>
      <w:r>
        <w:t xml:space="preserve"> Abs. 1 und </w:t>
      </w:r>
      <w:hyperlink w:anchor="b50" w:history="1">
        <w:r>
          <w:rPr>
            <w:color w:val="0A3A8C"/>
            <w:u w:val="single"/>
          </w:rPr>
          <w:t xml:space="preserve">§§ 35</w:t>
        </w:r>
      </w:hyperlink>
      <w:r>
        <w:t xml:space="preserve"> bis </w:t>
      </w:r>
      <w:hyperlink w:anchor="b54" w:history="1">
        <w:r>
          <w:rPr>
            <w:color w:val="0A3A8C"/>
            <w:u w:val="single"/>
          </w:rPr>
          <w:t xml:space="preserve">38</w:t>
        </w:r>
      </w:hyperlink>
      <w:r>
        <w:t xml:space="preserve"> für Heranwachsende entsprechend.</w:t>
      </w:r>
    </w:p>
    <w:p>
      <w:pPr>
        <w:pStyle w:val="Heading3"/>
      </w:pPr>
      <w:bookmarkStart w:id="166" w:name="b165"/>
      <w:r>
        <w:t>§ 108 Zuständigkeit</w:t>
      </w:r>
      <w:r>
        <w:t xml:space="preserve"> </w:t>
      </w:r>
      <w:r>
        <w:rPr>
          <w:rStyle w:val="Suchmarke"/>
        </w:rPr>
        <w:t>#108#</w:t>
      </w:r>
      <w:bookmarkEnd w:id="166"/>
    </w:p>
    <w:p>
      <w:r>
        <w:t>(1) Die Vorschriften über die Zuständigkeit der Jugendgerichte (</w:t>
      </w:r>
      <w:hyperlink w:anchor="b56" w:history="1">
        <w:r>
          <w:rPr>
            <w:color w:val="0A3A8C"/>
            <w:u w:val="single"/>
          </w:rPr>
          <w:t xml:space="preserve">§§ 39</w:t>
        </w:r>
      </w:hyperlink>
      <w:r>
        <w:t xml:space="preserve"> bis </w:t>
      </w:r>
      <w:hyperlink w:anchor="b59" w:history="1">
        <w:r>
          <w:rPr>
            <w:color w:val="0A3A8C"/>
            <w:u w:val="single"/>
          </w:rPr>
          <w:t xml:space="preserve">42</w:t>
        </w:r>
      </w:hyperlink>
      <w:r>
        <w:t>) gelten auch bei Verfehlungen Heranwachsender.</w:t>
      </w:r>
    </w:p>
    <w:p>
      <w:r>
        <w:t>(2) Der Jugendrichter ist für Verfehlungen Heranwachsender auch zuständig, wenn die Anwendung des allgemeinen Strafrechts zu erwarten ist und nach § 25 des Gerichtsverfassungsgesetzes der Strafrichter zu entscheiden hätte.</w:t>
      </w:r>
    </w:p>
    <w:p>
      <w:r>
        <w:t xml:space="preserve">(3) </w:t>
      </w:r>
      <w:r>
        <w:rPr>
          <w:rStyle w:val="Satznummer"/>
        </w:rPr>
        <w:t>1</w:t>
      </w:r>
      <w:r>
        <w:t xml:space="preserve">Ist wegen der rechtswidrigen Tat eines Heranwachsenden das allgemeine Strafrecht anzuwenden, so gilt § 24 Abs. 2 des Gerichtsverfassungsgesetzes. </w:t>
      </w:r>
      <w:r>
        <w:rPr>
          <w:rStyle w:val="Satznummer"/>
        </w:rPr>
        <w:t>2</w:t>
      </w:r>
      <w:r>
        <w:t>Ist im Einzelfall eine höhere Strafe als vier Jahre Freiheitsstrafe oder die Unterbringung des Beschuldigten in einem psychiatrischen Krankenhaus, allein oder neben einer Strafe, oder in der Sicherungsverwahrung (</w:t>
      </w:r>
      <w:hyperlink w:anchor="b162" w:history="1">
        <w:r>
          <w:rPr>
            <w:color w:val="0A3A8C"/>
            <w:u w:val="single"/>
          </w:rPr>
          <w:t xml:space="preserve">§ 106</w:t>
        </w:r>
      </w:hyperlink>
      <w:r>
        <w:t xml:space="preserve"> Absatz 3, 4, 7) zu erwarten, so ist die Jugendkammer zuständig. </w:t>
      </w:r>
      <w:r>
        <w:rPr>
          <w:rStyle w:val="Satznummer"/>
        </w:rPr>
        <w:t>3</w:t>
      </w:r>
      <w:r>
        <w:t>Der Beschluss einer verminderten Besetzung in der Hauptverhandlung (</w:t>
      </w:r>
      <w:hyperlink w:anchor="b48" w:history="1">
        <w:r>
          <w:rPr>
            <w:color w:val="0A3A8C"/>
            <w:u w:val="single"/>
          </w:rPr>
          <w:t xml:space="preserve">§ 33b</w:t>
        </w:r>
      </w:hyperlink>
      <w:r>
        <w:t>) ist nicht zulässig, wenn die Anordnung der Unterbringung in der Sicherungsverwahrung, deren Vorbehalt oder die Anordnung der Unterbringung in einem psychiatrischen Krankenhaus zu erwarten ist.</w:t>
      </w:r>
    </w:p>
    <w:p>
      <w:pPr>
        <w:pStyle w:val="Heading3"/>
      </w:pPr>
      <w:bookmarkStart w:id="167" w:name="b166"/>
      <w:r>
        <w:t>§ 109 Verfahren</w:t>
      </w:r>
      <w:r>
        <w:t xml:space="preserve"> </w:t>
      </w:r>
      <w:r>
        <w:rPr>
          <w:rStyle w:val="Suchmarke"/>
        </w:rPr>
        <w:t>#109#</w:t>
      </w:r>
      <w:bookmarkEnd w:id="167"/>
    </w:p>
    <w:p>
      <w:r>
        <w:t xml:space="preserve">(1) </w:t>
      </w:r>
      <w:r>
        <w:rPr>
          <w:rStyle w:val="Satznummer"/>
        </w:rPr>
        <w:t>1</w:t>
      </w:r>
      <w:r>
        <w:t>Von den Vorschriften über das Jugendstrafverfahren (</w:t>
      </w:r>
      <w:hyperlink w:anchor="b62" w:history="1">
        <w:r>
          <w:rPr>
            <w:color w:val="0A3A8C"/>
            <w:u w:val="single"/>
          </w:rPr>
          <w:t xml:space="preserve">§§ 43</w:t>
        </w:r>
      </w:hyperlink>
      <w:r>
        <w:t xml:space="preserve"> bis </w:t>
      </w:r>
      <w:hyperlink w:anchor="b124" w:history="1">
        <w:r>
          <w:rPr>
            <w:color w:val="0A3A8C"/>
            <w:u w:val="single"/>
          </w:rPr>
          <w:t xml:space="preserve">81a</w:t>
        </w:r>
      </w:hyperlink>
      <w:r>
        <w:t xml:space="preserve">) sind im Verfahren gegen einen Heranwachsenden die </w:t>
      </w:r>
      <w:hyperlink w:anchor="b62" w:history="1">
        <w:r>
          <w:rPr>
            <w:color w:val="0A3A8C"/>
            <w:u w:val="single"/>
          </w:rPr>
          <w:t xml:space="preserve">§§ 43</w:t>
        </w:r>
      </w:hyperlink>
      <w:r>
        <w:t xml:space="preserve">, </w:t>
      </w:r>
      <w:hyperlink w:anchor="b66" w:history="1">
        <w:r>
          <w:rPr>
            <w:color w:val="0A3A8C"/>
            <w:u w:val="single"/>
          </w:rPr>
          <w:t xml:space="preserve">46a</w:t>
        </w:r>
      </w:hyperlink>
      <w:r>
        <w:t xml:space="preserve">, </w:t>
      </w:r>
      <w:hyperlink w:anchor="b69" w:history="1">
        <w:r>
          <w:rPr>
            <w:color w:val="0A3A8C"/>
            <w:u w:val="single"/>
          </w:rPr>
          <w:t xml:space="preserve">47a</w:t>
        </w:r>
      </w:hyperlink>
      <w:r>
        <w:t xml:space="preserve">, </w:t>
      </w:r>
      <w:hyperlink w:anchor="b72" w:history="1">
        <w:r>
          <w:rPr>
            <w:color w:val="0A3A8C"/>
            <w:u w:val="single"/>
          </w:rPr>
          <w:t xml:space="preserve">50</w:t>
        </w:r>
      </w:hyperlink>
      <w:r>
        <w:t xml:space="preserve"> Absatz 3 und 4, die </w:t>
      </w:r>
      <w:hyperlink w:anchor="b74" w:history="1">
        <w:r>
          <w:rPr>
            <w:color w:val="0A3A8C"/>
            <w:u w:val="single"/>
          </w:rPr>
          <w:t xml:space="preserve">§§ 51a</w:t>
        </w:r>
      </w:hyperlink>
      <w:r>
        <w:t xml:space="preserve">, </w:t>
      </w:r>
      <w:hyperlink w:anchor="b100" w:history="1">
        <w:r>
          <w:rPr>
            <w:color w:val="0A3A8C"/>
            <w:u w:val="single"/>
          </w:rPr>
          <w:t xml:space="preserve">68</w:t>
        </w:r>
      </w:hyperlink>
      <w:r>
        <w:t xml:space="preserve"> Nummer 1, 4 und 5, die </w:t>
      </w:r>
      <w:hyperlink w:anchor="b101" w:history="1">
        <w:r>
          <w:rPr>
            <w:color w:val="0A3A8C"/>
            <w:u w:val="single"/>
          </w:rPr>
          <w:t xml:space="preserve">§§ 68a</w:t>
        </w:r>
      </w:hyperlink>
      <w:r>
        <w:t xml:space="preserve">, </w:t>
      </w:r>
      <w:hyperlink w:anchor="b102" w:history="1">
        <w:r>
          <w:rPr>
            <w:color w:val="0A3A8C"/>
            <w:u w:val="single"/>
          </w:rPr>
          <w:t xml:space="preserve">68b</w:t>
        </w:r>
      </w:hyperlink>
      <w:r>
        <w:t xml:space="preserve">, </w:t>
      </w:r>
      <w:hyperlink w:anchor="b104" w:history="1">
        <w:r>
          <w:rPr>
            <w:color w:val="0A3A8C"/>
            <w:u w:val="single"/>
          </w:rPr>
          <w:t xml:space="preserve">70</w:t>
        </w:r>
      </w:hyperlink>
      <w:r>
        <w:t xml:space="preserve"> Absatz 2 und 3, die </w:t>
      </w:r>
      <w:hyperlink w:anchor="b105" w:history="1">
        <w:r>
          <w:rPr>
            <w:color w:val="0A3A8C"/>
            <w:u w:val="single"/>
          </w:rPr>
          <w:t xml:space="preserve">§§ 70a</w:t>
        </w:r>
      </w:hyperlink>
      <w:r>
        <w:t xml:space="preserve">, </w:t>
      </w:r>
      <w:hyperlink w:anchor="b106" w:history="1">
        <w:r>
          <w:rPr>
            <w:color w:val="0A3A8C"/>
            <w:u w:val="single"/>
          </w:rPr>
          <w:t xml:space="preserve">70b</w:t>
        </w:r>
      </w:hyperlink>
      <w:r>
        <w:t xml:space="preserve"> Absatz 1 Satz 1 und Absatz 2, die </w:t>
      </w:r>
      <w:hyperlink w:anchor="b107" w:history="1">
        <w:r>
          <w:rPr>
            <w:color w:val="0A3A8C"/>
            <w:u w:val="single"/>
          </w:rPr>
          <w:t xml:space="preserve">§§ 70c</w:t>
        </w:r>
      </w:hyperlink>
      <w:r>
        <w:t xml:space="preserve">, </w:t>
      </w:r>
      <w:hyperlink w:anchor="b110" w:history="1">
        <w:r>
          <w:rPr>
            <w:color w:val="0A3A8C"/>
            <w:u w:val="single"/>
          </w:rPr>
          <w:t xml:space="preserve">72a</w:t>
        </w:r>
      </w:hyperlink>
      <w:r>
        <w:t xml:space="preserve"> bis </w:t>
      </w:r>
      <w:hyperlink w:anchor="b112" w:history="1">
        <w:r>
          <w:rPr>
            <w:color w:val="0A3A8C"/>
            <w:u w:val="single"/>
          </w:rPr>
          <w:t xml:space="preserve">73</w:t>
        </w:r>
      </w:hyperlink>
      <w:r>
        <w:t xml:space="preserve"> und </w:t>
      </w:r>
      <w:hyperlink w:anchor="b124" w:history="1">
        <w:r>
          <w:rPr>
            <w:color w:val="0A3A8C"/>
            <w:u w:val="single"/>
          </w:rPr>
          <w:t xml:space="preserve">81a</w:t>
        </w:r>
      </w:hyperlink>
      <w:r>
        <w:t xml:space="preserve"> entsprechend anzuwenden. </w:t>
      </w:r>
      <w:r>
        <w:rPr>
          <w:rStyle w:val="Satznummer"/>
        </w:rPr>
        <w:t>2</w:t>
      </w:r>
      <w:r>
        <w:t xml:space="preserve">Die Bestimmungen des </w:t>
      </w:r>
      <w:hyperlink w:anchor="b105" w:history="1">
        <w:r>
          <w:rPr>
            <w:color w:val="0A3A8C"/>
            <w:u w:val="single"/>
          </w:rPr>
          <w:t xml:space="preserve">§ 70a</w:t>
        </w:r>
      </w:hyperlink>
      <w:r>
        <w:t xml:space="preserve"> sind nur insoweit anzuwenden, als sich die Unterrichtung auf Vorschriften bezieht, die nach dem für die Heranwachsenden geltenden Recht nicht ausgeschlossen sind. </w:t>
      </w:r>
      <w:r>
        <w:rPr>
          <w:rStyle w:val="Satznummer"/>
        </w:rPr>
        <w:t>3</w:t>
      </w:r>
      <w:r>
        <w:t xml:space="preserve">Die Jugendgerichtshilfe und in geeigneten Fällen auch die Schule werden von der Einleitung und dem Ausgang des Verfahrens unterrichtet. </w:t>
      </w:r>
      <w:r>
        <w:rPr>
          <w:rStyle w:val="Satznummer"/>
        </w:rPr>
        <w:t>4</w:t>
      </w:r>
      <w:r>
        <w:t xml:space="preserve">Sie benachrichtigen den Staatsanwalt, wenn ihnen bekannt wird, daß gegen den Beschuldigten noch ein anderes Strafverfahren anhängig ist. </w:t>
      </w:r>
      <w:r>
        <w:rPr>
          <w:rStyle w:val="Satznummer"/>
        </w:rPr>
        <w:t>5</w:t>
      </w:r>
      <w:r>
        <w:t>Die Öffentlichkeit kann ausgeschlossen werden, wenn dies im Interesse des Heranwachsenden geboten ist.</w:t>
      </w:r>
    </w:p>
    <w:p>
      <w:r>
        <w:t xml:space="preserve">(2) </w:t>
      </w:r>
      <w:r>
        <w:rPr>
          <w:rStyle w:val="Satznummer"/>
        </w:rPr>
        <w:t>1</w:t>
      </w:r>
      <w:r>
        <w:t>Wendet der Richter Jugendstrafrecht an (</w:t>
      </w:r>
      <w:hyperlink w:anchor="b161" w:history="1">
        <w:r>
          <w:rPr>
            <w:color w:val="0A3A8C"/>
            <w:u w:val="single"/>
          </w:rPr>
          <w:t xml:space="preserve">§ 105</w:t>
        </w:r>
      </w:hyperlink>
      <w:r>
        <w:t xml:space="preserve">), so gelten auch die </w:t>
      </w:r>
      <w:hyperlink w:anchor="b64" w:history="1">
        <w:r>
          <w:rPr>
            <w:color w:val="0A3A8C"/>
            <w:u w:val="single"/>
          </w:rPr>
          <w:t xml:space="preserve">§§ 45</w:t>
        </w:r>
      </w:hyperlink>
      <w:r>
        <w:t xml:space="preserve">, </w:t>
      </w:r>
      <w:hyperlink w:anchor="b68" w:history="1">
        <w:r>
          <w:rPr>
            <w:color w:val="0A3A8C"/>
            <w:u w:val="single"/>
          </w:rPr>
          <w:t xml:space="preserve">47</w:t>
        </w:r>
      </w:hyperlink>
      <w:r>
        <w:t xml:space="preserve"> Abs. 1 Satz 1 Nr. 1, 2 und 3, Abs. 2, 3, </w:t>
      </w:r>
      <w:hyperlink w:anchor="b75" w:history="1">
        <w:r>
          <w:rPr>
            <w:color w:val="0A3A8C"/>
            <w:u w:val="single"/>
          </w:rPr>
          <w:t xml:space="preserve">§§ 52</w:t>
        </w:r>
      </w:hyperlink>
      <w:r>
        <w:t xml:space="preserve">, </w:t>
      </w:r>
      <w:hyperlink w:anchor="b76" w:history="1">
        <w:r>
          <w:rPr>
            <w:color w:val="0A3A8C"/>
            <w:u w:val="single"/>
          </w:rPr>
          <w:t xml:space="preserve">52a</w:t>
        </w:r>
      </w:hyperlink>
      <w:r>
        <w:t xml:space="preserve">, </w:t>
      </w:r>
      <w:hyperlink w:anchor="b78" w:history="1">
        <w:r>
          <w:rPr>
            <w:color w:val="0A3A8C"/>
            <w:u w:val="single"/>
          </w:rPr>
          <w:t xml:space="preserve">54</w:t>
        </w:r>
      </w:hyperlink>
      <w:r>
        <w:t xml:space="preserve"> Abs. 1, </w:t>
      </w:r>
      <w:hyperlink w:anchor="b80" w:history="1">
        <w:r>
          <w:rPr>
            <w:color w:val="0A3A8C"/>
            <w:u w:val="single"/>
          </w:rPr>
          <w:t xml:space="preserve">§§ 55</w:t>
        </w:r>
      </w:hyperlink>
      <w:r>
        <w:t xml:space="preserve"> bis </w:t>
      </w:r>
      <w:hyperlink w:anchor="b96" w:history="1">
        <w:r>
          <w:rPr>
            <w:color w:val="0A3A8C"/>
            <w:u w:val="single"/>
          </w:rPr>
          <w:t xml:space="preserve">66</w:t>
        </w:r>
      </w:hyperlink>
      <w:r>
        <w:t xml:space="preserve">, </w:t>
      </w:r>
      <w:hyperlink w:anchor="b113" w:history="1">
        <w:r>
          <w:rPr>
            <w:color w:val="0A3A8C"/>
            <w:u w:val="single"/>
          </w:rPr>
          <w:t xml:space="preserve">74</w:t>
        </w:r>
      </w:hyperlink>
      <w:r>
        <w:t xml:space="preserve"> und </w:t>
      </w:r>
      <w:hyperlink w:anchor="b120" w:history="1">
        <w:r>
          <w:rPr>
            <w:color w:val="0A3A8C"/>
            <w:u w:val="single"/>
          </w:rPr>
          <w:t xml:space="preserve">79</w:t>
        </w:r>
      </w:hyperlink>
      <w:r>
        <w:t xml:space="preserve"> Abs. 1 entsprechend. </w:t>
      </w:r>
      <w:r>
        <w:rPr>
          <w:rStyle w:val="Satznummer"/>
        </w:rPr>
        <w:t>2</w:t>
      </w:r>
      <w:hyperlink w:anchor="b96" w:history="1">
        <w:r>
          <w:rPr>
            <w:color w:val="0A3A8C"/>
            <w:u w:val="single"/>
          </w:rPr>
          <w:t xml:space="preserve">§ 66</w:t>
        </w:r>
      </w:hyperlink>
      <w:r>
        <w:t xml:space="preserve"> ist auch dann anzuwenden, wenn die einheitliche Festsetzung von Maßnahmen oder Jugendstrafe nach </w:t>
      </w:r>
      <w:hyperlink w:anchor="b161" w:history="1">
        <w:r>
          <w:rPr>
            <w:color w:val="0A3A8C"/>
            <w:u w:val="single"/>
          </w:rPr>
          <w:t xml:space="preserve">§ 105</w:t>
        </w:r>
      </w:hyperlink>
      <w:r>
        <w:t xml:space="preserve"> Abs. 2 unterblieben ist. </w:t>
      </w:r>
      <w:r>
        <w:rPr>
          <w:rStyle w:val="Satznummer"/>
        </w:rPr>
        <w:t>3</w:t>
      </w:r>
      <w:hyperlink w:anchor="b80" w:history="1">
        <w:r>
          <w:rPr>
            <w:color w:val="0A3A8C"/>
            <w:u w:val="single"/>
          </w:rPr>
          <w:t xml:space="preserve">§ 55</w:t>
        </w:r>
      </w:hyperlink>
      <w:r>
        <w:t xml:space="preserve"> Abs. 1 und 2 ist nicht anzuwenden, wenn die Entscheidung im beschleunigten Verfahren des allgemeinen Verfahrensrechts ergangen ist. </w:t>
      </w:r>
      <w:r>
        <w:rPr>
          <w:rStyle w:val="Satznummer"/>
        </w:rPr>
        <w:t>4</w:t>
      </w:r>
      <w:hyperlink w:anchor="b113" w:history="1">
        <w:r>
          <w:rPr>
            <w:color w:val="0A3A8C"/>
            <w:u w:val="single"/>
          </w:rPr>
          <w:t xml:space="preserve">§ 74</w:t>
        </w:r>
      </w:hyperlink>
      <w:r>
        <w:t xml:space="preserve"> ist im Rahmen einer Entscheidung über die Auslagen des Antragstellers nach § 472a der Strafprozessordnung nicht anzuwenden.</w:t>
      </w:r>
    </w:p>
    <w:p>
      <w:r>
        <w:t>(3) In einem Verfahren gegen einen Heranwachsenden findet § 407 Abs. 2 Satz 2 der Strafprozeßordnung keine Anwendung.</w:t>
      </w:r>
    </w:p>
    <w:p>
      <w:pPr>
        <w:pStyle w:val="Heading2"/>
      </w:pPr>
      <w:bookmarkStart w:id="168" w:name="b167"/>
      <w:r>
        <w:t>Dritter Abschnitt Vollstreckung, Vollzug und Beseitigung des Strafmakels</w:t>
      </w:r>
      <w:bookmarkEnd w:id="168"/>
    </w:p>
    <w:p>
      <w:pPr>
        <w:pStyle w:val="Heading3"/>
      </w:pPr>
      <w:bookmarkStart w:id="169" w:name="b168"/>
      <w:r>
        <w:t>§ 110 Vollstreckung und Vollzug</w:t>
      </w:r>
      <w:r>
        <w:t xml:space="preserve"> </w:t>
      </w:r>
      <w:r>
        <w:rPr>
          <w:rStyle w:val="Suchmarke"/>
        </w:rPr>
        <w:t>#110#</w:t>
      </w:r>
      <w:bookmarkEnd w:id="169"/>
    </w:p>
    <w:p>
      <w:r>
        <w:t xml:space="preserve">(1) Von den Vorschriften über die Vollstreckung und den Vollzug bei Jugendlichen gelten </w:t>
      </w:r>
      <w:hyperlink w:anchor="b128" w:history="1">
        <w:r>
          <w:rPr>
            <w:color w:val="0A3A8C"/>
            <w:u w:val="single"/>
          </w:rPr>
          <w:t xml:space="preserve">§ 82</w:t>
        </w:r>
      </w:hyperlink>
      <w:r>
        <w:t xml:space="preserve"> Abs. 1, </w:t>
      </w:r>
      <w:hyperlink w:anchor="b129" w:history="1">
        <w:r>
          <w:rPr>
            <w:color w:val="0A3A8C"/>
            <w:u w:val="single"/>
          </w:rPr>
          <w:t xml:space="preserve">§§ 83</w:t>
        </w:r>
      </w:hyperlink>
      <w:r>
        <w:t xml:space="preserve"> bis </w:t>
      </w:r>
      <w:hyperlink w:anchor="b147" w:history="1">
        <w:r>
          <w:rPr>
            <w:color w:val="0A3A8C"/>
            <w:u w:val="single"/>
          </w:rPr>
          <w:t xml:space="preserve">93a</w:t>
        </w:r>
      </w:hyperlink>
      <w:r>
        <w:t xml:space="preserve"> für Heranwachsende entsprechend, soweit der Richter Jugendstrafrecht angewendet (</w:t>
      </w:r>
      <w:hyperlink w:anchor="b161" w:history="1">
        <w:r>
          <w:rPr>
            <w:color w:val="0A3A8C"/>
            <w:u w:val="single"/>
          </w:rPr>
          <w:t xml:space="preserve">§ 105</w:t>
        </w:r>
      </w:hyperlink>
      <w:r>
        <w:t>) und nach diesem Gesetz zulässige Maßnahmen oder Jugendstrafe verhängt hat.</w:t>
      </w:r>
    </w:p>
    <w:p>
      <w:r>
        <w:t xml:space="preserve">(2) Für die Vollstreckung von Untersuchungshaft an zur Tatzeit Heranwachsenden gilt </w:t>
      </w:r>
      <w:hyperlink w:anchor="b141" w:history="1">
        <w:r>
          <w:rPr>
            <w:color w:val="0A3A8C"/>
            <w:u w:val="single"/>
          </w:rPr>
          <w:t xml:space="preserve">§ 89c</w:t>
        </w:r>
      </w:hyperlink>
      <w:r>
        <w:t xml:space="preserve"> Absatz 1 und 3 entsprechend.</w:t>
      </w:r>
    </w:p>
    <w:p>
      <w:pPr>
        <w:pStyle w:val="Heading3"/>
      </w:pPr>
      <w:bookmarkStart w:id="170" w:name="b169"/>
      <w:r>
        <w:t>§ 111 Beseitigung des Strafmakels</w:t>
      </w:r>
      <w:r>
        <w:t xml:space="preserve"> </w:t>
      </w:r>
      <w:r>
        <w:rPr>
          <w:rStyle w:val="Suchmarke"/>
        </w:rPr>
        <w:t>#111#</w:t>
      </w:r>
      <w:bookmarkEnd w:id="170"/>
    </w:p>
    <w:p>
      <w:r>
        <w:t>Die Vorschriften über die Beseitigung des Strafmakels (</w:t>
      </w:r>
      <w:hyperlink w:anchor="b150" w:history="1">
        <w:r>
          <w:rPr>
            <w:color w:val="0A3A8C"/>
            <w:u w:val="single"/>
          </w:rPr>
          <w:t xml:space="preserve">§§ 97</w:t>
        </w:r>
      </w:hyperlink>
      <w:r>
        <w:t xml:space="preserve"> bis </w:t>
      </w:r>
      <w:hyperlink w:anchor="b154" w:history="1">
        <w:r>
          <w:rPr>
            <w:color w:val="0A3A8C"/>
            <w:u w:val="single"/>
          </w:rPr>
          <w:t xml:space="preserve">101</w:t>
        </w:r>
      </w:hyperlink>
      <w:r>
        <w:t>) gelten für Heranwachsende entsprechend, soweit der Richter Jugendstrafe verhängt hat.</w:t>
      </w:r>
    </w:p>
    <w:p>
      <w:pPr>
        <w:pStyle w:val="Heading2"/>
      </w:pPr>
      <w:bookmarkStart w:id="171" w:name="b170"/>
      <w:r>
        <w:t>Vierter Abschnitt Heranwachsende vor Gerichten, die für allgemeine Strafsachen zuständig sind</w:t>
      </w:r>
      <w:bookmarkEnd w:id="171"/>
    </w:p>
    <w:p>
      <w:pPr>
        <w:pStyle w:val="Heading3"/>
      </w:pPr>
      <w:bookmarkStart w:id="172" w:name="b171"/>
      <w:r>
        <w:t>§ 112 Entsprechende Anwendung</w:t>
      </w:r>
      <w:r>
        <w:t xml:space="preserve"> </w:t>
      </w:r>
      <w:r>
        <w:rPr>
          <w:rStyle w:val="Suchmarke"/>
        </w:rPr>
        <w:t>#112#</w:t>
      </w:r>
      <w:bookmarkEnd w:id="172"/>
    </w:p>
    <w:p>
      <w:r>
        <w:rPr>
          <w:rStyle w:val="Satznummer"/>
        </w:rPr>
        <w:t>1</w:t>
      </w:r>
      <w:r>
        <w:t xml:space="preserve">Die </w:t>
      </w:r>
      <w:hyperlink w:anchor="b156" w:history="1">
        <w:r>
          <w:rPr>
            <w:color w:val="0A3A8C"/>
            <w:u w:val="single"/>
          </w:rPr>
          <w:t xml:space="preserve">§§ 102</w:t>
        </w:r>
      </w:hyperlink>
      <w:r>
        <w:t xml:space="preserve">, </w:t>
      </w:r>
      <w:hyperlink w:anchor="b157" w:history="1">
        <w:r>
          <w:rPr>
            <w:color w:val="0A3A8C"/>
            <w:u w:val="single"/>
          </w:rPr>
          <w:t xml:space="preserve">103</w:t>
        </w:r>
      </w:hyperlink>
      <w:r>
        <w:t xml:space="preserve">, </w:t>
      </w:r>
      <w:hyperlink w:anchor="b158" w:history="1">
        <w:r>
          <w:rPr>
            <w:color w:val="0A3A8C"/>
            <w:u w:val="single"/>
          </w:rPr>
          <w:t xml:space="preserve">104</w:t>
        </w:r>
      </w:hyperlink>
      <w:r>
        <w:t xml:space="preserve"> Abs. 1 bis 3 und 5 gelten für Verfahren gegen Heranwachsende entsprechend. </w:t>
      </w:r>
      <w:r>
        <w:rPr>
          <w:rStyle w:val="Satznummer"/>
        </w:rPr>
        <w:t>2</w:t>
      </w:r>
      <w:r>
        <w:t xml:space="preserve">Die in </w:t>
      </w:r>
      <w:hyperlink w:anchor="b158" w:history="1">
        <w:r>
          <w:rPr>
            <w:color w:val="0A3A8C"/>
            <w:u w:val="single"/>
          </w:rPr>
          <w:t xml:space="preserve">§ 104</w:t>
        </w:r>
      </w:hyperlink>
      <w:r>
        <w:t xml:space="preserve"> Abs. 1 genannten Vorschriften sind nur insoweit anzuwenden, als sie nach dem für die Heranwachsenden geltenden Recht nicht ausgeschlossen sind. </w:t>
      </w:r>
      <w:r>
        <w:rPr>
          <w:rStyle w:val="Satznummer"/>
        </w:rPr>
        <w:t>3</w:t>
      </w:r>
      <w:r>
        <w:t>Hält der Richter die Erteilung von Weisungen für erforderlich, so überläßt er die Auswahl und Anordnung dem Jugendrichter, in dessen Bezirk sich der Heranwachsende aufhält.</w:t>
      </w:r>
    </w:p>
    <w:p>
      <w:pPr>
        <w:pStyle w:val="Heading1"/>
      </w:pPr>
      <w:bookmarkStart w:id="173" w:name="b172"/>
      <w:r>
        <w:t>Vierter Teil Sondervorschriften für Soldaten der Bundeswehr</w:t>
      </w:r>
      <w:bookmarkEnd w:id="173"/>
    </w:p>
    <w:p>
      <w:pPr>
        <w:pStyle w:val="Heading2"/>
      </w:pPr>
      <w:bookmarkStart w:id="174" w:name="b173"/>
      <w:r>
        <w:t>§ 112a Anwendung des Jugendstrafrechts</w:t>
      </w:r>
      <w:r>
        <w:t xml:space="preserve"> </w:t>
      </w:r>
      <w:r>
        <w:rPr>
          <w:rStyle w:val="Suchmarke"/>
        </w:rPr>
        <w:t>#112a#</w:t>
      </w:r>
      <w:bookmarkEnd w:id="174"/>
    </w:p>
    <w:p>
      <w:r>
        <w:t>Das Jugendstrafrecht (</w:t>
      </w:r>
      <w:hyperlink w:anchor="b6" w:history="1">
        <w:r>
          <w:rPr>
            <w:color w:val="0A3A8C"/>
            <w:u w:val="single"/>
          </w:rPr>
          <w:t xml:space="preserve">§§ 3</w:t>
        </w:r>
      </w:hyperlink>
      <w:r>
        <w:t xml:space="preserve"> bis </w:t>
      </w:r>
      <w:hyperlink w:anchor="b43" w:history="1">
        <w:r>
          <w:rPr>
            <w:color w:val="0A3A8C"/>
            <w:u w:val="single"/>
          </w:rPr>
          <w:t xml:space="preserve">32</w:t>
        </w:r>
      </w:hyperlink>
      <w:r>
        <w:t xml:space="preserve">, </w:t>
      </w:r>
      <w:hyperlink w:anchor="b161" w:history="1">
        <w:r>
          <w:rPr>
            <w:color w:val="0A3A8C"/>
            <w:u w:val="single"/>
          </w:rPr>
          <w:t xml:space="preserve">105</w:t>
        </w:r>
      </w:hyperlink>
      <w:r>
        <w:t>) gilt für die Dauer des Wehrdienstverhältnisses eines Jugendlichen oder Heranwachsenden mit folgenden Abweichungen:</w:t>
      </w:r>
    </w:p>
    <w:p>
      <w:pPr>
        <w:tabs>
          <w:tab w:pos="567" w:val="left"/>
        </w:tabs>
        <w:ind w:left="567" w:hanging="567"/>
      </w:pPr>
      <w:r>
        <w:t>1.</w:t>
      </w:r>
      <w:r>
        <w:tab/>
      </w:r>
      <w:r>
        <w:t xml:space="preserve">Hilfe zur Erziehung im Sinne des </w:t>
      </w:r>
      <w:hyperlink w:anchor="b16" w:history="1">
        <w:r>
          <w:rPr>
            <w:color w:val="0A3A8C"/>
            <w:u w:val="single"/>
          </w:rPr>
          <w:t xml:space="preserve">§ 12</w:t>
        </w:r>
      </w:hyperlink>
      <w:r>
        <w:t xml:space="preserve"> darf nicht angeordnet werden.</w:t>
      </w:r>
    </w:p>
    <w:p>
      <w:pPr>
        <w:tabs>
          <w:tab w:pos="567" w:val="left"/>
        </w:tabs>
        <w:ind w:left="567" w:hanging="567"/>
      </w:pPr>
      <w:r>
        <w:t>2.</w:t>
      </w:r>
      <w:r>
        <w:tab/>
      </w:r>
      <w:r>
        <w:t>(weggefallen)</w:t>
      </w:r>
    </w:p>
    <w:p>
      <w:pPr>
        <w:tabs>
          <w:tab w:pos="567" w:val="left"/>
        </w:tabs>
        <w:ind w:left="567" w:hanging="567"/>
      </w:pPr>
      <w:r>
        <w:t>3.</w:t>
      </w:r>
      <w:r>
        <w:tab/>
      </w:r>
      <w:r>
        <w:t xml:space="preserve">Bei der Erteilung von Weisungen und Auflagen soll der Richter die Besonderheiten des Wehrdienstes berücksichtigen. </w:t>
      </w:r>
      <w:r>
        <w:rPr>
          <w:rStyle w:val="Satznummer"/>
        </w:rPr>
        <w:t>2</w:t>
      </w:r>
      <w:r>
        <w:t>Weisungen und Auflagen, die bereits erteilt sind, soll er diesen Besonderheiten anpassen.</w:t>
      </w:r>
    </w:p>
    <w:p>
      <w:pPr>
        <w:tabs>
          <w:tab w:pos="567" w:val="left"/>
        </w:tabs>
        <w:ind w:left="567" w:hanging="567"/>
      </w:pPr>
      <w:r>
        <w:t>4.</w:t>
      </w:r>
      <w:r>
        <w:tab/>
      </w:r>
      <w:r>
        <w:t xml:space="preserve">Als ehrenamtlicher Bewährungshelfer kann ein Soldat bestellt werden. </w:t>
      </w:r>
      <w:r>
        <w:rPr>
          <w:rStyle w:val="Satznummer"/>
        </w:rPr>
        <w:t>2</w:t>
      </w:r>
      <w:r>
        <w:t>Er untersteht bei seiner Tätigkeit (</w:t>
      </w:r>
      <w:hyperlink w:anchor="b33" w:history="1">
        <w:r>
          <w:rPr>
            <w:color w:val="0A3A8C"/>
            <w:u w:val="single"/>
          </w:rPr>
          <w:t xml:space="preserve">§ 25</w:t>
        </w:r>
      </w:hyperlink>
      <w:r>
        <w:t xml:space="preserve"> Satz 2) nicht den Anweisungen des Richters.</w:t>
      </w:r>
    </w:p>
    <w:p>
      <w:pPr>
        <w:tabs>
          <w:tab w:pos="567" w:val="left"/>
        </w:tabs>
        <w:ind w:left="567" w:hanging="567"/>
      </w:pPr>
      <w:r>
        <w:t>5.</w:t>
      </w:r>
      <w:r>
        <w:tab/>
      </w:r>
      <w:r>
        <w:t xml:space="preserve">Von der Überwachung durch einen Bewährungshelfer, der nicht Soldat ist, sind Angelegenheiten ausgeschlossen, für welche die militärischen Vorgesetzten des Jugendlichen oder Heranwachsenden zu sorgen haben. </w:t>
      </w:r>
      <w:r>
        <w:rPr>
          <w:rStyle w:val="Satznummer"/>
        </w:rPr>
        <w:t>2</w:t>
      </w:r>
      <w:r>
        <w:t>Maßnahmen des Disziplinarvorgesetzten haben den Vorrang.</w:t>
      </w:r>
    </w:p>
    <w:p>
      <w:pPr>
        <w:pStyle w:val="Heading2"/>
      </w:pPr>
      <w:bookmarkStart w:id="175" w:name="b174"/>
      <w:r>
        <w:t>§ 112b (weggefallen)</w:t>
      </w:r>
      <w:r>
        <w:t xml:space="preserve"> </w:t>
      </w:r>
      <w:r>
        <w:rPr>
          <w:rStyle w:val="Suchmarke"/>
        </w:rPr>
        <w:t>#112b#</w:t>
      </w:r>
      <w:bookmarkEnd w:id="175"/>
    </w:p>
    <w:p>
      <w:pPr>
        <w:pStyle w:val="Heading2"/>
      </w:pPr>
      <w:bookmarkStart w:id="176" w:name="b175"/>
      <w:r>
        <w:t>§ 112c Vollstreckung</w:t>
      </w:r>
      <w:r>
        <w:t xml:space="preserve"> </w:t>
      </w:r>
      <w:r>
        <w:rPr>
          <w:rStyle w:val="Suchmarke"/>
        </w:rPr>
        <w:t>#112c#</w:t>
      </w:r>
      <w:bookmarkEnd w:id="176"/>
    </w:p>
    <w:p>
      <w:r>
        <w:t>(1) Der Vollstreckungsleiter sieht davon ab, Jugendarrest, der wegen einer vor Beginn des Wehrdienstverhältnisses begangenen Tat verhängt ist, gegenüber Soldaten der Bundeswehr zu vollstrecken, wenn die Besonderheiten des Wehrdienstes es erfordern und ihnen nicht durch einen Aufschub der Vollstreckung Rechnung getragen werden kann.</w:t>
      </w:r>
    </w:p>
    <w:p>
      <w:r>
        <w:t xml:space="preserve">(2) Die Entscheidung des Vollstreckungsleiters nach Absatz 1 ist eine jugendrichterliche Entscheidung im Sinne des </w:t>
      </w:r>
      <w:hyperlink w:anchor="b129" w:history="1">
        <w:r>
          <w:rPr>
            <w:color w:val="0A3A8C"/>
            <w:u w:val="single"/>
          </w:rPr>
          <w:t xml:space="preserve">§ 83</w:t>
        </w:r>
      </w:hyperlink>
      <w:r>
        <w:t>.</w:t>
      </w:r>
    </w:p>
    <w:p>
      <w:pPr>
        <w:pStyle w:val="Heading2"/>
      </w:pPr>
      <w:bookmarkStart w:id="177" w:name="b176"/>
      <w:r>
        <w:t>§ 112d Anhörung des Disziplinarvorgesetzten</w:t>
      </w:r>
      <w:r>
        <w:t xml:space="preserve"> </w:t>
      </w:r>
      <w:r>
        <w:rPr>
          <w:rStyle w:val="Suchmarke"/>
        </w:rPr>
        <w:t>#112d#</w:t>
      </w:r>
      <w:bookmarkEnd w:id="177"/>
    </w:p>
    <w:p>
      <w:r>
        <w:t xml:space="preserve">Bevor der Richter oder der Vollstreckungsleiter einem Soldaten der Bundeswehr Weisungen oder Auflagen erteilt, von der Vollstreckung des Jugendarrestes nach </w:t>
      </w:r>
      <w:hyperlink w:anchor="b175" w:history="1">
        <w:r>
          <w:rPr>
            <w:color w:val="0A3A8C"/>
            <w:u w:val="single"/>
          </w:rPr>
          <w:t xml:space="preserve">§ 112c</w:t>
        </w:r>
      </w:hyperlink>
      <w:r>
        <w:t xml:space="preserve"> Absatz 1 absieht oder einen Soldaten als Bewährungshelfer bestellt, soll er den nächsten Disziplinarvorgesetzten des Jugendlichen oder Heranwachsenden hören.</w:t>
      </w:r>
    </w:p>
    <w:p>
      <w:pPr>
        <w:pStyle w:val="Heading2"/>
      </w:pPr>
      <w:bookmarkStart w:id="178" w:name="b177"/>
      <w:r>
        <w:t>§ 112e Verfahren vor Gerichten, die für allgemeine Strafsachen zuständig sind</w:t>
      </w:r>
      <w:r>
        <w:t xml:space="preserve"> </w:t>
      </w:r>
      <w:r>
        <w:rPr>
          <w:rStyle w:val="Suchmarke"/>
        </w:rPr>
        <w:t>#112e#</w:t>
      </w:r>
      <w:bookmarkEnd w:id="178"/>
    </w:p>
    <w:p>
      <w:r>
        <w:t>In Verfahren gegen Jugendliche oder Heranwachsende vor den für allgemeine Strafsachen zuständigen Gerichten (</w:t>
      </w:r>
      <w:hyperlink w:anchor="b158" w:history="1">
        <w:r>
          <w:rPr>
            <w:color w:val="0A3A8C"/>
            <w:u w:val="single"/>
          </w:rPr>
          <w:t xml:space="preserve">§ 104</w:t>
        </w:r>
      </w:hyperlink>
      <w:r>
        <w:t xml:space="preserve">) sind die </w:t>
      </w:r>
      <w:hyperlink w:anchor="b173" w:history="1">
        <w:r>
          <w:rPr>
            <w:color w:val="0A3A8C"/>
            <w:u w:val="single"/>
          </w:rPr>
          <w:t xml:space="preserve">§§ 112a</w:t>
        </w:r>
      </w:hyperlink>
      <w:r>
        <w:t xml:space="preserve"> und </w:t>
      </w:r>
      <w:hyperlink w:anchor="b176" w:history="1">
        <w:r>
          <w:rPr>
            <w:color w:val="0A3A8C"/>
            <w:u w:val="single"/>
          </w:rPr>
          <w:t xml:space="preserve">112d</w:t>
        </w:r>
      </w:hyperlink>
      <w:r>
        <w:t xml:space="preserve"> anzuwenden.</w:t>
      </w:r>
    </w:p>
    <w:p>
      <w:pPr>
        <w:pStyle w:val="Heading1"/>
      </w:pPr>
      <w:bookmarkStart w:id="179" w:name="b178"/>
      <w:r>
        <w:t>Fünfter Teil Schluß- und Übergangsvorschriften</w:t>
      </w:r>
      <w:bookmarkEnd w:id="179"/>
    </w:p>
    <w:p>
      <w:pPr>
        <w:pStyle w:val="Heading2"/>
      </w:pPr>
      <w:bookmarkStart w:id="180" w:name="b179"/>
      <w:r>
        <w:t>§ 113 Bewährungshelfer</w:t>
      </w:r>
      <w:r>
        <w:t xml:space="preserve"> </w:t>
      </w:r>
      <w:r>
        <w:rPr>
          <w:rStyle w:val="Suchmarke"/>
        </w:rPr>
        <w:t>#113#</w:t>
      </w:r>
      <w:bookmarkEnd w:id="180"/>
    </w:p>
    <w:p>
      <w:r>
        <w:rPr>
          <w:rStyle w:val="Satznummer"/>
        </w:rPr>
        <w:t>1</w:t>
      </w:r>
      <w:r>
        <w:t xml:space="preserve">Für den Bezirk eines jeden Jugendrichters ist mindestens ein hauptamtlicher Bewährungshelfer anzustellen. </w:t>
      </w:r>
      <w:r>
        <w:rPr>
          <w:rStyle w:val="Satznummer"/>
        </w:rPr>
        <w:t>2</w:t>
      </w:r>
      <w:r>
        <w:t xml:space="preserve">Die Anstellung kann für mehrere Bezirke erfolgen oder ganz unterbleiben, wenn wegen des geringen Anfalls von Strafsachen unverhältnismäßig hohe Aufwendungen entstehen würden. </w:t>
      </w:r>
      <w:r>
        <w:rPr>
          <w:rStyle w:val="Satznummer"/>
        </w:rPr>
        <w:t>3</w:t>
      </w:r>
      <w:r>
        <w:t>Das Nähere über die Tätigkeit des Bewährungshelfers ist durch Landesgesetz zu regeln.</w:t>
      </w:r>
    </w:p>
    <w:p>
      <w:pPr>
        <w:pStyle w:val="Heading2"/>
      </w:pPr>
      <w:bookmarkStart w:id="181" w:name="b180"/>
      <w:r>
        <w:t>§ 114 Vollzug von Freiheitsstrafe in der Einrichtung für den Vollzug der Jugendstrafe</w:t>
      </w:r>
      <w:r>
        <w:t xml:space="preserve"> </w:t>
      </w:r>
      <w:r>
        <w:rPr>
          <w:rStyle w:val="Suchmarke"/>
        </w:rPr>
        <w:t>#114#</w:t>
      </w:r>
      <w:bookmarkEnd w:id="181"/>
    </w:p>
    <w:p>
      <w:r>
        <w:t>In der Einrichtung für den Vollzug der Jugendstrafe dürfen an Verurteilten, die das vierundzwanzigste Lebensjahr noch nicht vollendet haben und sich für den Jugendstrafvollzug eignen, auch Freiheitsstrafen vollzogen werden, die nach allgemeinem Strafrecht verhängt worden sind.</w:t>
      </w:r>
    </w:p>
    <w:p>
      <w:pPr>
        <w:pStyle w:val="Heading2"/>
      </w:pPr>
      <w:bookmarkStart w:id="182" w:name="b181"/>
      <w:r>
        <w:t>§ 115 (weggefallen)</w:t>
      </w:r>
      <w:r>
        <w:t xml:space="preserve"> </w:t>
      </w:r>
      <w:r>
        <w:rPr>
          <w:rStyle w:val="Suchmarke"/>
        </w:rPr>
        <w:t>#115#</w:t>
      </w:r>
      <w:bookmarkEnd w:id="182"/>
    </w:p>
    <w:p>
      <w:pPr>
        <w:pStyle w:val="Heading2"/>
      </w:pPr>
      <w:bookmarkStart w:id="183" w:name="b182"/>
      <w:r>
        <w:t>§ 116 Zeitlicher Geltungsbereich</w:t>
      </w:r>
      <w:r>
        <w:t xml:space="preserve"> </w:t>
      </w:r>
      <w:r>
        <w:rPr>
          <w:rStyle w:val="Suchmarke"/>
        </w:rPr>
        <w:t>#116#</w:t>
      </w:r>
      <w:bookmarkEnd w:id="183"/>
    </w:p>
    <w:p>
      <w:r>
        <w:t>Das Gesetz wird auch auf Verfehlungen angewendet, die vor seinem Inkrafttreten begangen worden sind.</w:t>
      </w:r>
    </w:p>
    <w:p>
      <w:pPr>
        <w:pStyle w:val="Heading2"/>
      </w:pPr>
      <w:bookmarkStart w:id="184" w:name="b183"/>
      <w:r>
        <w:t>§§ 117 bis 120 (weggefallen)</w:t>
      </w:r>
      <w:bookmarkEnd w:id="184"/>
    </w:p>
    <w:p>
      <w:pPr>
        <w:pStyle w:val="Heading2"/>
      </w:pPr>
      <w:bookmarkStart w:id="185" w:name="b184"/>
      <w:r>
        <w:t>§ 121 Übergangsvorschrift</w:t>
      </w:r>
      <w:r>
        <w:t xml:space="preserve"> </w:t>
      </w:r>
      <w:r>
        <w:rPr>
          <w:rStyle w:val="Suchmarke"/>
        </w:rPr>
        <w:t>#121#</w:t>
      </w:r>
      <w:bookmarkEnd w:id="185"/>
    </w:p>
    <w:p>
      <w:r>
        <w:t>(1) Für am 1. Januar 2008 bereits anhängige Verfahren auf gerichtliche Entscheidung über die Rechtmäßigkeit von Maßnahmen im Vollzug der Jugendstrafe, des Jugendarrestes und der Unterbringung in einem psychiatrischen Krankenhaus oder einer Entziehungsanstalt sind die Vorschriften des Dritten Abschnitts des Einführungsgesetzes zum Gerichtsverfassungsgesetz in ihrer bisherigen Fassung weiter anzuwenden.</w:t>
      </w:r>
    </w:p>
    <w:p>
      <w:r>
        <w:t>(2) Für Verfahren, die vor dem 1. Januar 2012 bei der Jugendkammer anhängig geworden sind, ist § 33b Absatz 2 in der bis zum 31. Dezember 2011 geltenden Fassung anzuwenden.</w:t>
      </w:r>
    </w:p>
    <w:p>
      <w:r>
        <w:t>(3) Hat die Staatsanwaltschaft in Verfahren, in denen über die im Urteil vorbehaltene oder die nachträgliche Anordnung der Sicherungsverwahrung zu entscheiden ist, die Akten dem Vorsitzenden des zuständigen Gerichts vor dem 1. Januar 2012 übergeben, ist § 74f des Gerichtsverfassungsgesetzes in der bis zum 31. Dezember 2011 geltenden Fassung entsprechend anzuwenden.</w:t>
      </w:r>
    </w:p>
    <w:p>
      <w:pPr>
        <w:pStyle w:val="Heading2"/>
      </w:pPr>
      <w:bookmarkStart w:id="186" w:name="b185"/>
      <w:r>
        <w:t>§§ 122 bis 124 (weggefallen)</w:t>
      </w:r>
      <w:bookmarkEnd w:id="186"/>
    </w:p>
    <w:p>
      <w:pPr>
        <w:pStyle w:val="Heading2"/>
      </w:pPr>
      <w:bookmarkStart w:id="187" w:name="b186"/>
      <w:r>
        <w:t>§ 125 Inkrafttreten</w:t>
      </w:r>
      <w:r>
        <w:t xml:space="preserve"> </w:t>
      </w:r>
      <w:r>
        <w:rPr>
          <w:rStyle w:val="Suchmarke"/>
        </w:rPr>
        <w:t>#125#</w:t>
      </w:r>
      <w:bookmarkEnd w:id="187"/>
    </w:p>
    <w:p>
      <w:r>
        <w:t>Dieses Gesetz tritt am 1. Oktober 1953 in Kraft.</w:t>
      </w:r>
    </w:p>
    <w:p>
      <w:pPr>
        <w:spacing w:before="480"/>
      </w:pPr>
      <w:r>
        <w:t xml:space="preserve">Ende des Gesetzes: Jugendgerichtsgesetz (JGG)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j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Jugendgerichtsgesetz (JGG)</dc:title>
  <dc:subject>Nicht amtliche Fassung</dc:subject>
  <dc:creator>Barrierefreie Gesetze</dc:creator>
  <cp:keywords/>
  <dc:description/>
  <cp:lastModifiedBy>Barrierefreie Gesetze</cp:lastModifiedBy>
  <cp:revision>1</cp:revision>
  <dcterms:created xsi:type="dcterms:W3CDTF">2026-10-19T19:51:47Z</dcterms:created>
  <dcterms:modified xsi:type="dcterms:W3CDTF">2026-10-19T19:51:47Z</dcterms:modified>
  <cp:category/>
  <dc:language>de-DE</dc:language>
</cp:coreProperties>
</file>