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Bundeswahlgesetz (BWahlG)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07.05.1956</w:t>
      </w:r>
    </w:p>
    <w:p>
      <w:pPr>
        <w:pStyle w:val="Stand"/>
      </w:pPr>
      <w:r>
        <w:rPr>
          <w:b/>
        </w:rPr>
        <w:t xml:space="preserve">Letzte Änderung: </w:t>
      </w:r>
      <w:r>
        <w:t>Art. 8 G v. 03.07.2026 I Nr. 199</w:t>
      </w:r>
    </w:p>
    <w:p>
      <w:pPr>
        <w:pStyle w:val="Stand"/>
      </w:pPr>
      <w:r>
        <w:rPr>
          <w:b/>
        </w:rPr>
        <w:t xml:space="preserve">Neufassung: </w:t>
      </w:r>
      <w:r>
        <w:t>Bek. v. 23.07.1993 I 1288, 1594</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Wahlsystem</w:t>
        </w:r>
      </w:hyperlink>
    </w:p>
    <w:p>
      <w:pPr>
        <w:pStyle w:val="Übersicht"/>
        <w:ind w:left="340"/>
      </w:pPr>
      <w:hyperlink w:anchor="b1" w:history="1">
        <w:r>
          <w:rPr>
            <w:color w:val="0A3A8C"/>
            <w:u w:val="single"/>
          </w:rPr>
          <w:t xml:space="preserve">§ 1 Zusammensetzung des Deutschen Bundestages und Wahlrechtsgrundsätze</w:t>
        </w:r>
      </w:hyperlink>
    </w:p>
    <w:p>
      <w:pPr>
        <w:pStyle w:val="Übersicht"/>
        <w:ind w:left="340"/>
      </w:pPr>
      <w:hyperlink w:anchor="b2" w:history="1">
        <w:r>
          <w:rPr>
            <w:color w:val="0A3A8C"/>
            <w:u w:val="single"/>
          </w:rPr>
          <w:t xml:space="preserve">§ 2 Gliederung des Wahlgebietes</w:t>
        </w:r>
      </w:hyperlink>
    </w:p>
    <w:p>
      <w:pPr>
        <w:pStyle w:val="Übersicht"/>
        <w:ind w:left="340"/>
      </w:pPr>
      <w:hyperlink w:anchor="b3" w:history="1">
        <w:r>
          <w:rPr>
            <w:color w:val="0A3A8C"/>
            <w:u w:val="single"/>
          </w:rPr>
          <w:t xml:space="preserve">§ 3 Wahlkreiskommission und Wahlkreiseinteilung</w:t>
        </w:r>
      </w:hyperlink>
    </w:p>
    <w:p>
      <w:pPr>
        <w:pStyle w:val="Übersicht"/>
        <w:ind w:left="340"/>
      </w:pPr>
      <w:hyperlink w:anchor="b4" w:history="1">
        <w:r>
          <w:rPr>
            <w:color w:val="0A3A8C"/>
            <w:u w:val="single"/>
          </w:rPr>
          <w:t xml:space="preserve">§ 4 Grundsätze der Verteilung der Sitze auf Parteien</w:t>
        </w:r>
      </w:hyperlink>
    </w:p>
    <w:p>
      <w:pPr>
        <w:pStyle w:val="Übersicht"/>
        <w:ind w:left="340"/>
      </w:pPr>
      <w:hyperlink w:anchor="b5" w:history="1">
        <w:r>
          <w:rPr>
            <w:color w:val="0A3A8C"/>
            <w:u w:val="single"/>
          </w:rPr>
          <w:t xml:space="preserve">§ 5 Berechnung der Sitzverteilung</w:t>
        </w:r>
      </w:hyperlink>
    </w:p>
    <w:p>
      <w:pPr>
        <w:pStyle w:val="Übersicht"/>
        <w:ind w:left="340"/>
      </w:pPr>
      <w:hyperlink w:anchor="b6" w:history="1">
        <w:r>
          <w:rPr>
            <w:color w:val="0A3A8C"/>
            <w:u w:val="single"/>
          </w:rPr>
          <w:t xml:space="preserve">§ 6 Vergabe der Sitze an Bewerber</w:t>
        </w:r>
      </w:hyperlink>
    </w:p>
    <w:p>
      <w:pPr>
        <w:pStyle w:val="Übersicht"/>
        <w:ind w:left="340"/>
      </w:pPr>
      <w:hyperlink w:anchor="b7" w:history="1">
        <w:r>
          <w:rPr>
            <w:color w:val="0A3A8C"/>
            <w:u w:val="single"/>
          </w:rPr>
          <w:t xml:space="preserve">§ 7 (weggefallen)</w:t>
        </w:r>
      </w:hyperlink>
    </w:p>
    <w:p>
      <w:pPr>
        <w:pStyle w:val="Übersicht"/>
        <w:ind w:left="0"/>
      </w:pPr>
      <w:hyperlink w:anchor="b8" w:history="1">
        <w:r>
          <w:rPr>
            <w:b/>
            <w:color w:val="0A3A8C"/>
            <w:u w:val="single"/>
          </w:rPr>
          <w:t xml:space="preserve">Zweiter Abschnitt Wahlorgane</w:t>
        </w:r>
      </w:hyperlink>
    </w:p>
    <w:p>
      <w:pPr>
        <w:pStyle w:val="Übersicht"/>
        <w:ind w:left="340"/>
      </w:pPr>
      <w:hyperlink w:anchor="b9" w:history="1">
        <w:r>
          <w:rPr>
            <w:color w:val="0A3A8C"/>
            <w:u w:val="single"/>
          </w:rPr>
          <w:t xml:space="preserve">§ 8 Gliederung der Wahlorgane</w:t>
        </w:r>
      </w:hyperlink>
    </w:p>
    <w:p>
      <w:pPr>
        <w:pStyle w:val="Übersicht"/>
        <w:ind w:left="340"/>
      </w:pPr>
      <w:hyperlink w:anchor="b10" w:history="1">
        <w:r>
          <w:rPr>
            <w:color w:val="0A3A8C"/>
            <w:u w:val="single"/>
          </w:rPr>
          <w:t xml:space="preserve">§ 9 Bildung der Wahlorgane</w:t>
        </w:r>
      </w:hyperlink>
    </w:p>
    <w:p>
      <w:pPr>
        <w:pStyle w:val="Übersicht"/>
        <w:ind w:left="340"/>
      </w:pPr>
      <w:hyperlink w:anchor="b11" w:history="1">
        <w:r>
          <w:rPr>
            <w:color w:val="0A3A8C"/>
            <w:u w:val="single"/>
          </w:rPr>
          <w:t xml:space="preserve">§ 10 Tätigkeit der Wahlausschüsse und Wahlvorstände</w:t>
        </w:r>
      </w:hyperlink>
    </w:p>
    <w:p>
      <w:pPr>
        <w:pStyle w:val="Übersicht"/>
        <w:ind w:left="340"/>
      </w:pPr>
      <w:hyperlink w:anchor="b12" w:history="1">
        <w:r>
          <w:rPr>
            <w:color w:val="0A3A8C"/>
            <w:u w:val="single"/>
          </w:rPr>
          <w:t xml:space="preserve">§ 11 Ehrenämter</w:t>
        </w:r>
      </w:hyperlink>
    </w:p>
    <w:p>
      <w:pPr>
        <w:pStyle w:val="Übersicht"/>
        <w:ind w:left="0"/>
      </w:pPr>
      <w:hyperlink w:anchor="b13" w:history="1">
        <w:r>
          <w:rPr>
            <w:b/>
            <w:color w:val="0A3A8C"/>
            <w:u w:val="single"/>
          </w:rPr>
          <w:t xml:space="preserve">Dritter Abschnitt Wahlrecht und Wählbarkeit</w:t>
        </w:r>
      </w:hyperlink>
    </w:p>
    <w:p>
      <w:pPr>
        <w:pStyle w:val="Übersicht"/>
        <w:ind w:left="340"/>
      </w:pPr>
      <w:hyperlink w:anchor="b14" w:history="1">
        <w:r>
          <w:rPr>
            <w:color w:val="0A3A8C"/>
            <w:u w:val="single"/>
          </w:rPr>
          <w:t xml:space="preserve">§ 12 Wahlrecht</w:t>
        </w:r>
      </w:hyperlink>
    </w:p>
    <w:p>
      <w:pPr>
        <w:pStyle w:val="Übersicht"/>
        <w:ind w:left="340"/>
      </w:pPr>
      <w:hyperlink w:anchor="b15" w:history="1">
        <w:r>
          <w:rPr>
            <w:color w:val="0A3A8C"/>
            <w:u w:val="single"/>
          </w:rPr>
          <w:t xml:space="preserve">§ 13 Ausschluss vom Wahlrecht</w:t>
        </w:r>
      </w:hyperlink>
    </w:p>
    <w:p>
      <w:pPr>
        <w:pStyle w:val="Übersicht"/>
        <w:ind w:left="340"/>
      </w:pPr>
      <w:hyperlink w:anchor="b16" w:history="1">
        <w:r>
          <w:rPr>
            <w:color w:val="0A3A8C"/>
            <w:u w:val="single"/>
          </w:rPr>
          <w:t xml:space="preserve">§ 14 Ausübung des Wahlrechts</w:t>
        </w:r>
      </w:hyperlink>
    </w:p>
    <w:p>
      <w:pPr>
        <w:pStyle w:val="Übersicht"/>
        <w:ind w:left="340"/>
      </w:pPr>
      <w:hyperlink w:anchor="b17" w:history="1">
        <w:r>
          <w:rPr>
            <w:color w:val="0A3A8C"/>
            <w:u w:val="single"/>
          </w:rPr>
          <w:t xml:space="preserve">§ 15 Wählbarkeit</w:t>
        </w:r>
      </w:hyperlink>
    </w:p>
    <w:p>
      <w:pPr>
        <w:pStyle w:val="Übersicht"/>
        <w:ind w:left="0"/>
      </w:pPr>
      <w:hyperlink w:anchor="b18" w:history="1">
        <w:r>
          <w:rPr>
            <w:b/>
            <w:color w:val="0A3A8C"/>
            <w:u w:val="single"/>
          </w:rPr>
          <w:t xml:space="preserve">Vierter Abschnitt Vorbereitung der Wahl</w:t>
        </w:r>
      </w:hyperlink>
    </w:p>
    <w:p>
      <w:pPr>
        <w:pStyle w:val="Übersicht"/>
        <w:ind w:left="340"/>
      </w:pPr>
      <w:hyperlink w:anchor="b19" w:history="1">
        <w:r>
          <w:rPr>
            <w:color w:val="0A3A8C"/>
            <w:u w:val="single"/>
          </w:rPr>
          <w:t xml:space="preserve">§ 16 Wahltag</w:t>
        </w:r>
      </w:hyperlink>
    </w:p>
    <w:p>
      <w:pPr>
        <w:pStyle w:val="Übersicht"/>
        <w:ind w:left="340"/>
      </w:pPr>
      <w:hyperlink w:anchor="b20" w:history="1">
        <w:r>
          <w:rPr>
            <w:color w:val="0A3A8C"/>
            <w:u w:val="single"/>
          </w:rPr>
          <w:t xml:space="preserve">§ 17 Wählerverzeichnis und Wahlschein</w:t>
        </w:r>
      </w:hyperlink>
    </w:p>
    <w:p>
      <w:pPr>
        <w:pStyle w:val="Übersicht"/>
        <w:ind w:left="340"/>
      </w:pPr>
      <w:hyperlink w:anchor="b21" w:history="1">
        <w:r>
          <w:rPr>
            <w:color w:val="0A3A8C"/>
            <w:u w:val="single"/>
          </w:rPr>
          <w:t xml:space="preserve">§ 18 Wahlvorschlagsrecht, Beteiligungsanzeige</w:t>
        </w:r>
      </w:hyperlink>
    </w:p>
    <w:p>
      <w:pPr>
        <w:pStyle w:val="Übersicht"/>
        <w:ind w:left="340"/>
      </w:pPr>
      <w:hyperlink w:anchor="b22" w:history="1">
        <w:r>
          <w:rPr>
            <w:color w:val="0A3A8C"/>
            <w:u w:val="single"/>
          </w:rPr>
          <w:t xml:space="preserve">§ 19 Einreichung der Wahlvorschläge</w:t>
        </w:r>
      </w:hyperlink>
    </w:p>
    <w:p>
      <w:pPr>
        <w:pStyle w:val="Übersicht"/>
        <w:ind w:left="340"/>
      </w:pPr>
      <w:hyperlink w:anchor="b23" w:history="1">
        <w:r>
          <w:rPr>
            <w:color w:val="0A3A8C"/>
            <w:u w:val="single"/>
          </w:rPr>
          <w:t xml:space="preserve">§ 20 Inhalt und Form der Kreiswahlvorschläge</w:t>
        </w:r>
      </w:hyperlink>
    </w:p>
    <w:p>
      <w:pPr>
        <w:pStyle w:val="Übersicht"/>
        <w:ind w:left="340"/>
      </w:pPr>
      <w:hyperlink w:anchor="b24" w:history="1">
        <w:r>
          <w:rPr>
            <w:color w:val="0A3A8C"/>
            <w:u w:val="single"/>
          </w:rPr>
          <w:t xml:space="preserve">§ 21 Aufstellung von Parteibewerbern</w:t>
        </w:r>
      </w:hyperlink>
    </w:p>
    <w:p>
      <w:pPr>
        <w:pStyle w:val="Übersicht"/>
        <w:ind w:left="340"/>
      </w:pPr>
      <w:hyperlink w:anchor="b25" w:history="1">
        <w:r>
          <w:rPr>
            <w:color w:val="0A3A8C"/>
            <w:u w:val="single"/>
          </w:rPr>
          <w:t xml:space="preserve">§ 22 Vertrauensperson</w:t>
        </w:r>
      </w:hyperlink>
    </w:p>
    <w:p>
      <w:pPr>
        <w:pStyle w:val="Übersicht"/>
        <w:ind w:left="340"/>
      </w:pPr>
      <w:hyperlink w:anchor="b26" w:history="1">
        <w:r>
          <w:rPr>
            <w:color w:val="0A3A8C"/>
            <w:u w:val="single"/>
          </w:rPr>
          <w:t xml:space="preserve">§ 23 Zurücknahme von Kreiswahlvorschlägen</w:t>
        </w:r>
      </w:hyperlink>
    </w:p>
    <w:p>
      <w:pPr>
        <w:pStyle w:val="Übersicht"/>
        <w:ind w:left="340"/>
      </w:pPr>
      <w:hyperlink w:anchor="b27" w:history="1">
        <w:r>
          <w:rPr>
            <w:color w:val="0A3A8C"/>
            <w:u w:val="single"/>
          </w:rPr>
          <w:t xml:space="preserve">§ 24 Änderung von Kreiswahlvorschlägen</w:t>
        </w:r>
      </w:hyperlink>
    </w:p>
    <w:p>
      <w:pPr>
        <w:pStyle w:val="Übersicht"/>
        <w:ind w:left="340"/>
      </w:pPr>
      <w:hyperlink w:anchor="b28" w:history="1">
        <w:r>
          <w:rPr>
            <w:color w:val="0A3A8C"/>
            <w:u w:val="single"/>
          </w:rPr>
          <w:t xml:space="preserve">§ 25 Beseitigung von Mängeln</w:t>
        </w:r>
      </w:hyperlink>
    </w:p>
    <w:p>
      <w:pPr>
        <w:pStyle w:val="Übersicht"/>
        <w:ind w:left="340"/>
      </w:pPr>
      <w:hyperlink w:anchor="b29" w:history="1">
        <w:r>
          <w:rPr>
            <w:color w:val="0A3A8C"/>
            <w:u w:val="single"/>
          </w:rPr>
          <w:t xml:space="preserve">§ 26 Zulassung der Kreiswahlvorschläge</w:t>
        </w:r>
      </w:hyperlink>
    </w:p>
    <w:p>
      <w:pPr>
        <w:pStyle w:val="Übersicht"/>
        <w:ind w:left="340"/>
      </w:pPr>
      <w:hyperlink w:anchor="b30" w:history="1">
        <w:r>
          <w:rPr>
            <w:color w:val="0A3A8C"/>
            <w:u w:val="single"/>
          </w:rPr>
          <w:t xml:space="preserve">§ 27 Landeslisten</w:t>
        </w:r>
      </w:hyperlink>
    </w:p>
    <w:p>
      <w:pPr>
        <w:pStyle w:val="Übersicht"/>
        <w:ind w:left="340"/>
      </w:pPr>
      <w:hyperlink w:anchor="b31" w:history="1">
        <w:r>
          <w:rPr>
            <w:color w:val="0A3A8C"/>
            <w:u w:val="single"/>
          </w:rPr>
          <w:t xml:space="preserve">§ 28 Zulassung der Landeslisten</w:t>
        </w:r>
      </w:hyperlink>
    </w:p>
    <w:p>
      <w:pPr>
        <w:pStyle w:val="Übersicht"/>
        <w:ind w:left="340"/>
      </w:pPr>
      <w:hyperlink w:anchor="b32" w:history="1">
        <w:r>
          <w:rPr>
            <w:color w:val="0A3A8C"/>
            <w:u w:val="single"/>
          </w:rPr>
          <w:t xml:space="preserve">§ 29 (weggefallen)</w:t>
        </w:r>
      </w:hyperlink>
    </w:p>
    <w:p>
      <w:pPr>
        <w:pStyle w:val="Übersicht"/>
        <w:ind w:left="340"/>
      </w:pPr>
      <w:hyperlink w:anchor="b33" w:history="1">
        <w:r>
          <w:rPr>
            <w:color w:val="0A3A8C"/>
            <w:u w:val="single"/>
          </w:rPr>
          <w:t xml:space="preserve">§ 30 Stimmzettel</w:t>
        </w:r>
      </w:hyperlink>
    </w:p>
    <w:p>
      <w:pPr>
        <w:pStyle w:val="Übersicht"/>
        <w:ind w:left="0"/>
      </w:pPr>
      <w:hyperlink w:anchor="b34" w:history="1">
        <w:r>
          <w:rPr>
            <w:b/>
            <w:color w:val="0A3A8C"/>
            <w:u w:val="single"/>
          </w:rPr>
          <w:t xml:space="preserve">Fünfter Abschnitt Wahlhandlung</w:t>
        </w:r>
      </w:hyperlink>
    </w:p>
    <w:p>
      <w:pPr>
        <w:pStyle w:val="Übersicht"/>
        <w:ind w:left="340"/>
      </w:pPr>
      <w:hyperlink w:anchor="b35" w:history="1">
        <w:r>
          <w:rPr>
            <w:color w:val="0A3A8C"/>
            <w:u w:val="single"/>
          </w:rPr>
          <w:t xml:space="preserve">§ 31 Öffentlichkeit der Wahlhandlung</w:t>
        </w:r>
      </w:hyperlink>
    </w:p>
    <w:p>
      <w:pPr>
        <w:pStyle w:val="Übersicht"/>
        <w:ind w:left="340"/>
      </w:pPr>
      <w:hyperlink w:anchor="b36" w:history="1">
        <w:r>
          <w:rPr>
            <w:color w:val="0A3A8C"/>
            <w:u w:val="single"/>
          </w:rPr>
          <w:t xml:space="preserve">§ 32 Unzulässige Wahlpropaganda und Unterschriftensammlung, unzulässige
Veröffentlichung von Wählerbefragungen</w:t>
        </w:r>
      </w:hyperlink>
    </w:p>
    <w:p>
      <w:pPr>
        <w:pStyle w:val="Übersicht"/>
        <w:ind w:left="340"/>
      </w:pPr>
      <w:hyperlink w:anchor="b37" w:history="1">
        <w:r>
          <w:rPr>
            <w:color w:val="0A3A8C"/>
            <w:u w:val="single"/>
          </w:rPr>
          <w:t xml:space="preserve">§ 33 Wahrung des Wahlgeheimnisses</w:t>
        </w:r>
      </w:hyperlink>
    </w:p>
    <w:p>
      <w:pPr>
        <w:pStyle w:val="Übersicht"/>
        <w:ind w:left="340"/>
      </w:pPr>
      <w:hyperlink w:anchor="b38" w:history="1">
        <w:r>
          <w:rPr>
            <w:color w:val="0A3A8C"/>
            <w:u w:val="single"/>
          </w:rPr>
          <w:t xml:space="preserve">§ 34 Stimmabgabe mit Stimmzetteln</w:t>
        </w:r>
      </w:hyperlink>
    </w:p>
    <w:p>
      <w:pPr>
        <w:pStyle w:val="Übersicht"/>
        <w:ind w:left="340"/>
      </w:pPr>
      <w:hyperlink w:anchor="b39" w:history="1">
        <w:r>
          <w:rPr>
            <w:color w:val="0A3A8C"/>
            <w:u w:val="single"/>
          </w:rPr>
          <w:t xml:space="preserve">§ 35 Stimmabgabe mit Wahlgeräten</w:t>
        </w:r>
      </w:hyperlink>
    </w:p>
    <w:p>
      <w:pPr>
        <w:pStyle w:val="Übersicht"/>
        <w:ind w:left="340"/>
      </w:pPr>
      <w:hyperlink w:anchor="b40" w:history="1">
        <w:r>
          <w:rPr>
            <w:color w:val="0A3A8C"/>
            <w:u w:val="single"/>
          </w:rPr>
          <w:t xml:space="preserve">§ 36 Briefwahl</w:t>
        </w:r>
      </w:hyperlink>
    </w:p>
    <w:p>
      <w:pPr>
        <w:pStyle w:val="Übersicht"/>
        <w:ind w:left="0"/>
      </w:pPr>
      <w:hyperlink w:anchor="b41" w:history="1">
        <w:r>
          <w:rPr>
            <w:b/>
            <w:color w:val="0A3A8C"/>
            <w:u w:val="single"/>
          </w:rPr>
          <w:t xml:space="preserve">Sechster Abschnitt Feststellung des Wahlergebnisses</w:t>
        </w:r>
      </w:hyperlink>
    </w:p>
    <w:p>
      <w:pPr>
        <w:pStyle w:val="Übersicht"/>
        <w:ind w:left="340"/>
      </w:pPr>
      <w:hyperlink w:anchor="b42" w:history="1">
        <w:r>
          <w:rPr>
            <w:color w:val="0A3A8C"/>
            <w:u w:val="single"/>
          </w:rPr>
          <w:t xml:space="preserve">§ 37 Feststellung des Wahlergebnisses im Wahlbezirk</w:t>
        </w:r>
      </w:hyperlink>
    </w:p>
    <w:p>
      <w:pPr>
        <w:pStyle w:val="Übersicht"/>
        <w:ind w:left="340"/>
      </w:pPr>
      <w:hyperlink w:anchor="b43" w:history="1">
        <w:r>
          <w:rPr>
            <w:color w:val="0A3A8C"/>
            <w:u w:val="single"/>
          </w:rPr>
          <w:t xml:space="preserve">§ 38 Feststellung des Briefwahlergebnisses</w:t>
        </w:r>
      </w:hyperlink>
    </w:p>
    <w:p>
      <w:pPr>
        <w:pStyle w:val="Übersicht"/>
        <w:ind w:left="340"/>
      </w:pPr>
      <w:hyperlink w:anchor="b44" w:history="1">
        <w:r>
          <w:rPr>
            <w:color w:val="0A3A8C"/>
            <w:u w:val="single"/>
          </w:rPr>
          <w:t xml:space="preserve">§ 39 Ungültige Stimmen, Zurückweisung von Wahlbriefen, Auslegungsregeln</w:t>
        </w:r>
      </w:hyperlink>
    </w:p>
    <w:p>
      <w:pPr>
        <w:pStyle w:val="Übersicht"/>
        <w:ind w:left="340"/>
      </w:pPr>
      <w:hyperlink w:anchor="b45" w:history="1">
        <w:r>
          <w:rPr>
            <w:color w:val="0A3A8C"/>
            <w:u w:val="single"/>
          </w:rPr>
          <w:t xml:space="preserve">§ 40 Entscheidung des Wahlvorstandes</w:t>
        </w:r>
      </w:hyperlink>
    </w:p>
    <w:p>
      <w:pPr>
        <w:pStyle w:val="Übersicht"/>
        <w:ind w:left="340"/>
      </w:pPr>
      <w:hyperlink w:anchor="b46" w:history="1">
        <w:r>
          <w:rPr>
            <w:color w:val="0A3A8C"/>
            <w:u w:val="single"/>
          </w:rPr>
          <w:t xml:space="preserve">§ 41 Feststellung des Wahlergebnisses im Wahlkreis</w:t>
        </w:r>
      </w:hyperlink>
    </w:p>
    <w:p>
      <w:pPr>
        <w:pStyle w:val="Übersicht"/>
        <w:ind w:left="340"/>
      </w:pPr>
      <w:hyperlink w:anchor="b47" w:history="1">
        <w:r>
          <w:rPr>
            <w:color w:val="0A3A8C"/>
            <w:u w:val="single"/>
          </w:rPr>
          <w:t xml:space="preserve">§ 42 Feststellung des Ergebnisses der Landeslistenwahl</w:t>
        </w:r>
      </w:hyperlink>
    </w:p>
    <w:p>
      <w:pPr>
        <w:pStyle w:val="Übersicht"/>
        <w:ind w:left="0"/>
      </w:pPr>
      <w:hyperlink w:anchor="b48" w:history="1">
        <w:r>
          <w:rPr>
            <w:b/>
            <w:color w:val="0A3A8C"/>
            <w:u w:val="single"/>
          </w:rPr>
          <w:t xml:space="preserve">Siebenter Abschnitt Besondere Vorschriften für
Nachwahlen und Wiederholungswahlen</w:t>
        </w:r>
      </w:hyperlink>
    </w:p>
    <w:p>
      <w:pPr>
        <w:pStyle w:val="Übersicht"/>
        <w:ind w:left="340"/>
      </w:pPr>
      <w:hyperlink w:anchor="b49" w:history="1">
        <w:r>
          <w:rPr>
            <w:color w:val="0A3A8C"/>
            <w:u w:val="single"/>
          </w:rPr>
          <w:t xml:space="preserve">§ 43 Nachwahl</w:t>
        </w:r>
      </w:hyperlink>
    </w:p>
    <w:p>
      <w:pPr>
        <w:pStyle w:val="Übersicht"/>
        <w:ind w:left="340"/>
      </w:pPr>
      <w:hyperlink w:anchor="b50" w:history="1">
        <w:r>
          <w:rPr>
            <w:color w:val="0A3A8C"/>
            <w:u w:val="single"/>
          </w:rPr>
          <w:t xml:space="preserve">§ 44 Wiederholungswahl</w:t>
        </w:r>
      </w:hyperlink>
    </w:p>
    <w:p>
      <w:pPr>
        <w:pStyle w:val="Übersicht"/>
        <w:ind w:left="0"/>
      </w:pPr>
      <w:hyperlink w:anchor="b51" w:history="1">
        <w:r>
          <w:rPr>
            <w:b/>
            <w:color w:val="0A3A8C"/>
            <w:u w:val="single"/>
          </w:rPr>
          <w:t xml:space="preserve">Achter Abschnitt Erwerb und Verlust der Mitgliedschaft
im Deutschen Bundestag</w:t>
        </w:r>
      </w:hyperlink>
    </w:p>
    <w:p>
      <w:pPr>
        <w:pStyle w:val="Übersicht"/>
        <w:ind w:left="340"/>
      </w:pPr>
      <w:hyperlink w:anchor="b52" w:history="1">
        <w:r>
          <w:rPr>
            <w:color w:val="0A3A8C"/>
            <w:u w:val="single"/>
          </w:rPr>
          <w:t xml:space="preserve">§ 45 Erwerb der Mitgliedschaft im Deutschen Bundestag</w:t>
        </w:r>
      </w:hyperlink>
    </w:p>
    <w:p>
      <w:pPr>
        <w:pStyle w:val="Übersicht"/>
        <w:ind w:left="340"/>
      </w:pPr>
      <w:hyperlink w:anchor="b53" w:history="1">
        <w:r>
          <w:rPr>
            <w:color w:val="0A3A8C"/>
            <w:u w:val="single"/>
          </w:rPr>
          <w:t xml:space="preserve">§ 46 Verlust der Mitgliedschaft im Deutschen Bundestag</w:t>
        </w:r>
      </w:hyperlink>
    </w:p>
    <w:p>
      <w:pPr>
        <w:pStyle w:val="Übersicht"/>
        <w:ind w:left="340"/>
      </w:pPr>
      <w:hyperlink w:anchor="b54" w:history="1">
        <w:r>
          <w:rPr>
            <w:color w:val="0A3A8C"/>
            <w:u w:val="single"/>
          </w:rPr>
          <w:t xml:space="preserve">§ 47 Entscheidung über den Verlust der Mitgliedschaft</w:t>
        </w:r>
      </w:hyperlink>
    </w:p>
    <w:p>
      <w:pPr>
        <w:pStyle w:val="Übersicht"/>
        <w:ind w:left="340"/>
      </w:pPr>
      <w:hyperlink w:anchor="b55" w:history="1">
        <w:r>
          <w:rPr>
            <w:color w:val="0A3A8C"/>
            <w:u w:val="single"/>
          </w:rPr>
          <w:t xml:space="preserve">§ 48 Berufung von Nachfolgern</w:t>
        </w:r>
      </w:hyperlink>
    </w:p>
    <w:p>
      <w:pPr>
        <w:pStyle w:val="Übersicht"/>
        <w:ind w:left="0"/>
      </w:pPr>
      <w:hyperlink w:anchor="b56" w:history="1">
        <w:r>
          <w:rPr>
            <w:b/>
            <w:color w:val="0A3A8C"/>
            <w:u w:val="single"/>
          </w:rPr>
          <w:t xml:space="preserve">Neunter Abschnitt Schlußbestimmungen</w:t>
        </w:r>
      </w:hyperlink>
    </w:p>
    <w:p>
      <w:pPr>
        <w:pStyle w:val="Übersicht"/>
        <w:ind w:left="340"/>
      </w:pPr>
      <w:hyperlink w:anchor="b57" w:history="1">
        <w:r>
          <w:rPr>
            <w:color w:val="0A3A8C"/>
            <w:u w:val="single"/>
          </w:rPr>
          <w:t xml:space="preserve">§ 49 Anfechtung</w:t>
        </w:r>
      </w:hyperlink>
    </w:p>
    <w:p>
      <w:pPr>
        <w:pStyle w:val="Übersicht"/>
        <w:ind w:left="340"/>
      </w:pPr>
      <w:hyperlink w:anchor="b58" w:history="1">
        <w:r>
          <w:rPr>
            <w:color w:val="0A3A8C"/>
            <w:u w:val="single"/>
          </w:rPr>
          <w:t xml:space="preserve">§ 49a Ordnungswidrigkeiten</w:t>
        </w:r>
      </w:hyperlink>
    </w:p>
    <w:p>
      <w:pPr>
        <w:pStyle w:val="Übersicht"/>
        <w:ind w:left="340"/>
      </w:pPr>
      <w:hyperlink w:anchor="b59" w:history="1">
        <w:r>
          <w:rPr>
            <w:color w:val="0A3A8C"/>
            <w:u w:val="single"/>
          </w:rPr>
          <w:t xml:space="preserve">§ 49b Staatliche Mittel für andere Kreiswahlvorschläge</w:t>
        </w:r>
      </w:hyperlink>
    </w:p>
    <w:p>
      <w:pPr>
        <w:pStyle w:val="Übersicht"/>
        <w:ind w:left="340"/>
      </w:pPr>
      <w:hyperlink w:anchor="b60" w:history="1">
        <w:r>
          <w:rPr>
            <w:color w:val="0A3A8C"/>
            <w:u w:val="single"/>
          </w:rPr>
          <w:t xml:space="preserve">§ 50 Wahlkosten</w:t>
        </w:r>
      </w:hyperlink>
    </w:p>
    <w:p>
      <w:pPr>
        <w:pStyle w:val="Übersicht"/>
        <w:ind w:left="340"/>
      </w:pPr>
      <w:hyperlink w:anchor="b61" w:history="1">
        <w:r>
          <w:rPr>
            <w:color w:val="0A3A8C"/>
            <w:u w:val="single"/>
          </w:rPr>
          <w:t xml:space="preserve">§ 51 (weggefallen)</w:t>
        </w:r>
      </w:hyperlink>
    </w:p>
    <w:p>
      <w:pPr>
        <w:pStyle w:val="Übersicht"/>
        <w:ind w:left="340"/>
      </w:pPr>
      <w:hyperlink w:anchor="b62" w:history="1">
        <w:r>
          <w:rPr>
            <w:color w:val="0A3A8C"/>
            <w:u w:val="single"/>
          </w:rPr>
          <w:t xml:space="preserve">§ 52 Bundeswahlordnung</w:t>
        </w:r>
      </w:hyperlink>
    </w:p>
    <w:p>
      <w:pPr>
        <w:pStyle w:val="Übersicht"/>
        <w:ind w:left="340"/>
      </w:pPr>
      <w:hyperlink w:anchor="b63" w:history="1">
        <w:r>
          <w:rPr>
            <w:color w:val="0A3A8C"/>
            <w:u w:val="single"/>
          </w:rPr>
          <w:t xml:space="preserve">§ 53 Übergangsregelung</w:t>
        </w:r>
      </w:hyperlink>
    </w:p>
    <w:p>
      <w:pPr>
        <w:pStyle w:val="Übersicht"/>
        <w:ind w:left="340"/>
      </w:pPr>
      <w:hyperlink w:anchor="b64" w:history="1">
        <w:r>
          <w:rPr>
            <w:color w:val="0A3A8C"/>
            <w:u w:val="single"/>
          </w:rPr>
          <w:t xml:space="preserve">§ 54 Fristen, Termine und Form</w:t>
        </w:r>
      </w:hyperlink>
    </w:p>
    <w:p>
      <w:pPr>
        <w:pStyle w:val="Übersicht"/>
        <w:ind w:left="340"/>
      </w:pPr>
      <w:hyperlink w:anchor="b65" w:history="1">
        <w:r>
          <w:rPr>
            <w:color w:val="0A3A8C"/>
            <w:u w:val="single"/>
          </w:rPr>
          <w:t xml:space="preserve">§ 55 Reformkommission</w:t>
        </w:r>
      </w:hyperlink>
    </w:p>
    <w:p>
      <w:pPr>
        <w:pStyle w:val="Übersicht"/>
        <w:ind w:left="340"/>
      </w:pPr>
      <w:hyperlink w:anchor="b66" w:history="1">
        <w:r>
          <w:rPr>
            <w:color w:val="0A3A8C"/>
            <w:u w:val="single"/>
          </w:rPr>
          <w:t xml:space="preserve">Anlage 1 (zu § 50 Absatz 3 Satz 3)</w:t>
        </w:r>
      </w:hyperlink>
    </w:p>
    <w:p>
      <w:pPr>
        <w:pStyle w:val="Übersicht"/>
        <w:ind w:left="340"/>
      </w:pPr>
      <w:hyperlink w:anchor="b67" w:history="1">
        <w:r>
          <w:rPr>
            <w:color w:val="0A3A8C"/>
            <w:u w:val="single"/>
          </w:rPr>
          <w:t xml:space="preserve">Anlage 2 (zu § 2 Absatz 2)</w:t>
        </w:r>
      </w:hyperlink>
    </w:p>
    <w:p>
      <w:pPr>
        <w:pStyle w:val="Heading1"/>
      </w:pPr>
      <w:bookmarkStart w:id="1" w:name="b0"/>
      <w:r>
        <w:t>Erster Abschnitt Wahlsystem</w:t>
      </w:r>
      <w:bookmarkEnd w:id="1"/>
    </w:p>
    <w:p>
      <w:pPr>
        <w:pStyle w:val="Heading2"/>
      </w:pPr>
      <w:bookmarkStart w:id="2" w:name="b1"/>
      <w:r>
        <w:t>§ 1 Zusammensetzung des Deutschen Bundestages und Wahlrechtsgrundsätze</w:t>
      </w:r>
      <w:r>
        <w:t xml:space="preserve"> </w:t>
      </w:r>
      <w:r>
        <w:rPr>
          <w:rStyle w:val="Suchmarke"/>
        </w:rPr>
        <w:t>#1#</w:t>
      </w:r>
      <w:bookmarkEnd w:id="2"/>
    </w:p>
    <w:p>
      <w:r>
        <w:t xml:space="preserve">(1) </w:t>
      </w:r>
      <w:r>
        <w:rPr>
          <w:rStyle w:val="Satznummer"/>
        </w:rPr>
        <w:t>1</w:t>
      </w:r>
      <w:r>
        <w:t xml:space="preserve">Der Deutsche Bundestag besteht aus 630 Abgeordneten. </w:t>
      </w:r>
      <w:r>
        <w:rPr>
          <w:rStyle w:val="Satznummer"/>
        </w:rPr>
        <w:t>2</w:t>
      </w:r>
      <w:r>
        <w:t>Sie werden in allgemeiner, unmittelbarer, freier, gleicher und geheimer Wahl von den wahlberechtigten Deutschen gewählt.</w:t>
      </w:r>
    </w:p>
    <w:p>
      <w:r>
        <w:t xml:space="preserve">(2) </w:t>
      </w:r>
      <w:r>
        <w:rPr>
          <w:rStyle w:val="Satznummer"/>
        </w:rPr>
        <w:t>1</w:t>
      </w:r>
      <w:r>
        <w:t xml:space="preserve">Für die Wahl zum Deutschen Bundestag gelten die Grundsätze der Verhältniswahl. </w:t>
      </w:r>
      <w:r>
        <w:rPr>
          <w:rStyle w:val="Satznummer"/>
        </w:rPr>
        <w:t>2</w:t>
      </w:r>
      <w:r>
        <w:t>Jeder Wähler hat zwei Stimmen, eine Erststimme für die Wahl nach Kreiswahlvorschlägen und eine Zweitstimme für die Wahl nach Landeswahlvorschlägen, auf denen die zur Wahl zugelassenen Parteien ihre Bewerber benennen (Landeslisten).</w:t>
      </w:r>
    </w:p>
    <w:p>
      <w:r>
        <w:t xml:space="preserve">(3) </w:t>
      </w:r>
      <w:r>
        <w:rPr>
          <w:rStyle w:val="Satznummer"/>
        </w:rPr>
        <w:t>1</w:t>
      </w:r>
      <w:r>
        <w:t xml:space="preserve">Für die Vergabe der auf die Landeslisten entfallenden Sitze werden, vorbehaltlich der Regelungen des </w:t>
      </w:r>
      <w:hyperlink w:anchor="b6" w:history="1">
        <w:r>
          <w:rPr>
            <w:color w:val="0A3A8C"/>
            <w:u w:val="single"/>
          </w:rPr>
          <w:t xml:space="preserve">§ 6</w:t>
        </w:r>
      </w:hyperlink>
      <w:r>
        <w:t xml:space="preserve">, vorrangig Bewerber berücksichtigt, die in einer Wahl nach Kreiswahlvorschlägen in 299 Wahlkreisen ermittelt werden. </w:t>
      </w:r>
      <w:r>
        <w:rPr>
          <w:rStyle w:val="Satznummer"/>
        </w:rPr>
        <w:t>2</w:t>
      </w:r>
      <w:r>
        <w:t>Jede Partei erhält in jedem Land für diejenigen ihrer Bewerber, die in den Wahlkreisen in diesem Land die meisten Erststimmen erhalten haben, die Sitzzahl, die von den auf die Partei entfallenden Zweitstimmen gedeckt ist (Zweitstimmendeckung).</w:t>
      </w:r>
    </w:p>
    <w:p>
      <w:r>
        <w:t>(4) Die Wahl in den Wahlkreisen steht Bewerbern, die nicht von einer Partei vorgeschlagen werden, nach den sich aus diesem Gesetz ergebenden Anforderungen offen.</w:t>
      </w:r>
    </w:p>
    <w:p>
      <w:pPr>
        <w:pStyle w:val="Heading2"/>
      </w:pPr>
      <w:bookmarkStart w:id="3" w:name="b2"/>
      <w:r>
        <w:t>§ 2 Gliederung des Wahlgebietes</w:t>
      </w:r>
      <w:r>
        <w:t xml:space="preserve"> </w:t>
      </w:r>
      <w:r>
        <w:rPr>
          <w:rStyle w:val="Suchmarke"/>
        </w:rPr>
        <w:t>#2#</w:t>
      </w:r>
      <w:bookmarkEnd w:id="3"/>
    </w:p>
    <w:p>
      <w:r>
        <w:t>(1) Wahlgebiet ist das Gebiet der Bundesrepublik Deutschland.</w:t>
      </w:r>
    </w:p>
    <w:p>
      <w:r>
        <w:t>(2) Die Einteilung des Wahlgebietes in Wahlkreise ergibt sich aus der Anlage 2 zu diesem Gesetz.</w:t>
      </w:r>
    </w:p>
    <w:p>
      <w:r>
        <w:t>(3) Jeder Wahlkreis wird für die Stimmabgabe in Wahlbezirke eingeteilt.</w:t>
      </w:r>
    </w:p>
    <w:p>
      <w:pPr>
        <w:pStyle w:val="Heading2"/>
      </w:pPr>
      <w:bookmarkStart w:id="4" w:name="b3"/>
      <w:r>
        <w:t>§ 3 Wahlkreiskommission und Wahlkreiseinteilung</w:t>
      </w:r>
      <w:r>
        <w:t xml:space="preserve"> </w:t>
      </w:r>
      <w:r>
        <w:rPr>
          <w:rStyle w:val="Suchmarke"/>
        </w:rPr>
        <w:t>#3#</w:t>
      </w:r>
      <w:bookmarkEnd w:id="4"/>
    </w:p>
    <w:p>
      <w:r>
        <w:t xml:space="preserve">(1) </w:t>
      </w:r>
      <w:r>
        <w:rPr>
          <w:rStyle w:val="Satznummer"/>
        </w:rPr>
        <w:t>1</w:t>
      </w:r>
      <w:r>
        <w:t>Bei der Wahlkreiseinteilung sind folgende Grundsätze zu beachten:</w:t>
      </w:r>
    </w:p>
    <w:p>
      <w:pPr>
        <w:tabs>
          <w:tab w:pos="567" w:val="left"/>
        </w:tabs>
        <w:ind w:left="567" w:hanging="567"/>
      </w:pPr>
      <w:r>
        <w:t>1.</w:t>
      </w:r>
      <w:r>
        <w:tab/>
      </w:r>
      <w:r>
        <w:t>die Ländergrenzen sind einzuhalten.</w:t>
      </w:r>
    </w:p>
    <w:p>
      <w:pPr>
        <w:tabs>
          <w:tab w:pos="567" w:val="left"/>
        </w:tabs>
        <w:ind w:left="567" w:hanging="567"/>
      </w:pPr>
      <w:r>
        <w:t>2.</w:t>
      </w:r>
      <w:r>
        <w:tab/>
      </w:r>
      <w:r>
        <w:t xml:space="preserve">Die Zahl der Wahlkreise in den einzelnen Ländern muß deren Bevölkerungsanteil soweit wie möglich entsprechen. </w:t>
      </w:r>
      <w:r>
        <w:rPr>
          <w:rStyle w:val="Satznummer"/>
        </w:rPr>
        <w:t>2</w:t>
      </w:r>
      <w:r>
        <w:t xml:space="preserve">Sie wird entsprechend </w:t>
      </w:r>
      <w:hyperlink w:anchor="b5" w:history="1">
        <w:r>
          <w:rPr>
            <w:color w:val="0A3A8C"/>
            <w:u w:val="single"/>
          </w:rPr>
          <w:t xml:space="preserve">§ 5</w:t>
        </w:r>
      </w:hyperlink>
      <w:r>
        <w:t xml:space="preserve"> ermittelt.</w:t>
      </w:r>
    </w:p>
    <w:p>
      <w:pPr>
        <w:tabs>
          <w:tab w:pos="567" w:val="left"/>
        </w:tabs>
        <w:ind w:left="567" w:hanging="567"/>
      </w:pPr>
      <w:r>
        <w:t>3.</w:t>
      </w:r>
      <w:r>
        <w:tab/>
      </w:r>
      <w:r>
        <w:t>Die Bevölkerungszahl eines Wahlkreises soll von der durchschnittlichen Bevölkerungszahl der Wahlkreise nicht um mehr als 10 vom Hundert nach oben oder unten abweichen; beträgt die Abweichung mehr als 15 vom Hundert, ist eine Neuabgrenzung vorzunehmen.</w:t>
      </w:r>
    </w:p>
    <w:p>
      <w:pPr>
        <w:tabs>
          <w:tab w:pos="567" w:val="left"/>
        </w:tabs>
        <w:ind w:left="567" w:hanging="567"/>
      </w:pPr>
      <w:r>
        <w:t>4.</w:t>
      </w:r>
      <w:r>
        <w:tab/>
      </w:r>
      <w:r>
        <w:t>Der Wahlkreis soll ein zusammenhängendes Gebiet bilden.</w:t>
      </w:r>
    </w:p>
    <w:p>
      <w:pPr>
        <w:tabs>
          <w:tab w:pos="567" w:val="left"/>
        </w:tabs>
        <w:ind w:left="567" w:hanging="567"/>
      </w:pPr>
      <w:r>
        <w:t>5.</w:t>
      </w:r>
      <w:r>
        <w:tab/>
      </w:r>
      <w:r>
        <w:t>Die Grenzen der Gemeinden, Kreise und kreisfreien Städte sollen nach Möglichkeit eingehalten werden.</w:t>
      </w:r>
    </w:p>
    <w:p>
      <w:r>
        <w:rPr>
          <w:rStyle w:val="Satznummer"/>
        </w:rPr>
        <w:t>2</w:t>
      </w:r>
      <w:r>
        <w:t>Bei Ermittlung der Bevölkerungszahlen bleiben Ausländer (§ 2 Abs. 1 des Aufenthaltsgesetzes) unberücksichtigt.</w:t>
      </w:r>
    </w:p>
    <w:p>
      <w:r>
        <w:t xml:space="preserve">(2) </w:t>
      </w:r>
      <w:r>
        <w:rPr>
          <w:rStyle w:val="Satznummer"/>
        </w:rPr>
        <w:t>1</w:t>
      </w:r>
      <w:r>
        <w:t xml:space="preserve">Der Bundespräsident ernennt eine ständige Wahlkreiskommission. </w:t>
      </w:r>
      <w:r>
        <w:rPr>
          <w:rStyle w:val="Satznummer"/>
        </w:rPr>
        <w:t>2</w:t>
      </w:r>
      <w:r>
        <w:t>Sie besteht aus dem Präsidenten des Statistischen Bundesamtes, einem Richter des Bundesverwaltungsgerichts und fünf weiteren Mitgliedern.</w:t>
      </w:r>
    </w:p>
    <w:p>
      <w:r>
        <w:t xml:space="preserve">(3) </w:t>
      </w:r>
      <w:r>
        <w:rPr>
          <w:rStyle w:val="Satznummer"/>
        </w:rPr>
        <w:t>1</w:t>
      </w:r>
      <w:r>
        <w:t xml:space="preserve">Die Wahlkreiskommission hat die Aufgabe, über Änderungen der Bevölkerungszahlen im Wahlgebiet zu berichten und darzulegen, ob und welche Änderungen der Wahlkreiseinteilung sie im Hinblick darauf für erforderlich hält. </w:t>
      </w:r>
      <w:r>
        <w:rPr>
          <w:rStyle w:val="Satznummer"/>
        </w:rPr>
        <w:t>2</w:t>
      </w:r>
      <w:r>
        <w:t xml:space="preserve">Sie kann in ihrem Bericht auch aus anderen Gründen Änderungsvorschläge machen. </w:t>
      </w:r>
      <w:r>
        <w:rPr>
          <w:rStyle w:val="Satznummer"/>
        </w:rPr>
        <w:t>3</w:t>
      </w:r>
      <w:r>
        <w:t>Bei ihren Vorschlägen zur Wahlkreiseinteilung hat sie die in Absatz 1 genannten Grundsätze zu beachten; ergeben sich nach der Berechnung in Absatz 1 Nr. 2 mehrere mögliche Wahlkreiszuteilungen, erarbeitet sie hierzu Vorschläge.</w:t>
      </w:r>
    </w:p>
    <w:p>
      <w:r>
        <w:t xml:space="preserve">(4) </w:t>
      </w:r>
      <w:r>
        <w:rPr>
          <w:rStyle w:val="Satznummer"/>
        </w:rPr>
        <w:t>1</w:t>
      </w:r>
      <w:r>
        <w:t xml:space="preserve">Der Bericht der Wahlkreiskommission ist dem Bundesministerium des Innern und für Heimat innerhalb von fünfzehn Monaten nach Beginn der Wahlperiode des Deutschen Bundestages zu erstatten. </w:t>
      </w:r>
      <w:r>
        <w:rPr>
          <w:rStyle w:val="Satznummer"/>
        </w:rPr>
        <w:t>2</w:t>
      </w:r>
      <w:r>
        <w:t xml:space="preserve">Das Bundesministerium des Innern und für Heimat leitet ihn unverzüglich dem Deutschen Bundestag zu und veröffentlicht einen Hinweis auf die Veröffentlichung als Bundestagsdrucksache im Bundesanzeiger. </w:t>
      </w:r>
      <w:r>
        <w:rPr>
          <w:rStyle w:val="Satznummer"/>
        </w:rPr>
        <w:t>3</w:t>
      </w:r>
      <w:r>
        <w:t>Auf Ersuchen des Bundesministeriums des Innern und für Heimat hat die Wahlkreiskommission einen ergänzenden Bericht zu erstatten; für diesen Fall gilt Satz 2 entsprechend.</w:t>
      </w:r>
    </w:p>
    <w:p>
      <w:r>
        <w:t xml:space="preserve">(5) </w:t>
      </w:r>
      <w:r>
        <w:rPr>
          <w:rStyle w:val="Satznummer"/>
        </w:rPr>
        <w:t>1</w:t>
      </w:r>
      <w:r>
        <w:t xml:space="preserve">Werden Landesgrenzen nach den gesetzlichen Vorschriften über das Verfahren bei sonstigen Änderungen des Gebietsbestandes der Länder nach Artikel 29 Abs. 7 des Grundgesetzes geändert, so ändern sich entsprechend auch die Grenzen der betroffenen Wahlkreise. </w:t>
      </w:r>
      <w:r>
        <w:rPr>
          <w:rStyle w:val="Satznummer"/>
        </w:rPr>
        <w:t>2</w:t>
      </w:r>
      <w:r>
        <w:t xml:space="preserve">Werden im aufnehmenden Land zwei oder mehrere Wahlkreise berührt oder wird eine Exklave eines Landes gebildet, so bestimmt sich die Wahlkreiszugehörigkeit des neuen Landesteiles nach der Wahlkreiszugehörigkeit der Gemeinde, des Gemeindebezirks oder des gemeindefreien Gebietes, denen er zugeschlagen wird. </w:t>
      </w:r>
      <w:r>
        <w:rPr>
          <w:rStyle w:val="Satznummer"/>
        </w:rPr>
        <w:t>3</w:t>
      </w:r>
      <w:r>
        <w:t>Änderungen von Landesgrenzen, die nach Ablauf des 32. Monats nach Beginn der Wahlperiode vorgenommen werden, wirken sich auf die Wahlkreiseinteilung erst in der nächsten Wahlperiode aus.</w:t>
      </w:r>
    </w:p>
    <w:p>
      <w:pPr>
        <w:pStyle w:val="Heading2"/>
      </w:pPr>
      <w:bookmarkStart w:id="5" w:name="b4"/>
      <w:r>
        <w:t>§ 4 Grundsätze der Verteilung der Sitze auf Parteien</w:t>
      </w:r>
      <w:r>
        <w:t xml:space="preserve"> </w:t>
      </w:r>
      <w:r>
        <w:rPr>
          <w:rStyle w:val="Suchmarke"/>
        </w:rPr>
        <w:t>#4#</w:t>
      </w:r>
      <w:bookmarkEnd w:id="5"/>
    </w:p>
    <w:p>
      <w:r>
        <w:t xml:space="preserve">(1) </w:t>
      </w:r>
      <w:r>
        <w:rPr>
          <w:rStyle w:val="Satznummer"/>
        </w:rPr>
        <w:t>1</w:t>
      </w:r>
      <w:r>
        <w:t>Die Gesamtzahl der Sitze (</w:t>
      </w:r>
      <w:hyperlink w:anchor="b1" w:history="1">
        <w:r>
          <w:rPr>
            <w:color w:val="0A3A8C"/>
            <w:u w:val="single"/>
          </w:rPr>
          <w:t xml:space="preserve">§ 1</w:t>
        </w:r>
      </w:hyperlink>
      <w:r>
        <w:t xml:space="preserve"> Absatz 1) wird nach den Grundsätzen der Verhältniswahl zunächst auf die Parteien in Bezug auf das ganze Wahlgebiet und dann auf die Landeslisten jeder Partei verteilt. </w:t>
      </w:r>
      <w:r>
        <w:rPr>
          <w:rStyle w:val="Satznummer"/>
        </w:rPr>
        <w:t>2</w:t>
      </w:r>
      <w:r>
        <w:t xml:space="preserve">Von der Gesamtzahl der Sitze wird die Zahl der nach </w:t>
      </w:r>
      <w:hyperlink w:anchor="b6" w:history="1">
        <w:r>
          <w:rPr>
            <w:color w:val="0A3A8C"/>
            <w:u w:val="single"/>
          </w:rPr>
          <w:t xml:space="preserve">§ 6</w:t>
        </w:r>
      </w:hyperlink>
      <w:r>
        <w:t xml:space="preserve"> Absatz 2 erfolgreichen Wahlkreisbewerber abgezogen.</w:t>
      </w:r>
    </w:p>
    <w:p>
      <w:r>
        <w:t xml:space="preserve">(2) </w:t>
      </w:r>
      <w:r>
        <w:rPr>
          <w:rStyle w:val="Satznummer"/>
        </w:rPr>
        <w:t>1</w:t>
      </w:r>
      <w:r>
        <w:t xml:space="preserve">Zwischen den Parteien werden die Sitze im Verhältnis der Zahl der Zweitstimmen, die im Wahlgebiet für die Landeslisten der Partei abgegeben wurden, nach </w:t>
      </w:r>
      <w:hyperlink w:anchor="b5" w:history="1">
        <w:r>
          <w:rPr>
            <w:color w:val="0A3A8C"/>
            <w:u w:val="single"/>
          </w:rPr>
          <w:t xml:space="preserve">§ 5</w:t>
        </w:r>
      </w:hyperlink>
      <w:r>
        <w:t xml:space="preserve"> verteilt (Oberverteilung). </w:t>
      </w:r>
      <w:r>
        <w:rPr>
          <w:rStyle w:val="Satznummer"/>
        </w:rPr>
        <w:t>2</w:t>
      </w:r>
      <w:r>
        <w:t>Nicht berücksichtigt werden dabei</w:t>
      </w:r>
    </w:p>
    <w:p>
      <w:pPr>
        <w:tabs>
          <w:tab w:pos="567" w:val="left"/>
        </w:tabs>
        <w:ind w:left="567" w:hanging="567"/>
      </w:pPr>
      <w:r>
        <w:t>1.</w:t>
      </w:r>
      <w:r>
        <w:tab/>
      </w:r>
      <w:r>
        <w:t xml:space="preserve">die Zweitstimmen derjenigen Wähler, die ihre Erststimme für einen Bewerber abgegeben haben, der gemäß </w:t>
      </w:r>
      <w:hyperlink w:anchor="b6" w:history="1">
        <w:r>
          <w:rPr>
            <w:color w:val="0A3A8C"/>
            <w:u w:val="single"/>
          </w:rPr>
          <w:t xml:space="preserve">§ 6</w:t>
        </w:r>
      </w:hyperlink>
      <w:r>
        <w:t xml:space="preserve"> Absatz 2 erfolgreich ist, und</w:t>
      </w:r>
    </w:p>
    <w:p>
      <w:pPr>
        <w:tabs>
          <w:tab w:pos="567" w:val="left"/>
        </w:tabs>
        <w:ind w:left="567" w:hanging="567"/>
      </w:pPr>
      <w:r>
        <w:t>2.</w:t>
      </w:r>
      <w:r>
        <w:tab/>
      </w:r>
      <w:r>
        <w:t>Parteien, die weniger als 5 Prozent der im Wahlgebiet abgegebenen gültigen Zweitstimmen erhalten haben.</w:t>
      </w:r>
    </w:p>
    <w:p>
      <w:r>
        <w:rPr>
          <w:rStyle w:val="Satznummer"/>
        </w:rPr>
        <w:t>3</w:t>
      </w:r>
      <w:r>
        <w:t>Satz 2 Nummer 2 findet keine Anwendung auf Listen, die von Parteien nationaler Minderheiten eingereicht wurden.</w:t>
      </w:r>
    </w:p>
    <w:p>
      <w:r>
        <w:t xml:space="preserve">(3) Für jede Partei werden die auf sie nach Absatz 2 entfallenden Sitze auf ihre Landeslisten im Verhältnis der Zahl der Zweitstimmen der Landeslisten nach </w:t>
      </w:r>
      <w:hyperlink w:anchor="b5" w:history="1">
        <w:r>
          <w:rPr>
            <w:color w:val="0A3A8C"/>
            <w:u w:val="single"/>
          </w:rPr>
          <w:t xml:space="preserve">§ 5</w:t>
        </w:r>
      </w:hyperlink>
      <w:r>
        <w:t xml:space="preserve"> verteilt (Unterverteilung).</w:t>
      </w:r>
    </w:p>
    <w:p>
      <w:r>
        <w:t xml:space="preserve">(4) </w:t>
      </w:r>
      <w:r>
        <w:rPr>
          <w:rStyle w:val="Satznummer"/>
        </w:rPr>
        <w:t>1</w:t>
      </w:r>
      <w:r>
        <w:t xml:space="preserve">Erhält bei der Verteilung der Sitze eine Partei, auf die mehr als die Hälfte der Gesamtzahl der Zweitstimmen aller zu berücksichtigenden Parteien entfallen ist, nicht mehr als die Hälfte der Sitze, werden ihr weitere Sitze zugeteilt, bis auf sie ein Sitz mehr als die Hälfte der Sitze entfällt. </w:t>
      </w:r>
      <w:r>
        <w:rPr>
          <w:rStyle w:val="Satznummer"/>
        </w:rPr>
        <w:t>2</w:t>
      </w:r>
      <w:r>
        <w:t>In einem solchen Fall erhöht sich die Gesamtzahl der Sitze (</w:t>
      </w:r>
      <w:hyperlink w:anchor="b1" w:history="1">
        <w:r>
          <w:rPr>
            <w:color w:val="0A3A8C"/>
            <w:u w:val="single"/>
          </w:rPr>
          <w:t xml:space="preserve">§ 1</w:t>
        </w:r>
      </w:hyperlink>
      <w:r>
        <w:t xml:space="preserve"> Absatz 1) um die Unterschiedszahl.</w:t>
      </w:r>
    </w:p>
    <w:p>
      <w:pPr>
        <w:pStyle w:val="Heading2"/>
      </w:pPr>
      <w:bookmarkStart w:id="6" w:name="b5"/>
      <w:r>
        <w:t>§ 5 Berechnung der Sitzverteilung</w:t>
      </w:r>
      <w:r>
        <w:t xml:space="preserve"> </w:t>
      </w:r>
      <w:r>
        <w:rPr>
          <w:rStyle w:val="Suchmarke"/>
        </w:rPr>
        <w:t>#5#</w:t>
      </w:r>
      <w:bookmarkEnd w:id="6"/>
    </w:p>
    <w:p>
      <w:r>
        <w:t xml:space="preserve">(1) </w:t>
      </w:r>
      <w:r>
        <w:rPr>
          <w:rStyle w:val="Satznummer"/>
        </w:rPr>
        <w:t>1</w:t>
      </w:r>
      <w:r>
        <w:t xml:space="preserve">Zur Ermittlung der Oberverteilung wird die Zahl der zu berücksichtigenden Zweitstimmen im Wahlgebiet durch den nach Absatz 2 zu bestimmenden Zuteilungsdivisor geteilt und das Teilungsergebnis gemäß Absatz 3 gerundet. </w:t>
      </w:r>
      <w:r>
        <w:rPr>
          <w:rStyle w:val="Satznummer"/>
        </w:rPr>
        <w:t>2</w:t>
      </w:r>
      <w:r>
        <w:t>Zur Ermittlung der Unterverteilung wird für jede Partei die Zahl der auf ihre Landeslisten jeweils entfallenden Zweitstimmen durch den nach Absatz 2 zu bestimmenden Zuteilungsdivisor geteilt und das Teilungsergebnis gemäß Absatz 3 gerundet.</w:t>
      </w:r>
    </w:p>
    <w:p>
      <w:r>
        <w:t xml:space="preserve">(2) </w:t>
      </w:r>
      <w:r>
        <w:rPr>
          <w:rStyle w:val="Satznummer"/>
        </w:rPr>
        <w:t>1</w:t>
      </w:r>
      <w:r>
        <w:t xml:space="preserve">Der Zuteilungsdivisor wird so bestimmt, dass alle verfügbaren Sitze verteilt werden. </w:t>
      </w:r>
      <w:r>
        <w:rPr>
          <w:rStyle w:val="Satznummer"/>
        </w:rPr>
        <w:t>2</w:t>
      </w:r>
      <w:r>
        <w:t xml:space="preserve">Zur Bestimmung des Zuteilungsdivisors wird die Summe der jeweils zugrunde liegenden Stimmenzahlen durch die Anzahl der verfügbaren Sitze geteilt. </w:t>
      </w:r>
      <w:r>
        <w:rPr>
          <w:rStyle w:val="Satznummer"/>
        </w:rPr>
        <w:t>3</w:t>
      </w:r>
      <w:r>
        <w:t>Werden mit diesem Zuteilungsdivisor insgesamt mehr Sitze vergeben als verfügbar sind, ist der Zuteilungsdivisor so heraufzusetzen, dass bei erneuter Zuteilung sich die Anzahl der verfügbaren Sitze ergibt; entfallen zu wenig Sitze auf die Parteien, ist der Zuteilungsdivisor entsprechend herunterzusetzen.</w:t>
      </w:r>
    </w:p>
    <w:p>
      <w:r>
        <w:t xml:space="preserve">(3) </w:t>
      </w:r>
      <w:r>
        <w:rPr>
          <w:rStyle w:val="Satznummer"/>
        </w:rPr>
        <w:t>1</w:t>
      </w:r>
      <w:r>
        <w:t xml:space="preserve">Die Teilungsergebnisse bei der Berechnung nach Absatz 1 werden gerundet, indem Zahlenbruchteile unter 0,5 zur darunterliegenden ganzen Zahl abgerundet und solche über 0,5 zur darüber liegenden ganzen Zahl aufgerundet werden. </w:t>
      </w:r>
      <w:r>
        <w:rPr>
          <w:rStyle w:val="Satznummer"/>
        </w:rPr>
        <w:t>2</w:t>
      </w:r>
      <w:r>
        <w:t>Zahlenbruchteile, die gleich 0,5 sind, werden so ab- oder aufgerundet, dass die Anzahl der verfügbaren Sitze eingehalten wird; ergeben sich dabei mehrere mögliche Sitzzuteilungen, so entscheidet das vom Bundeswahlleiter zu ziehende Los.</w:t>
      </w:r>
    </w:p>
    <w:p>
      <w:pPr>
        <w:pStyle w:val="Heading2"/>
      </w:pPr>
      <w:bookmarkStart w:id="7" w:name="b6"/>
      <w:r>
        <w:t>§ 6 Vergabe der Sitze an Bewerber</w:t>
      </w:r>
      <w:r>
        <w:t xml:space="preserve"> </w:t>
      </w:r>
      <w:r>
        <w:rPr>
          <w:rStyle w:val="Suchmarke"/>
        </w:rPr>
        <w:t>#6#</w:t>
      </w:r>
      <w:bookmarkEnd w:id="7"/>
    </w:p>
    <w:p>
      <w:r>
        <w:t xml:space="preserve">(1) </w:t>
      </w:r>
      <w:r>
        <w:rPr>
          <w:rStyle w:val="Satznummer"/>
        </w:rPr>
        <w:t>1</w:t>
      </w:r>
      <w:r>
        <w:t>Ein Wahlkreisbewerber einer Partei (</w:t>
      </w:r>
      <w:hyperlink w:anchor="b23" w:history="1">
        <w:r>
          <w:rPr>
            <w:color w:val="0A3A8C"/>
            <w:u w:val="single"/>
          </w:rPr>
          <w:t xml:space="preserve">§ 20</w:t>
        </w:r>
      </w:hyperlink>
      <w:r>
        <w:t xml:space="preserve"> Absatz 2) ist dann als Abgeordneter gewählt, wenn er die meisten Erststimmen auf sich vereinigt und im Verfahren der Zweitstimmendeckung (Satz 4) einen Sitz erhält. </w:t>
      </w:r>
      <w:r>
        <w:rPr>
          <w:rStyle w:val="Satznummer"/>
        </w:rPr>
        <w:t>2</w:t>
      </w:r>
      <w:r>
        <w:t xml:space="preserve">In jedem Land werden die Bewerber einer Partei, die in den Wahlkreisen die meisten Erststimmen erhalten haben, nach fallendem Erststimmenanteil gereiht. </w:t>
      </w:r>
      <w:r>
        <w:rPr>
          <w:rStyle w:val="Satznummer"/>
        </w:rPr>
        <w:t>3</w:t>
      </w:r>
      <w:r>
        <w:t xml:space="preserve">Der Erststimmenanteil ergibt sich aus der Teilung der Zahl der Erststimmen des Bewerbers durch die Gesamtzahl der gültigen Erststimmen in diesem Wahlkreis. </w:t>
      </w:r>
      <w:r>
        <w:rPr>
          <w:rStyle w:val="Satznummer"/>
        </w:rPr>
        <w:t>4</w:t>
      </w:r>
      <w:r>
        <w:t xml:space="preserve">Die nach </w:t>
      </w:r>
      <w:hyperlink w:anchor="b4" w:history="1">
        <w:r>
          <w:rPr>
            <w:color w:val="0A3A8C"/>
            <w:u w:val="single"/>
          </w:rPr>
          <w:t xml:space="preserve">§ 4</w:t>
        </w:r>
      </w:hyperlink>
      <w:r>
        <w:t xml:space="preserve"> Absatz 3 für die Landesliste einer Partei ermittelten Sitze werden in der nach Satz 2 gebildeten Reihenfolge an die Wahlkreisbewerber vergeben (Verfahren der Zweitstimmendeckung).</w:t>
      </w:r>
    </w:p>
    <w:p>
      <w:r>
        <w:t xml:space="preserve">(2) Ein Bewerber, der nach </w:t>
      </w:r>
      <w:hyperlink w:anchor="b23" w:history="1">
        <w:r>
          <w:rPr>
            <w:color w:val="0A3A8C"/>
            <w:u w:val="single"/>
          </w:rPr>
          <w:t xml:space="preserve">§ 20</w:t>
        </w:r>
      </w:hyperlink>
      <w:r>
        <w:t xml:space="preserve"> Absatz 3 vorgeschlagen ist, ist als Abgeordneter eines Wahlkreises dann gewählt, wenn er die meisten Erststimmen auf sich vereinigt.</w:t>
      </w:r>
    </w:p>
    <w:p>
      <w:r>
        <w:t xml:space="preserve">(3) </w:t>
      </w:r>
      <w:r>
        <w:rPr>
          <w:rStyle w:val="Satznummer"/>
        </w:rPr>
        <w:t>1</w:t>
      </w:r>
      <w:r>
        <w:t xml:space="preserve">Bei Stimmengleichheit und bei gleichen Erststimmenanteilen entscheidet das Los. </w:t>
      </w:r>
      <w:r>
        <w:rPr>
          <w:rStyle w:val="Satznummer"/>
        </w:rPr>
        <w:t>2</w:t>
      </w:r>
      <w:r>
        <w:t>Es ist zwischen Bewerbern in einem Wahlkreis (Absatz 1 Satz 1, Absatz 2) vom Kreiswahlleiter, zwischen Bewerbern im Verfahren der Zweitstimmendeckung (Absatz 1 Satz 4) vom Bundeswahlleiter zu ziehen.</w:t>
      </w:r>
    </w:p>
    <w:p>
      <w:r>
        <w:t xml:space="preserve">(4) </w:t>
      </w:r>
      <w:r>
        <w:rPr>
          <w:rStyle w:val="Satznummer"/>
        </w:rPr>
        <w:t>1</w:t>
      </w:r>
      <w:r>
        <w:t>Ein Listenbewerber ist dann als Abgeordneter gewählt, wenn er bei der Vergabe der Sitze der Landesliste (</w:t>
      </w:r>
      <w:hyperlink w:anchor="b4" w:history="1">
        <w:r>
          <w:rPr>
            <w:color w:val="0A3A8C"/>
            <w:u w:val="single"/>
          </w:rPr>
          <w:t xml:space="preserve">§ 4</w:t>
        </w:r>
      </w:hyperlink>
      <w:r>
        <w:t xml:space="preserve"> Absatz 3), die nach dem Verfahren der Zweitstimmendeckung verbleiben, einen Sitz erhält; die Vergabe erfolgt in der Reihenfolge der Landesliste. </w:t>
      </w:r>
      <w:r>
        <w:rPr>
          <w:rStyle w:val="Satznummer"/>
        </w:rPr>
        <w:t>2</w:t>
      </w:r>
      <w:r>
        <w:t xml:space="preserve">Bewerber, die nach Absatz 1 Satz 1 gewählt sind, bleiben auf der Landesliste unberücksichtigt. </w:t>
      </w:r>
      <w:r>
        <w:rPr>
          <w:rStyle w:val="Satznummer"/>
        </w:rPr>
        <w:t>3</w:t>
      </w:r>
      <w:r>
        <w:t>Entfallen auf eine Landesliste mehr Sitze als Bewerber benannt sind, so bleiben diese Sitze unbesetzt.</w:t>
      </w:r>
    </w:p>
    <w:p>
      <w:pPr>
        <w:pStyle w:val="Heading2"/>
      </w:pPr>
      <w:bookmarkStart w:id="8" w:name="b7"/>
      <w:r>
        <w:t>§ 7 (weggefallen)</w:t>
      </w:r>
      <w:r>
        <w:t xml:space="preserve"> </w:t>
      </w:r>
      <w:r>
        <w:rPr>
          <w:rStyle w:val="Suchmarke"/>
        </w:rPr>
        <w:t>#7#</w:t>
      </w:r>
      <w:bookmarkEnd w:id="8"/>
    </w:p>
    <w:p>
      <w:pPr>
        <w:pStyle w:val="Heading1"/>
      </w:pPr>
      <w:bookmarkStart w:id="9" w:name="b8"/>
      <w:r>
        <w:t>Zweiter Abschnitt Wahlorgane</w:t>
      </w:r>
      <w:bookmarkEnd w:id="9"/>
    </w:p>
    <w:p>
      <w:pPr>
        <w:pStyle w:val="Heading2"/>
      </w:pPr>
      <w:bookmarkStart w:id="10" w:name="b9"/>
      <w:r>
        <w:t>§ 8 Gliederung der Wahlorgane</w:t>
      </w:r>
      <w:r>
        <w:t xml:space="preserve"> </w:t>
      </w:r>
      <w:r>
        <w:rPr>
          <w:rStyle w:val="Suchmarke"/>
        </w:rPr>
        <w:t>#8#</w:t>
      </w:r>
      <w:bookmarkEnd w:id="10"/>
    </w:p>
    <w:p>
      <w:r>
        <w:t xml:space="preserve">(1) </w:t>
      </w:r>
      <w:r>
        <w:rPr>
          <w:rStyle w:val="Satznummer"/>
        </w:rPr>
        <w:t>1</w:t>
      </w:r>
      <w:r>
        <w:t>Wahlorgane sind</w:t>
      </w:r>
      <w:r>
        <w:br/>
      </w:r>
      <w:r>
        <w:t>der Bundeswahlleiter und der Bundeswahlausschuß für das Wahlgebiet,</w:t>
      </w:r>
      <w:r>
        <w:br/>
      </w:r>
      <w:r>
        <w:t>ein Landeswahlleiter und ein Landeswahlausschuß für jedes Land,</w:t>
      </w:r>
      <w:r>
        <w:br/>
      </w:r>
      <w:r>
        <w:t>ein Kreiswahlleiter und ein Kreiswahlausschuß für jeden Wahlkreis,</w:t>
      </w:r>
      <w:r>
        <w:br/>
      </w:r>
      <w:r>
        <w:t>ein Wahlvorsteher und ein Wahlvorstand für jeden Wahlbezirk und</w:t>
      </w:r>
      <w:r>
        <w:br/>
      </w:r>
      <w:r>
        <w:t>mindestens ein Wahlvorsteher und ein Wahlvorstand für jeden Wahlkreis zur Feststellung des Briefwahlergebnisses.</w:t>
      </w:r>
      <w:r>
        <w:br/>
      </w:r>
      <w:r>
        <w:rPr>
          <w:rStyle w:val="Satznummer"/>
        </w:rPr>
        <w:t>2</w:t>
      </w:r>
      <w:r>
        <w:t>Wieviel Briefwahlvorstände zu bilden sind, um das Ergebnis der Briefwahl noch am Wahltage feststellen zu können, bestimmt der Kreiswahlleiter.</w:t>
      </w:r>
    </w:p>
    <w:p>
      <w:r>
        <w:t>(2) Für mehrere benachbarte Wahlkreise kann ein gemeinsamer Kreiswahlleiter bestellt und ein gemeinsamer Kreiswahlausschuß gebildet werden; die Anordnung trifft der Landeswahlleiter.</w:t>
      </w:r>
    </w:p>
    <w:p>
      <w:r>
        <w:t>(3) Zur Feststellung des Briefwahlergebnisses können Wahlvorsteher und Wahlvorstände statt für jeden Wahlkreis für einzelne oder mehrere Gemeinden oder für einzelne Kreise innerhalb des Wahlkreises eingesetzt werden; die Anordnung trifft die Landesregierung oder die von ihr bestimmte Stelle.</w:t>
      </w:r>
    </w:p>
    <w:p>
      <w:pPr>
        <w:pStyle w:val="Heading2"/>
      </w:pPr>
      <w:bookmarkStart w:id="11" w:name="b10"/>
      <w:r>
        <w:t>§ 9 Bildung der Wahlorgane</w:t>
      </w:r>
      <w:r>
        <w:t xml:space="preserve"> </w:t>
      </w:r>
      <w:r>
        <w:rPr>
          <w:rStyle w:val="Suchmarke"/>
        </w:rPr>
        <w:t>#9#</w:t>
      </w:r>
      <w:bookmarkEnd w:id="11"/>
    </w:p>
    <w:p>
      <w:r>
        <w:t>(1) Der Bundeswahlleiter und sein Stellvertreter werden vom Bundesministerium des Innern und für Heimat, die Landeswahlleiter, Kreiswahlleiter und Wahlvorsteher sowie ihre Stellvertreter von der Landesregierung oder der von ihr bestimmten Stelle ernannt.</w:t>
      </w:r>
    </w:p>
    <w:p>
      <w:r>
        <w:t xml:space="preserve">(2) </w:t>
      </w:r>
      <w:r>
        <w:rPr>
          <w:rStyle w:val="Satznummer"/>
        </w:rPr>
        <w:t>1</w:t>
      </w:r>
      <w:r>
        <w:t xml:space="preserve">Der Bundeswahlausschuß besteht aus dem Bundeswahlleiter als Vorsitzendem sowie acht von ihm berufenen Wahlberechtigten als Beisitzern und zwei Richtern des Bundesverwaltungsgerichts. </w:t>
      </w:r>
      <w:r>
        <w:rPr>
          <w:rStyle w:val="Satznummer"/>
        </w:rPr>
        <w:t>2</w:t>
      </w:r>
      <w:r>
        <w:t xml:space="preserve">Die übrigen Wahlausschüsse bestehen aus dem Wahlleiter als Vorsitzendem und sechs von ihm berufenen Wahlberechtigten als Beisitzern; in die Landeswahlausschüsse sind zudem zwei Richter des Oberverwaltungsgerichts des Landes zu berufen. </w:t>
      </w:r>
      <w:r>
        <w:rPr>
          <w:rStyle w:val="Satznummer"/>
        </w:rPr>
        <w:t>3</w:t>
      </w:r>
      <w:r>
        <w:t xml:space="preserve">Die Wahlvorstände bestehen aus dem Wahlvorsteher als Vorsitzendem, seinem Stellvertreter und weiteren drei bis sieben vom Wahlvorsteher berufenen Wahlberechtigten als Beisitzern; die Landesregierung oder die von ihr bestimmte Stelle kann anordnen, daß die Beisitzer des Wahlvorstandes von der Gemeindebehörde und die Beisitzer des Wahlvorstandes zur Feststellung des Briefwahlergebnisses vom Kreiswahlleiter, im Falle einer Anordnung nach § 8 Abs. 3 von der Gemeindebehörde oder von der Kreisverwaltungsbehörde allein oder im Einvernehmen mit dem Wahlvorsteher berufen werden. </w:t>
      </w:r>
      <w:r>
        <w:rPr>
          <w:rStyle w:val="Satznummer"/>
        </w:rPr>
        <w:t>4</w:t>
      </w:r>
      <w:r>
        <w:t>Bei Berufung der Beisitzer sind die in dem jeweiligen Bezirk vertretenen Parteien nach Möglichkeit zu berücksichtigen.</w:t>
      </w:r>
    </w:p>
    <w:p>
      <w:r>
        <w:t xml:space="preserve">(3) </w:t>
      </w:r>
      <w:r>
        <w:rPr>
          <w:rStyle w:val="Satznummer"/>
        </w:rPr>
        <w:t>1</w:t>
      </w:r>
      <w:r>
        <w:t xml:space="preserve">Niemand darf in mehr als einem Wahlorgan Mitglied sein. </w:t>
      </w:r>
      <w:r>
        <w:rPr>
          <w:rStyle w:val="Satznummer"/>
        </w:rPr>
        <w:t>2</w:t>
      </w:r>
      <w:r>
        <w:t>Wahlbewerber, Vertrauenspersonen für Wahlvorschläge und stellvertretende Vertrauenspersonen dürfen nicht zu Mitgliedern eines Wahlorgans bestellt werden.</w:t>
      </w:r>
    </w:p>
    <w:p>
      <w:r>
        <w:t xml:space="preserve">(4) </w:t>
      </w:r>
      <w:r>
        <w:rPr>
          <w:rStyle w:val="Satznummer"/>
        </w:rPr>
        <w:t>1</w:t>
      </w:r>
      <w:r>
        <w:t xml:space="preserve">Die Gemeindebehörden sind befugt, personenbezogene Daten von Wahlberechtigten zum Zweck ihrer Berufung zu Mitgliedern von Wahlvorständen zu erheben und zu verarbeiten. </w:t>
      </w:r>
      <w:r>
        <w:rPr>
          <w:rStyle w:val="Satznummer"/>
        </w:rPr>
        <w:t>2</w:t>
      </w:r>
      <w:r>
        <w:t xml:space="preserve">Zu diesem Zweck dürfen personenbezogene Daten von Wahlberechtigten, die zur Tätigkeit in Wahlvorständen geeignet sind, auch für künftige Wahlen verarbeitet werden, sofern der Betroffene der Verarbeitung nicht widersprochen hat. </w:t>
      </w:r>
      <w:r>
        <w:rPr>
          <w:rStyle w:val="Satznummer"/>
        </w:rPr>
        <w:t>3</w:t>
      </w:r>
      <w:r>
        <w:t xml:space="preserve">Der Betroffene ist über das Widerspruchsrecht zu unterrichten. </w:t>
      </w:r>
      <w:r>
        <w:rPr>
          <w:rStyle w:val="Satznummer"/>
        </w:rPr>
        <w:t>4</w:t>
      </w:r>
      <w:r>
        <w:t>Im Einzelnen dürfen folgende Daten erhoben und verarbeitet werden: Name, Vorname, Geburtsdatum, Anschrift, Telefonnummern, Zahl der Berufungen zu einem Mitglied der Wahlvorstände und die dabei ausgeübte Funktion.</w:t>
      </w:r>
    </w:p>
    <w:p>
      <w:r>
        <w:t xml:space="preserve">(5) </w:t>
      </w:r>
      <w:r>
        <w:rPr>
          <w:rStyle w:val="Satznummer"/>
        </w:rPr>
        <w:t>1</w:t>
      </w:r>
      <w:r>
        <w:t xml:space="preserve">Auf Ersuchen der Gemeindebehörden sind zur Sicherstellung der Wahldurchführung die Behörden des Bundes, der bundesunmittelbaren Körperschaften, Anstalten und Stiftungen des öffentlichen Rechts, der Länder, der Gemeinden, der Gemeindeverbände sowie der sonstigen der Aufsicht des Landes unterstehenden juristischen Personen des öffentlichen Rechts verpflichtet, aus dem Kreis ihrer Bediensteten unter Angabe von Name, Vorname, Geburtsdatum und Anschrift zum Zweck der Berufung als Mitglieder der Wahlvorstände Personen zu benennen, die im Gebiet der ersuchenden Gemeinde wohnen. </w:t>
      </w:r>
      <w:r>
        <w:rPr>
          <w:rStyle w:val="Satznummer"/>
        </w:rPr>
        <w:t>2</w:t>
      </w:r>
      <w:r>
        <w:t>Die ersuchte Stelle hat den Betroffenen über die übermittelten Daten und den Empfänger zu benachrichtigen.</w:t>
      </w:r>
    </w:p>
    <w:p>
      <w:pPr>
        <w:pStyle w:val="Heading2"/>
      </w:pPr>
      <w:bookmarkStart w:id="12" w:name="b11"/>
      <w:r>
        <w:t>§ 10 Tätigkeit der Wahlausschüsse und Wahlvorstände</w:t>
      </w:r>
      <w:r>
        <w:t xml:space="preserve"> </w:t>
      </w:r>
      <w:r>
        <w:rPr>
          <w:rStyle w:val="Suchmarke"/>
        </w:rPr>
        <w:t>#10#</w:t>
      </w:r>
      <w:bookmarkEnd w:id="12"/>
    </w:p>
    <w:p>
      <w:r>
        <w:t xml:space="preserve">(1) </w:t>
      </w:r>
      <w:r>
        <w:rPr>
          <w:rStyle w:val="Satznummer"/>
        </w:rPr>
        <w:t>1</w:t>
      </w:r>
      <w:r>
        <w:t xml:space="preserve">Die Wahlausschüsse und Wahlvorstände verhandeln, beraten und entscheiden in öffentlicher Sitzung. </w:t>
      </w:r>
      <w:r>
        <w:rPr>
          <w:rStyle w:val="Satznummer"/>
        </w:rPr>
        <w:t>2</w:t>
      </w:r>
      <w:r>
        <w:t>Soweit nicht in diesem Gesetz etwas anderes bestimmt ist, entscheidet bei den Abstimmungen Stimmenmehrheit; bei Stimmengleichheit gibt die Stimme des Vorsitzenden den Ausschlag.</w:t>
      </w:r>
    </w:p>
    <w:p>
      <w:r>
        <w:t xml:space="preserve">(2) </w:t>
      </w:r>
      <w:r>
        <w:rPr>
          <w:rStyle w:val="Satznummer"/>
        </w:rPr>
        <w:t>1</w:t>
      </w:r>
      <w:r>
        <w:t xml:space="preserve">Die Mitglieder der Wahlorgane, ihre Stellvertreter und die Schriftführer sind zur unparteiischen Wahrnehmung ihres Amtes und zur Verschwiegenheit über die ihnen bei ihrer amtlichen Tätigkeit bekanntgewordenen Angelegenheiten verpflichtet. </w:t>
      </w:r>
      <w:r>
        <w:rPr>
          <w:rStyle w:val="Satznummer"/>
        </w:rPr>
        <w:t>2</w:t>
      </w:r>
      <w:r>
        <w:t>Sie dürfen in Ausübung ihres Amtes ihr Gesicht nicht verhüllen.</w:t>
      </w:r>
    </w:p>
    <w:p>
      <w:pPr>
        <w:pStyle w:val="Heading2"/>
      </w:pPr>
      <w:bookmarkStart w:id="13" w:name="b12"/>
      <w:r>
        <w:t>§ 11 Ehrenämter</w:t>
      </w:r>
      <w:r>
        <w:t xml:space="preserve"> </w:t>
      </w:r>
      <w:r>
        <w:rPr>
          <w:rStyle w:val="Suchmarke"/>
        </w:rPr>
        <w:t>#11#</w:t>
      </w:r>
      <w:bookmarkEnd w:id="13"/>
    </w:p>
    <w:p>
      <w:r>
        <w:t xml:space="preserve">(1) </w:t>
      </w:r>
      <w:r>
        <w:rPr>
          <w:rStyle w:val="Satznummer"/>
        </w:rPr>
        <w:t>1</w:t>
      </w:r>
      <w:r>
        <w:t xml:space="preserve">Die Beisitzer der Wahlausschüsse und die Mitglieder der Wahlvorstände üben ihre Tätigkeit ehrenamtlich aus. </w:t>
      </w:r>
      <w:r>
        <w:rPr>
          <w:rStyle w:val="Satznummer"/>
        </w:rPr>
        <w:t>2</w:t>
      </w:r>
      <w:r>
        <w:t xml:space="preserve">Zur Übernahme dieses Ehrenamtes ist jeder Wahlberechtigte verpflichtet. </w:t>
      </w:r>
      <w:r>
        <w:rPr>
          <w:rStyle w:val="Satznummer"/>
        </w:rPr>
        <w:t>3</w:t>
      </w:r>
      <w:r>
        <w:t>Das Ehrenamt darf nur aus wichtigen Gründen abgelehnt werden.</w:t>
      </w:r>
    </w:p>
    <w:p>
      <w:r>
        <w:t>(2) (weggefallen)</w:t>
      </w:r>
    </w:p>
    <w:p>
      <w:r>
        <w:t>(3) (weggefallen)</w:t>
      </w:r>
    </w:p>
    <w:p>
      <w:pPr>
        <w:pStyle w:val="Heading1"/>
      </w:pPr>
      <w:bookmarkStart w:id="14" w:name="b13"/>
      <w:r>
        <w:t>Dritter Abschnitt Wahlrecht und Wählbarkeit</w:t>
      </w:r>
      <w:bookmarkEnd w:id="14"/>
    </w:p>
    <w:p>
      <w:pPr>
        <w:pStyle w:val="Heading2"/>
      </w:pPr>
      <w:bookmarkStart w:id="15" w:name="b14"/>
      <w:r>
        <w:t>§ 12 Wahlrecht</w:t>
      </w:r>
      <w:r>
        <w:t xml:space="preserve"> </w:t>
      </w:r>
      <w:r>
        <w:rPr>
          <w:rStyle w:val="Suchmarke"/>
        </w:rPr>
        <w:t>#12#</w:t>
      </w:r>
      <w:bookmarkEnd w:id="15"/>
    </w:p>
    <w:p>
      <w:r>
        <w:t>(1) Wahlberechtigt sind alle Deutschen im Sinne des Artikels 116 Abs. 1 des Grundgesetzes, die am Wahltage</w:t>
      </w:r>
    </w:p>
    <w:p>
      <w:pPr>
        <w:tabs>
          <w:tab w:pos="567" w:val="left"/>
        </w:tabs>
        <w:ind w:left="567" w:hanging="567"/>
      </w:pPr>
      <w:r>
        <w:t>1.</w:t>
      </w:r>
      <w:r>
        <w:tab/>
      </w:r>
      <w:r>
        <w:t>das achtzehnte Lebensjahr vollendet haben,</w:t>
      </w:r>
    </w:p>
    <w:p>
      <w:pPr>
        <w:tabs>
          <w:tab w:pos="567" w:val="left"/>
        </w:tabs>
        <w:ind w:left="567" w:hanging="567"/>
      </w:pPr>
      <w:r>
        <w:t>2.</w:t>
      </w:r>
      <w:r>
        <w:tab/>
      </w:r>
      <w:r>
        <w:t>seit mindestens drei Monaten in der Bundesrepublik Deutschland eine Wohnung innehaben oder sich sonst gewöhnlich aufhalten,</w:t>
      </w:r>
    </w:p>
    <w:p>
      <w:pPr>
        <w:tabs>
          <w:tab w:pos="567" w:val="left"/>
        </w:tabs>
        <w:ind w:left="567" w:hanging="567"/>
      </w:pPr>
      <w:r>
        <w:t>3.</w:t>
      </w:r>
      <w:r>
        <w:tab/>
      </w:r>
      <w:r>
        <w:t>nicht nach § 13 vom Wahlrecht ausgeschlossen sind.</w:t>
      </w:r>
    </w:p>
    <w:p>
      <w:r>
        <w:t xml:space="preserve">(2) </w:t>
      </w:r>
      <w:r>
        <w:rPr>
          <w:rStyle w:val="Satznummer"/>
        </w:rPr>
        <w:t>1</w:t>
      </w:r>
      <w:r>
        <w:t>Wahlberechtigt sind bei Vorliegen der sonstigen Voraussetzungen auch diejenigen Deutschen im Sinne des Artikels 116 Absatz 1 des Grundgesetzes, die am Wahltag außerhalb der Bundesrepublik Deutschland leben, sofern sie</w:t>
      </w:r>
    </w:p>
    <w:p>
      <w:pPr>
        <w:tabs>
          <w:tab w:pos="567" w:val="left"/>
        </w:tabs>
        <w:ind w:left="567" w:hanging="567"/>
      </w:pPr>
      <w:r>
        <w:t>1.</w:t>
      </w:r>
      <w:r>
        <w:tab/>
      </w:r>
      <w:r>
        <w:t>nach Vollendung ihres vierzehnten Lebensjahres mindestens drei Monate ununterbrochen in der Bundesrepublik Deutschland eine Wohnung innegehabt oder sich sonst gewöhnlich aufgehalten haben und dieser Aufenthalt nicht länger als 25 Jahre zurückliegt oder</w:t>
      </w:r>
    </w:p>
    <w:p>
      <w:pPr>
        <w:tabs>
          <w:tab w:pos="567" w:val="left"/>
        </w:tabs>
        <w:ind w:left="567" w:hanging="567"/>
      </w:pPr>
      <w:r>
        <w:t>2.</w:t>
      </w:r>
      <w:r>
        <w:tab/>
      </w:r>
      <w:r>
        <w:t>aus anderen Gründen persönlich und unmittelbar Vertrautheit mit den politischen Verhältnissen in der Bundesrepublik Deutschland erworben haben und von ihnen betroffen sind.</w:t>
      </w:r>
    </w:p>
    <w:p>
      <w:r>
        <w:rPr>
          <w:rStyle w:val="Satznummer"/>
        </w:rPr>
        <w:t>2</w:t>
      </w:r>
      <w:r>
        <w:t xml:space="preserve">Als Wohnung oder gewöhnlicher Aufenthalt im Sinne von Satz 1 gilt auch eine frühere Wohnung oder ein früherer Aufenthalt in dem in Artikel 3 des Einigungsvertrages genannten Gebiet. </w:t>
      </w:r>
      <w:r>
        <w:rPr>
          <w:rStyle w:val="Satznummer"/>
        </w:rPr>
        <w:t>3</w:t>
      </w:r>
      <w:r>
        <w:t>Bei Rückkehr eines nach Satz 1 Wahlberechtigten in die Bundesrepublik Deutschland gilt die Dreimonatsfrist des Absatzes 1 Nr. 2 nicht.</w:t>
      </w:r>
    </w:p>
    <w:p>
      <w:r>
        <w:t xml:space="preserve">(3) </w:t>
      </w:r>
      <w:r>
        <w:rPr>
          <w:rStyle w:val="Satznummer"/>
        </w:rPr>
        <w:t>1</w:t>
      </w:r>
      <w:r>
        <w:t xml:space="preserve">Wohnung im Sinne des Gesetzes ist jeder umschlossene Raum, der zum Wohnen oder Schlafen benutzt wird. </w:t>
      </w:r>
      <w:r>
        <w:rPr>
          <w:rStyle w:val="Satznummer"/>
        </w:rPr>
        <w:t>2</w:t>
      </w:r>
      <w:r>
        <w:t>Wohnwagen und Wohnschiffe sind jedoch nur dann als Wohnungen anzusehen, wenn sie nicht oder nur gelegentlich fortbewegt werden.</w:t>
      </w:r>
    </w:p>
    <w:p>
      <w:r>
        <w:t>(4) Sofern sie in der Bundesrepublik Deutschland keine Wohnung innehaben oder innegehabt haben, gilt als Wohnung im Sinne des Absatzes 1 Nr. 2 oder des Absatzes 2 Satz 1</w:t>
      </w:r>
    </w:p>
    <w:p>
      <w:pPr>
        <w:tabs>
          <w:tab w:pos="567" w:val="left"/>
        </w:tabs>
        <w:ind w:left="567" w:hanging="567"/>
      </w:pPr>
      <w:r>
        <w:t>1.</w:t>
      </w:r>
      <w:r>
        <w:tab/>
      </w:r>
      <w:r>
        <w:t>(weggefallen)</w:t>
      </w:r>
    </w:p>
    <w:p>
      <w:pPr>
        <w:tabs>
          <w:tab w:pos="567" w:val="left"/>
        </w:tabs>
        <w:ind w:left="567" w:hanging="567"/>
      </w:pPr>
      <w:r>
        <w:t>2.</w:t>
      </w:r>
      <w:r>
        <w:tab/>
      </w:r>
      <w:r>
        <w:t>für Binnenschiffer sowie für die Angehörigen ihres Hausstandes das von ihnen bezogene Schiff, wenn dieses in einem Schiffsregister in der Bundesrepublik Deutschland eingetragen ist,</w:t>
      </w:r>
    </w:p>
    <w:p>
      <w:pPr>
        <w:tabs>
          <w:tab w:pos="567" w:val="left"/>
        </w:tabs>
        <w:ind w:left="567" w:hanging="567"/>
      </w:pPr>
      <w:r>
        <w:t>3.</w:t>
      </w:r>
      <w:r>
        <w:tab/>
      </w:r>
      <w:r>
        <w:t>für im Vollzug gerichtlich angeordneter Freiheitsentziehung befindliche Personen sowie für andere Untergebrachte die Anstalt oder die entsprechende Einrichtung.</w:t>
      </w:r>
    </w:p>
    <w:p>
      <w:r>
        <w:t>(5) Bei der Berechnung der Dreimonatsfrist nach Absatz 1 Nr. 2 und Absatz 2 Satz 1 ist der Tag der Wohnungs- oder Aufenthaltsnahme in die Frist einzubeziehen.</w:t>
      </w:r>
    </w:p>
    <w:p>
      <w:pPr>
        <w:pStyle w:val="Heading2"/>
      </w:pPr>
      <w:bookmarkStart w:id="16" w:name="b15"/>
      <w:r>
        <w:t>§ 13 Ausschluss vom Wahlrecht</w:t>
      </w:r>
      <w:r>
        <w:t xml:space="preserve"> </w:t>
      </w:r>
      <w:r>
        <w:rPr>
          <w:rStyle w:val="Suchmarke"/>
        </w:rPr>
        <w:t>#13#</w:t>
      </w:r>
      <w:bookmarkEnd w:id="16"/>
    </w:p>
    <w:p>
      <w:r>
        <w:t>Ausgeschlossen vom Wahlrecht ist, wer infolge Richterspruchs das Wahlrecht nicht besitzt.</w:t>
      </w:r>
    </w:p>
    <w:p>
      <w:pPr>
        <w:pStyle w:val="Heading2"/>
      </w:pPr>
      <w:bookmarkStart w:id="17" w:name="b16"/>
      <w:r>
        <w:t>§ 14 Ausübung des Wahlrechts</w:t>
      </w:r>
      <w:r>
        <w:t xml:space="preserve"> </w:t>
      </w:r>
      <w:r>
        <w:rPr>
          <w:rStyle w:val="Suchmarke"/>
        </w:rPr>
        <w:t>#14#</w:t>
      </w:r>
      <w:bookmarkEnd w:id="17"/>
    </w:p>
    <w:p>
      <w:r>
        <w:t>(1) Wählen kann nur, wer in ein Wählerverzeichnis eingetragen ist oder einen Wahlschein hat.</w:t>
      </w:r>
    </w:p>
    <w:p>
      <w:r>
        <w:t>(2) Wer im Wählerverzeichnis eingetragen ist, kann nur in dem Wahlbezirk wählen, in dessen Wählerverzeichnis er geführt wird.</w:t>
      </w:r>
    </w:p>
    <w:p>
      <w:r>
        <w:t>(3) Wer einen Wahlschein hat, kann an der Wahl des Wahlkreises, in dem der Wahlschein ausgestellt ist,</w:t>
      </w:r>
    </w:p>
    <w:p>
      <w:pPr>
        <w:tabs>
          <w:tab w:pos="567" w:val="left"/>
        </w:tabs>
        <w:ind w:left="567" w:hanging="567"/>
      </w:pPr>
      <w:r>
        <w:t>a)</w:t>
      </w:r>
      <w:r>
        <w:tab/>
      </w:r>
      <w:r>
        <w:t>durch Stimmabgabe in einem beliebigen Wahlbezirk dieses Wahlkreises oder</w:t>
      </w:r>
    </w:p>
    <w:p>
      <w:pPr>
        <w:tabs>
          <w:tab w:pos="567" w:val="left"/>
        </w:tabs>
        <w:ind w:left="567" w:hanging="567"/>
      </w:pPr>
      <w:r>
        <w:t>b)</w:t>
      </w:r>
      <w:r>
        <w:tab/>
      </w:r>
      <w:r>
        <w:t>durch Briefwahl</w:t>
      </w:r>
    </w:p>
    <w:p>
      <w:r>
        <w:t>teilnehmen.</w:t>
      </w:r>
    </w:p>
    <w:p>
      <w:r>
        <w:t xml:space="preserve">(4) </w:t>
      </w:r>
      <w:r>
        <w:rPr>
          <w:rStyle w:val="Satznummer"/>
        </w:rPr>
        <w:t>1</w:t>
      </w:r>
      <w:r>
        <w:t xml:space="preserve">Jeder Wahlberechtigte kann sein Wahlrecht nur einmal und nur persönlich ausüben. </w:t>
      </w:r>
      <w:r>
        <w:rPr>
          <w:rStyle w:val="Satznummer"/>
        </w:rPr>
        <w:t>2</w:t>
      </w:r>
      <w:r>
        <w:t>Eine Ausübung des Wahlrechts durch einen Vertreter anstelle des Wahlberechtigten ist unzulässig.</w:t>
      </w:r>
    </w:p>
    <w:p>
      <w:r>
        <w:t xml:space="preserve">(5) </w:t>
      </w:r>
      <w:r>
        <w:rPr>
          <w:rStyle w:val="Satznummer"/>
        </w:rPr>
        <w:t>1</w:t>
      </w:r>
      <w:r>
        <w:t xml:space="preserve">Ein Wahlberechtigter, der des Lesens unkundig oder wegen einer Behinderung an der Abgabe seiner Stimme gehindert ist, kann sich hierzu der Hilfe einer anderen Person bedienen. </w:t>
      </w:r>
      <w:r>
        <w:rPr>
          <w:rStyle w:val="Satznummer"/>
        </w:rPr>
        <w:t>2</w:t>
      </w:r>
      <w:r>
        <w:t xml:space="preserve">Die Hilfeleistung ist auf technische Hilfe bei der Kundgabe einer vom Wahlberechtigten selbst getroffenen und geäußerten Wahlentscheidung beschränkt. </w:t>
      </w:r>
      <w:r>
        <w:rPr>
          <w:rStyle w:val="Satznummer"/>
        </w:rPr>
        <w:t>3</w:t>
      </w:r>
      <w:r>
        <w:t>Unzulässig ist eine Hilfeleistung, die unter missbräuchlicher Einflussnahme erfolgt, die selbstbestimmte Willensbildung oder Entscheidung des Wahlberechtigten ersetzt oder verändert oder wenn ein Interessenkonflikt der Hilfsperson besteht.</w:t>
      </w:r>
    </w:p>
    <w:p>
      <w:pPr>
        <w:pStyle w:val="Heading2"/>
      </w:pPr>
      <w:bookmarkStart w:id="18" w:name="b17"/>
      <w:r>
        <w:t>§ 15 Wählbarkeit</w:t>
      </w:r>
      <w:r>
        <w:t xml:space="preserve"> </w:t>
      </w:r>
      <w:r>
        <w:rPr>
          <w:rStyle w:val="Suchmarke"/>
        </w:rPr>
        <w:t>#15#</w:t>
      </w:r>
      <w:bookmarkEnd w:id="18"/>
    </w:p>
    <w:p>
      <w:r>
        <w:t>(1) Wählbar ist, wer am Wahltage</w:t>
      </w:r>
    </w:p>
    <w:p>
      <w:pPr>
        <w:tabs>
          <w:tab w:pos="567" w:val="left"/>
        </w:tabs>
        <w:ind w:left="567" w:hanging="567"/>
      </w:pPr>
      <w:r>
        <w:t>1.</w:t>
      </w:r>
      <w:r>
        <w:tab/>
      </w:r>
      <w:r>
        <w:t>Deutscher im Sinne des Artikels 116 Abs. 1 des Grundgesetzes ist und</w:t>
      </w:r>
    </w:p>
    <w:p>
      <w:pPr>
        <w:tabs>
          <w:tab w:pos="567" w:val="left"/>
        </w:tabs>
        <w:ind w:left="567" w:hanging="567"/>
      </w:pPr>
      <w:r>
        <w:t>2.</w:t>
      </w:r>
      <w:r>
        <w:tab/>
      </w:r>
      <w:r>
        <w:t>das achtzehnte Lebensjahr vollendet hat.</w:t>
      </w:r>
    </w:p>
    <w:p>
      <w:r>
        <w:t>(2) Nicht wählbar ist,</w:t>
      </w:r>
    </w:p>
    <w:p>
      <w:pPr>
        <w:tabs>
          <w:tab w:pos="567" w:val="left"/>
        </w:tabs>
        <w:ind w:left="567" w:hanging="567"/>
      </w:pPr>
      <w:r>
        <w:t>1.</w:t>
      </w:r>
      <w:r>
        <w:tab/>
      </w:r>
      <w:r>
        <w:t>wer nach § 13 vom Wahlrecht ausgeschlossen ist oder</w:t>
      </w:r>
    </w:p>
    <w:p>
      <w:pPr>
        <w:tabs>
          <w:tab w:pos="567" w:val="left"/>
        </w:tabs>
        <w:ind w:left="567" w:hanging="567"/>
      </w:pPr>
      <w:r>
        <w:t>2.</w:t>
      </w:r>
      <w:r>
        <w:tab/>
      </w:r>
      <w:r>
        <w:t>wer infolge Richterspruchs die Wählbarkeit oder die Fähigkeit zur Bekleidung öffentlicher Ämter nicht besitzt.</w:t>
      </w:r>
    </w:p>
    <w:p>
      <w:pPr>
        <w:tabs>
          <w:tab w:pos="567" w:val="left"/>
        </w:tabs>
        <w:ind w:left="567" w:hanging="567"/>
      </w:pPr>
      <w:r>
        <w:t>3.</w:t>
      </w:r>
      <w:r>
        <w:tab/>
      </w:r>
      <w:r>
        <w:t>(weggefallen)</w:t>
      </w:r>
    </w:p>
    <w:p>
      <w:pPr>
        <w:pStyle w:val="Heading1"/>
      </w:pPr>
      <w:bookmarkStart w:id="19" w:name="b18"/>
      <w:r>
        <w:t>Vierter Abschnitt Vorbereitung der Wahl</w:t>
      </w:r>
      <w:bookmarkEnd w:id="19"/>
    </w:p>
    <w:p>
      <w:pPr>
        <w:pStyle w:val="Heading2"/>
      </w:pPr>
      <w:bookmarkStart w:id="20" w:name="b19"/>
      <w:r>
        <w:t>§ 16 Wahltag</w:t>
      </w:r>
      <w:r>
        <w:t xml:space="preserve"> </w:t>
      </w:r>
      <w:r>
        <w:rPr>
          <w:rStyle w:val="Suchmarke"/>
        </w:rPr>
        <w:t>#16#</w:t>
      </w:r>
      <w:bookmarkEnd w:id="20"/>
    </w:p>
    <w:p>
      <w:r>
        <w:rPr>
          <w:rStyle w:val="Satznummer"/>
        </w:rPr>
        <w:t>1</w:t>
      </w:r>
      <w:r>
        <w:t xml:space="preserve">Der Bundespräsident bestimmt den Tag der Hauptwahl (Wahltag). </w:t>
      </w:r>
      <w:r>
        <w:rPr>
          <w:rStyle w:val="Satznummer"/>
        </w:rPr>
        <w:t>2</w:t>
      </w:r>
      <w:r>
        <w:t>Wahltag muß ein Sonntag oder gesetzlicher Feiertag sein.</w:t>
      </w:r>
    </w:p>
    <w:p>
      <w:pPr>
        <w:pStyle w:val="Heading2"/>
      </w:pPr>
      <w:bookmarkStart w:id="21" w:name="b20"/>
      <w:r>
        <w:t>§ 17 Wählerverzeichnis und Wahlschein</w:t>
      </w:r>
      <w:r>
        <w:t xml:space="preserve"> </w:t>
      </w:r>
      <w:r>
        <w:rPr>
          <w:rStyle w:val="Suchmarke"/>
        </w:rPr>
        <w:t>#17#</w:t>
      </w:r>
      <w:bookmarkEnd w:id="21"/>
    </w:p>
    <w:p>
      <w:r>
        <w:t xml:space="preserve">(1) </w:t>
      </w:r>
      <w:r>
        <w:rPr>
          <w:rStyle w:val="Satznummer"/>
        </w:rPr>
        <w:t>1</w:t>
      </w:r>
      <w:r>
        <w:t xml:space="preserve">Die Gemeindebehörden führen für jeden Wahlbezirk ein Verzeichnis der Wahlberechtigten. </w:t>
      </w:r>
      <w:r>
        <w:rPr>
          <w:rStyle w:val="Satznummer"/>
        </w:rPr>
        <w:t>2</w:t>
      </w:r>
      <w:r>
        <w:t xml:space="preserve">Jeder Wahlberechtigte hat das Recht, an den Werktagen vom 20. bis zum 16. Tag vor der Wahl während der allgemeinen Öffnungszeiten die Richtigkeit oder Vollständigkeit der zu seiner Person im Wählerverzeichnis eingetragenen Daten zu überprüfen. </w:t>
      </w:r>
      <w:r>
        <w:rPr>
          <w:rStyle w:val="Satznummer"/>
        </w:rPr>
        <w:t>3</w:t>
      </w:r>
      <w:r>
        <w:t xml:space="preserve">Zur Überprüfung der Richtigkeit oder Vollständigkeit der Daten von anderen im Wählerverzeichnis eingetragenen Personen haben Wahlberechtigte während des in Satz 2 genannten Zeitraumes nur dann ein Recht auf Einsicht in das Wählerverzeichnis, wenn sie Tatsachen glaubhaft machen, aus denen sich eine Unrichtigkeit oder Unvollständigkeit des Wählerverzeichnisses ergeben kann. </w:t>
      </w:r>
      <w:r>
        <w:rPr>
          <w:rStyle w:val="Satznummer"/>
        </w:rPr>
        <w:t>4</w:t>
      </w:r>
      <w:r>
        <w:t>Das Recht zur Überprüfung gemäß Satz 3 besteht nicht hinsichtlich der Daten von Wahlberechtigten, für die im Melderegister ein Sperrvermerk gemäß § 51 Absatz 1 des Bundesmeldegesetzes eingetragen ist.</w:t>
      </w:r>
    </w:p>
    <w:p>
      <w:r>
        <w:t>(2) Ein Wahlberechtigter, der im Wählerverzeichnis eingetragen ist, oder der aus einem von ihm nicht zu vertretenden Grund in das Wählerverzeichnis nicht aufgenommen worden ist, erhält auf Antrag einen Wahlschein.</w:t>
      </w:r>
    </w:p>
    <w:p>
      <w:pPr>
        <w:pStyle w:val="Heading2"/>
      </w:pPr>
      <w:bookmarkStart w:id="22" w:name="b21"/>
      <w:r>
        <w:t>§ 18 Wahlvorschlagsrecht, Beteiligungsanzeige</w:t>
      </w:r>
      <w:r>
        <w:t xml:space="preserve"> </w:t>
      </w:r>
      <w:r>
        <w:rPr>
          <w:rStyle w:val="Suchmarke"/>
        </w:rPr>
        <w:t>#18#</w:t>
      </w:r>
      <w:bookmarkEnd w:id="22"/>
    </w:p>
    <w:p>
      <w:r>
        <w:t xml:space="preserve">(1) Wahlvorschläge können von Parteien und von Wahlberechtigten nach Maßgabe des </w:t>
      </w:r>
      <w:hyperlink w:anchor="b23" w:history="1">
        <w:r>
          <w:rPr>
            <w:color w:val="0A3A8C"/>
            <w:u w:val="single"/>
          </w:rPr>
          <w:t xml:space="preserve">§ 20</w:t>
        </w:r>
      </w:hyperlink>
      <w:r>
        <w:t xml:space="preserve"> eingereicht werden.</w:t>
      </w:r>
    </w:p>
    <w:p>
      <w:r>
        <w:t xml:space="preserve">(2) </w:t>
      </w:r>
      <w:r>
        <w:rPr>
          <w:rStyle w:val="Satznummer"/>
        </w:rPr>
        <w:t>1</w:t>
      </w:r>
      <w:r>
        <w:t xml:space="preserve">Parteien, die im Deutschen Bundestag oder einem Landtag seit deren letzter Wahl nicht auf Grund eigener Wahlvorschläge ununterbrochen mit mindestens fünf Abgeordneten vertreten waren, können als solche einen Wahlvorschlag nur einreichen, wenn sie spätestens am siebenundneunzigsten Tage vor der Wahl bis 18 Uhr dem Bundeswahlleiter ihre Beteiligung an der Wahl schriftlich angezeigt haben und der Bundeswahlausschuß ihre Parteieigenschaft festgestellt hat. </w:t>
      </w:r>
      <w:r>
        <w:rPr>
          <w:rStyle w:val="Satznummer"/>
        </w:rPr>
        <w:t>2</w:t>
      </w:r>
      <w:r>
        <w:t xml:space="preserve">In der Anzeige ist anzugeben, unter welchem Namen sich die Partei an der Wahl beteiligen will. </w:t>
      </w:r>
      <w:r>
        <w:rPr>
          <w:rStyle w:val="Satznummer"/>
        </w:rPr>
        <w:t>3</w:t>
      </w:r>
      <w:r>
        <w:t xml:space="preserve">Die Anzeige muß von mindestens drei Mitgliedern des Bundesvorstandes, darunter dem Vorsitzenden oder seinem Stellvertreter, persönlich und handschriftlich unterzeichnet sein. </w:t>
      </w:r>
      <w:r>
        <w:rPr>
          <w:rStyle w:val="Satznummer"/>
        </w:rPr>
        <w:t>4</w:t>
      </w:r>
      <w:r>
        <w:t xml:space="preserve">Hat eine Partei keinen Bundesvorstand, so tritt der Vorstand der jeweils obersten Parteiorganisation an die Stelle des Bundesvorstandes. </w:t>
      </w:r>
      <w:r>
        <w:rPr>
          <w:rStyle w:val="Satznummer"/>
        </w:rPr>
        <w:t>5</w:t>
      </w:r>
      <w:r>
        <w:t xml:space="preserve">Die schriftliche Satzung und das schriftliche Programm der Partei sowie ein Nachweis über die satzungsgemäße Bestellung des Vorstandes sind der Anzeige beizufügen. </w:t>
      </w:r>
      <w:r>
        <w:rPr>
          <w:rStyle w:val="Satznummer"/>
        </w:rPr>
        <w:t>6</w:t>
      </w:r>
      <w:r>
        <w:t>Der Anzeige sollen Nachweise über die Parteieigenschaft nach § 2 Absatz 1 Satz 1 des Parteiengesetzes beigefügt werden.</w:t>
      </w:r>
    </w:p>
    <w:p>
      <w:r>
        <w:t xml:space="preserve">(3) </w:t>
      </w:r>
      <w:r>
        <w:rPr>
          <w:rStyle w:val="Satznummer"/>
        </w:rPr>
        <w:t>1</w:t>
      </w:r>
      <w:r>
        <w:t xml:space="preserve">Der Bundeswahlleiter hat die Anzeige nach Absatz 2 unverzüglich nach Eingang zu prüfen. </w:t>
      </w:r>
      <w:r>
        <w:rPr>
          <w:rStyle w:val="Satznummer"/>
        </w:rPr>
        <w:t>2</w:t>
      </w:r>
      <w:r>
        <w:t xml:space="preserve">Stellt er Mängel fest, so benachrichtigt er sofort den Vorstand und fordert ihn auf, behebbare Mängel zu beseitigen. </w:t>
      </w:r>
      <w:r>
        <w:rPr>
          <w:rStyle w:val="Satznummer"/>
        </w:rPr>
        <w:t>3</w:t>
      </w:r>
      <w:r>
        <w:t xml:space="preserve">Nach Ablauf der Anzeigefrist können nur noch Mängel an sich gültiger Anzeigen behoben werden. </w:t>
      </w:r>
      <w:r>
        <w:rPr>
          <w:rStyle w:val="Satznummer"/>
        </w:rPr>
        <w:t>4</w:t>
      </w:r>
      <w:r>
        <w:t>Eine gültige Anzeige liegt nicht vor, wenn</w:t>
      </w:r>
    </w:p>
    <w:p>
      <w:pPr>
        <w:tabs>
          <w:tab w:pos="567" w:val="left"/>
        </w:tabs>
        <w:ind w:left="567" w:hanging="567"/>
      </w:pPr>
      <w:r>
        <w:t>1.</w:t>
      </w:r>
      <w:r>
        <w:tab/>
      </w:r>
      <w:r>
        <w:t>die Form oder Frist des Absatzes 2 nicht gewahrt ist,</w:t>
      </w:r>
    </w:p>
    <w:p>
      <w:pPr>
        <w:tabs>
          <w:tab w:pos="567" w:val="left"/>
        </w:tabs>
        <w:ind w:left="567" w:hanging="567"/>
      </w:pPr>
      <w:r>
        <w:t>2.</w:t>
      </w:r>
      <w:r>
        <w:tab/>
      </w:r>
      <w:r>
        <w:t>die Parteibezeichnung fehlt,</w:t>
      </w:r>
    </w:p>
    <w:p>
      <w:pPr>
        <w:tabs>
          <w:tab w:pos="567" w:val="left"/>
        </w:tabs>
        <w:ind w:left="567" w:hanging="567"/>
      </w:pPr>
      <w:r>
        <w:t>3.</w:t>
      </w:r>
      <w:r>
        <w:tab/>
      </w:r>
      <w:r>
        <w:t>die nach Absatz 2 erforderlichen gültigen Unterschriften und die der Anzeige beizufügenden Anlagen fehlen, es sei denn, diese Anlagen können infolge von Umständen, die die Partei nicht zu vertreten hat, nicht rechtzeitig vorgelegt werden,</w:t>
      </w:r>
    </w:p>
    <w:p>
      <w:pPr>
        <w:tabs>
          <w:tab w:pos="567" w:val="left"/>
        </w:tabs>
        <w:ind w:left="567" w:hanging="567"/>
      </w:pPr>
      <w:r>
        <w:t>4.</w:t>
      </w:r>
      <w:r>
        <w:tab/>
      </w:r>
      <w:r>
        <w:t>die Vorstandsmitglieder mangelhaft bezeichnet sind, so daß ihre Person nicht feststeht.</w:t>
      </w:r>
    </w:p>
    <w:p>
      <w:r>
        <w:rPr>
          <w:rStyle w:val="Satznummer"/>
        </w:rPr>
        <w:t>5</w:t>
      </w:r>
      <w:r>
        <w:t xml:space="preserve">Nach der Entscheidung über die Feststellung der Parteieigenschaft ist jede Mängelbeseitigung ausgeschlossen. </w:t>
      </w:r>
      <w:r>
        <w:rPr>
          <w:rStyle w:val="Satznummer"/>
        </w:rPr>
        <w:t>6</w:t>
      </w:r>
      <w:r>
        <w:t>Gegen Verfügungen des Bundeswahlleiters im Mängelbeseitigungsverfahren kann der Vorstand den Bundeswahlausschuß anrufen.</w:t>
      </w:r>
    </w:p>
    <w:p>
      <w:r>
        <w:t xml:space="preserve">(4) </w:t>
      </w:r>
      <w:r>
        <w:rPr>
          <w:rStyle w:val="Satznummer"/>
        </w:rPr>
        <w:t>1</w:t>
      </w:r>
      <w:r>
        <w:t>Der Bundeswahlausschuß stellt spätestens am neunundsiebzigsten Tage vor der Wahl für alle Wahlorgane verbindlich fest,</w:t>
      </w:r>
    </w:p>
    <w:p>
      <w:pPr>
        <w:tabs>
          <w:tab w:pos="567" w:val="left"/>
        </w:tabs>
        <w:ind w:left="567" w:hanging="567"/>
      </w:pPr>
      <w:r>
        <w:t>1.</w:t>
      </w:r>
      <w:r>
        <w:tab/>
      </w:r>
      <w:r>
        <w:t>welche Parteien im Deutschen Bundestag oder in einem Landtag seit deren letzter Wahl auf Grund eigener Wahlvorschläge ununterbrochen mit mindestens fünf Abgeordneten vertreten waren,</w:t>
      </w:r>
    </w:p>
    <w:p>
      <w:pPr>
        <w:tabs>
          <w:tab w:pos="567" w:val="left"/>
        </w:tabs>
        <w:ind w:left="567" w:hanging="567"/>
      </w:pPr>
      <w:r>
        <w:t>2.</w:t>
      </w:r>
      <w:r>
        <w:tab/>
      </w:r>
      <w:r>
        <w:t>welche Vereinigungen, die nach Absatz 2 ihre Beteiligung angezeigt haben, für die Wahl als Parteien anzuerkennen sind; für die Ablehnung der Anerkennung als Partei für die Wahl ist eine Zweidrittelmehrheit erforderlich.</w:t>
      </w:r>
    </w:p>
    <w:p>
      <w:r>
        <w:rPr>
          <w:rStyle w:val="Satznummer"/>
        </w:rPr>
        <w:t>2</w:t>
      </w:r>
      <w:r>
        <w:t xml:space="preserve">Die Feststellung ist vom Bundeswahlleiter in der Sitzung des Bundeswahlausschusses bekannt zu geben. </w:t>
      </w:r>
      <w:r>
        <w:rPr>
          <w:rStyle w:val="Satznummer"/>
        </w:rPr>
        <w:t>3</w:t>
      </w:r>
      <w:r>
        <w:t>Sie ist öffentlich bekannt zu machen.</w:t>
      </w:r>
    </w:p>
    <w:p>
      <w:r>
        <w:t xml:space="preserve">(4a) </w:t>
      </w:r>
      <w:r>
        <w:rPr>
          <w:rStyle w:val="Satznummer"/>
        </w:rPr>
        <w:t>1</w:t>
      </w:r>
      <w:r>
        <w:t xml:space="preserve">Gegen eine Feststellung nach Absatz 4, die sie an der Einreichung von Wahlvorschlägen hindert, kann eine Partei oder Vereinigung binnen vier Tagen nach Bekanntgabe Beschwerde zum Bundesverfassungsgericht erheben. </w:t>
      </w:r>
      <w:r>
        <w:rPr>
          <w:rStyle w:val="Satznummer"/>
        </w:rPr>
        <w:t>2</w:t>
      </w:r>
      <w:r>
        <w:t>In diesem Fall ist die Partei oder Vereinigung von den Wahlorganen bis zu einer Entscheidung des Bundesverfassungsgerichts, längstens bis zum Ablauf des neunundfünfzigsten Tages vor der Wahl wie eine wahlvorschlagsberechtigte Partei zu behandeln.</w:t>
      </w:r>
    </w:p>
    <w:p>
      <w:r>
        <w:t>(5) Eine Partei kann in jedem Wahlkreis nur einen Kreiswahlvorschlag und in jedem Land nur eine Landesliste einreichen.</w:t>
      </w:r>
    </w:p>
    <w:p>
      <w:pPr>
        <w:pStyle w:val="Heading2"/>
      </w:pPr>
      <w:bookmarkStart w:id="23" w:name="b22"/>
      <w:r>
        <w:t>§ 19 Einreichung der Wahlvorschläge</w:t>
      </w:r>
      <w:r>
        <w:t xml:space="preserve"> </w:t>
      </w:r>
      <w:r>
        <w:rPr>
          <w:rStyle w:val="Suchmarke"/>
        </w:rPr>
        <w:t>#19#</w:t>
      </w:r>
      <w:bookmarkEnd w:id="23"/>
    </w:p>
    <w:p>
      <w:r>
        <w:t>Kreiswahlvorschläge sind dem Kreiswahlleiter, Landeslisten dem Landeswahlleiter spätestens am neunundsechzigsten Tage vor der Wahl bis 18 Uhr schriftlich einzureichen.</w:t>
      </w:r>
    </w:p>
    <w:p>
      <w:pPr>
        <w:pStyle w:val="Heading2"/>
      </w:pPr>
      <w:bookmarkStart w:id="24" w:name="b23"/>
      <w:r>
        <w:t>§ 20 Inhalt und Form der Kreiswahlvorschläge</w:t>
      </w:r>
      <w:r>
        <w:t xml:space="preserve"> </w:t>
      </w:r>
      <w:r>
        <w:rPr>
          <w:rStyle w:val="Suchmarke"/>
        </w:rPr>
        <w:t>#20#</w:t>
      </w:r>
      <w:bookmarkEnd w:id="24"/>
    </w:p>
    <w:p>
      <w:r>
        <w:t xml:space="preserve">(1) </w:t>
      </w:r>
      <w:r>
        <w:rPr>
          <w:rStyle w:val="Satznummer"/>
        </w:rPr>
        <w:t>1</w:t>
      </w:r>
      <w:r>
        <w:t xml:space="preserve">Der Kreiswahlvorschlag darf nur den Namen eines Bewerbers enthalten. </w:t>
      </w:r>
      <w:r>
        <w:rPr>
          <w:rStyle w:val="Satznummer"/>
        </w:rPr>
        <w:t>2</w:t>
      </w:r>
      <w:r>
        <w:t xml:space="preserve">Jeder Bewerber kann nur in einem Wahlkreis und hier nur in einem Kreiswahlvorschlag benannt werden. </w:t>
      </w:r>
      <w:r>
        <w:rPr>
          <w:rStyle w:val="Satznummer"/>
        </w:rPr>
        <w:t>3</w:t>
      </w:r>
      <w:r>
        <w:t>Als Bewerber kann nur vorgeschlagen werden, wer seine Zustimmung dazu schriftlich erteilt hat; die Zustimmung ist unwiderruflich.</w:t>
      </w:r>
    </w:p>
    <w:p>
      <w:r>
        <w:t xml:space="preserve">(2) </w:t>
      </w:r>
      <w:r>
        <w:rPr>
          <w:rStyle w:val="Satznummer"/>
        </w:rPr>
        <w:t>1</w:t>
      </w:r>
      <w:r>
        <w:t xml:space="preserve">Kreiswahlvorschläge von Parteien müssen von dem Vorstand des Landesverbandes oder, wenn Landesverbände nicht bestehen, von den Vorständen der nächstniedrigen Gebietsverbände, in deren Bereich der Wahlkreis liegt, persönlich und handschriftlich unterzeichnet sein. </w:t>
      </w:r>
      <w:r>
        <w:rPr>
          <w:rStyle w:val="Satznummer"/>
        </w:rPr>
        <w:t>2</w:t>
      </w:r>
      <w:r>
        <w:t xml:space="preserve">Sie können nur dann zugelassen werden, wenn für die Partei in dem betreffenden Land eine Landesliste zugelassen wird. </w:t>
      </w:r>
      <w:r>
        <w:rPr>
          <w:rStyle w:val="Satznummer"/>
        </w:rPr>
        <w:t>3</w:t>
      </w:r>
      <w:r>
        <w:t xml:space="preserve">Kreiswahlvorschläge der in </w:t>
      </w:r>
      <w:hyperlink w:anchor="b21" w:history="1">
        <w:r>
          <w:rPr>
            <w:color w:val="0A3A8C"/>
            <w:u w:val="single"/>
          </w:rPr>
          <w:t xml:space="preserve">§ 18</w:t>
        </w:r>
      </w:hyperlink>
      <w:r>
        <w:t xml:space="preserve"> Abs. 2 genannten Parteien müssen außerdem von mindestens 200 Wahlberechtigten des Wahlkreises persönlich und handschriftlich unterzeichnet sein; die Wahlberechtigung muß im Zeitpunkt der Unterzeichnung gegeben sein und ist bei Einreichung des Kreiswahlvorschlages nachzuweisen. </w:t>
      </w:r>
      <w:r>
        <w:rPr>
          <w:rStyle w:val="Satznummer"/>
        </w:rPr>
        <w:t>4</w:t>
      </w:r>
      <w:r>
        <w:t>Das Erfordernis von 200 Unterschriften gilt nicht für Kreiswahlvorschläge von Parteien nationaler Minderheiten.</w:t>
      </w:r>
    </w:p>
    <w:p>
      <w:r>
        <w:t xml:space="preserve">(3) </w:t>
      </w:r>
      <w:r>
        <w:rPr>
          <w:rStyle w:val="Satznummer"/>
        </w:rPr>
        <w:t>1</w:t>
      </w:r>
      <w:r>
        <w:t xml:space="preserve">Andere Kreiswahlvorschläge müssen von mindestens 200 Wahlberechtigten des Wahlkreises persönlich und handschriftlich unterzeichnet sein. </w:t>
      </w:r>
      <w:r>
        <w:rPr>
          <w:rStyle w:val="Satznummer"/>
        </w:rPr>
        <w:t>2</w:t>
      </w:r>
      <w:r>
        <w:t>Absatz 2 Satz 3 zweiter Halbsatz gilt entsprechend.</w:t>
      </w:r>
    </w:p>
    <w:p>
      <w:r>
        <w:t>(4) Kreiswahlvorschläge von Parteien müssen den Namen der einreichenden Partei und, sofern sie eine Kurzbezeichnung verwendet, auch diese, andere Kreiswahlvorschläge ein Kennwort enthalten.</w:t>
      </w:r>
    </w:p>
    <w:p>
      <w:pPr>
        <w:pStyle w:val="Heading2"/>
      </w:pPr>
      <w:bookmarkStart w:id="25" w:name="b24"/>
      <w:r>
        <w:t>§ 21 Aufstellung von Parteibewerbern</w:t>
      </w:r>
      <w:r>
        <w:t xml:space="preserve"> </w:t>
      </w:r>
      <w:r>
        <w:rPr>
          <w:rStyle w:val="Suchmarke"/>
        </w:rPr>
        <w:t>#21#</w:t>
      </w:r>
      <w:bookmarkEnd w:id="25"/>
    </w:p>
    <w:p>
      <w:r>
        <w:t xml:space="preserve">(1) </w:t>
      </w:r>
      <w:r>
        <w:rPr>
          <w:rStyle w:val="Satznummer"/>
        </w:rPr>
        <w:t>1</w:t>
      </w:r>
      <w:r>
        <w:t xml:space="preserve">Als Bewerber einer Partei kann in einem Kreiswahlvorschlag nur benannt werden, wer nicht Mitglied einer anderen Partei ist und in einer Mitgliederversammlung zur Wahl eines Wahlkreisbewerbers oder in einer besonderen oder allgemeinen Vertreterversammlung hierzu gewählt worden ist. </w:t>
      </w:r>
      <w:r>
        <w:rPr>
          <w:rStyle w:val="Satznummer"/>
        </w:rPr>
        <w:t>2</w:t>
      </w:r>
      <w:r>
        <w:t xml:space="preserve">Mitgliederversammlung zur Wahl eines Wahlkreisbewerbers ist eine Versammlung der im Zeitpunkt ihres Zusammentritts im Wahlkreis zum Deutschen Bundestag wahlberechtigten Mitglieder der Partei. </w:t>
      </w:r>
      <w:r>
        <w:rPr>
          <w:rStyle w:val="Satznummer"/>
        </w:rPr>
        <w:t>3</w:t>
      </w:r>
      <w:r>
        <w:t xml:space="preserve">Besondere Vertreterversammlung ist eine Versammlung der von einer derartigen Mitgliederversammlung aus ihrer Mitte gewählten Vertreter. </w:t>
      </w:r>
      <w:r>
        <w:rPr>
          <w:rStyle w:val="Satznummer"/>
        </w:rPr>
        <w:t>4</w:t>
      </w:r>
      <w:r>
        <w:t>Allgemeine Vertreterversammlung ist eine nach der Satzung der Partei (§ 6 des Parteiengesetzes) allgemein für bevorstehende Wahlen von einer derartigen Mitgliederversammlung aus ihrer Mitte bestellte Versammlung.</w:t>
      </w:r>
    </w:p>
    <w:p>
      <w:r>
        <w:t>(2) In Kreisen und kreisfreien Städten, die mehrere Wahlkreise umfassen, können die Bewerber für diejenigen Wahlkreise, deren Gebiet die Grenze des Kreises oder der kreisfreien Stadt nicht durchschneidet, in einer gemeinsamen Mitglieder- oder Vertreterversammlung gewählt werden.</w:t>
      </w:r>
    </w:p>
    <w:p>
      <w:r>
        <w:t xml:space="preserve">(3) </w:t>
      </w:r>
      <w:r>
        <w:rPr>
          <w:rStyle w:val="Satznummer"/>
        </w:rPr>
        <w:t>1</w:t>
      </w:r>
      <w:r>
        <w:t xml:space="preserve">Die Bewerber und die Vertreter für die Vertreterversammlungen werden in geheimer Abstimmung gewählt. </w:t>
      </w:r>
      <w:r>
        <w:rPr>
          <w:rStyle w:val="Satznummer"/>
        </w:rPr>
        <w:t>2</w:t>
      </w:r>
      <w:r>
        <w:t xml:space="preserve">Jeder stimmberechtigte Teilnehmer der Versammlung ist hierbei vorschlagsberechtigt. </w:t>
      </w:r>
      <w:r>
        <w:rPr>
          <w:rStyle w:val="Satznummer"/>
        </w:rPr>
        <w:t>3</w:t>
      </w:r>
      <w:r>
        <w:t xml:space="preserve">Den Bewerbern ist Gelegenheit zu geben, sich und ihr Programm der Versammlung in angemessener Zeit vorzustellen. </w:t>
      </w:r>
      <w:r>
        <w:rPr>
          <w:rStyle w:val="Satznummer"/>
        </w:rPr>
        <w:t>4</w:t>
      </w:r>
      <w:r>
        <w:t>Die Wahlen dürfen frühestens 32 Monate, für die Vertreterversammlungen frühestens 29 Monate nach Beginn der Wahlperiode des Deutschen Bundestages stattfinden; dies gilt nicht, wenn die Wahlperiode vorzeitig endet.</w:t>
      </w:r>
    </w:p>
    <w:p>
      <w:r>
        <w:t xml:space="preserve">(4) </w:t>
      </w:r>
      <w:r>
        <w:rPr>
          <w:rStyle w:val="Satznummer"/>
        </w:rPr>
        <w:t>1</w:t>
      </w:r>
      <w:r>
        <w:t xml:space="preserve">Der Vorstand des Landesverbandes oder, wenn Landesverbände nicht bestehen, die Vorstände der nächstniedrigen Gebietsverbände, in deren Bereich der Wahlkreis liegt, oder eine andere in der Parteisatzung hierfür vorgesehene Stelle können gegen den Beschluß einer Mitglieder- oder Vertreterversammlung Einspruch erheben. </w:t>
      </w:r>
      <w:r>
        <w:rPr>
          <w:rStyle w:val="Satznummer"/>
        </w:rPr>
        <w:t>2</w:t>
      </w:r>
      <w:r>
        <w:t xml:space="preserve">Auf einen solchen Einspruch ist die Abstimmung zu wiederholen. </w:t>
      </w:r>
      <w:r>
        <w:rPr>
          <w:rStyle w:val="Satznummer"/>
        </w:rPr>
        <w:t>3</w:t>
      </w:r>
      <w:r>
        <w:t>Ihr Ergebnis ist endgültig.</w:t>
      </w:r>
    </w:p>
    <w:p>
      <w:r>
        <w:t>(5) Das Nähere über die Wahl der Vertreter für die Vertreterversammlung, über die Einberufung und Beschlußfähigkeit der Mitglieder- oder Vertreterversammlung sowie über das Verfahren für die Wahl des Bewerbers regeln die Parteien durch ihre Satzungen.</w:t>
      </w:r>
    </w:p>
    <w:p>
      <w:r>
        <w:t xml:space="preserve">(6) </w:t>
      </w:r>
      <w:r>
        <w:rPr>
          <w:rStyle w:val="Satznummer"/>
        </w:rPr>
        <w:t>1</w:t>
      </w:r>
      <w:r>
        <w:t xml:space="preserve">Eine Ausfertigung der Niederschrift über die Wahl des Bewerbers mit Angaben über Ort und Zeit der Versammlung, Form der Einladung, Zahl der erschienenen Mitglieder und Ergebnis der Abstimmung ist mit dem Kreiswahlvorschlag einzureichen. </w:t>
      </w:r>
      <w:r>
        <w:rPr>
          <w:rStyle w:val="Satznummer"/>
        </w:rPr>
        <w:t>2</w:t>
      </w:r>
      <w:r>
        <w:t xml:space="preserve">Hierbei haben der Leiter der Versammlung und zwei von dieser bestimmte Teilnehmer gegenüber dem Kreiswahlleiter an Eides Statt zu versichern, dass die Anforderungen gemäß Absatz 3 Satz 1 bis 3 beachtet worden sind. </w:t>
      </w:r>
      <w:r>
        <w:rPr>
          <w:rStyle w:val="Satznummer"/>
        </w:rPr>
        <w:t>3</w:t>
      </w:r>
      <w:r>
        <w:t>Der Kreiswahlleiter ist zur Abnahme einer solchen Versicherung an Eides Statt zuständig; er gilt als Behörde im Sinne des § 156 des Strafgesetzbuches.</w:t>
      </w:r>
    </w:p>
    <w:p>
      <w:pPr>
        <w:pStyle w:val="Heading2"/>
      </w:pPr>
      <w:bookmarkStart w:id="26" w:name="b25"/>
      <w:r>
        <w:t>§ 22 Vertrauensperson</w:t>
      </w:r>
      <w:r>
        <w:t xml:space="preserve"> </w:t>
      </w:r>
      <w:r>
        <w:rPr>
          <w:rStyle w:val="Suchmarke"/>
        </w:rPr>
        <w:t>#22#</w:t>
      </w:r>
      <w:bookmarkEnd w:id="26"/>
    </w:p>
    <w:p>
      <w:r>
        <w:t xml:space="preserve">(1) </w:t>
      </w:r>
      <w:r>
        <w:rPr>
          <w:rStyle w:val="Satznummer"/>
        </w:rPr>
        <w:t>1</w:t>
      </w:r>
      <w:r>
        <w:t xml:space="preserve">In jedem Kreiswahlvorschlag sollen eine Vertrauensperson und eine stellvertretende Vertrauensperson bezeichnet werden. </w:t>
      </w:r>
      <w:r>
        <w:rPr>
          <w:rStyle w:val="Satznummer"/>
        </w:rPr>
        <w:t>2</w:t>
      </w:r>
      <w:r>
        <w:t>Fehlt diese Bezeichnung, so gilt die Person, die als erste unterzeichnet hat, als Vertrauensperson, und diejenige, die als zweite unterzeichnet hat, als stellvertretende Vertrauensperson.</w:t>
      </w:r>
    </w:p>
    <w:p>
      <w:r>
        <w:t>(2) Soweit in diesem Gesetz nichts anderes bestimmt ist, sind nur die Vertrauensperson und die stellvertretende Vertrauensperson, jede für sich, berechtigt, verbindliche Erklärungen zum Kreiswahlvorschlag abzugeben und entgegenzunehmen.</w:t>
      </w:r>
    </w:p>
    <w:p>
      <w:r>
        <w:t>(3) Die Vertrauensperson und die stellvertretende Vertrauensperson können durch schriftliche Erklärung der Mehrheit der Unterzeichner des Kreiswahlvorschlages an den Kreiswahlleiter abberufen und durch andere ersetzt werden.</w:t>
      </w:r>
    </w:p>
    <w:p>
      <w:pPr>
        <w:pStyle w:val="Heading2"/>
      </w:pPr>
      <w:bookmarkStart w:id="27" w:name="b26"/>
      <w:r>
        <w:t>§ 23 Zurücknahme von Kreiswahlvorschlägen</w:t>
      </w:r>
      <w:r>
        <w:t xml:space="preserve"> </w:t>
      </w:r>
      <w:r>
        <w:rPr>
          <w:rStyle w:val="Suchmarke"/>
        </w:rPr>
        <w:t>#23#</w:t>
      </w:r>
      <w:bookmarkEnd w:id="27"/>
    </w:p>
    <w:p>
      <w:r>
        <w:rPr>
          <w:rStyle w:val="Satznummer"/>
        </w:rPr>
        <w:t>1</w:t>
      </w:r>
      <w:r>
        <w:t xml:space="preserve">Ein Kreiswahlvorschlag kann durch gemeinsame schriftliche Erklärung der Vertrauensperson und der stellvertretenden Vertrauensperson zurückgenommen werden, solange nicht über seine Zulassung entschieden ist. </w:t>
      </w:r>
      <w:r>
        <w:rPr>
          <w:rStyle w:val="Satznummer"/>
        </w:rPr>
        <w:t>2</w:t>
      </w:r>
      <w:r>
        <w:t>Ein von mindestens 200 Wahlberechtigten unterzeichneter Kreiswahlvorschlag kann auch von der Mehrheit der Unterzeichner durch eine von ihnen persönlich und handschriftlich vollzogene Erklärung zurückgenommen werden.</w:t>
      </w:r>
    </w:p>
    <w:p>
      <w:pPr>
        <w:pStyle w:val="Heading2"/>
      </w:pPr>
      <w:bookmarkStart w:id="28" w:name="b27"/>
      <w:r>
        <w:t>§ 24 Änderung von Kreiswahlvorschlägen</w:t>
      </w:r>
      <w:r>
        <w:t xml:space="preserve"> </w:t>
      </w:r>
      <w:r>
        <w:rPr>
          <w:rStyle w:val="Suchmarke"/>
        </w:rPr>
        <w:t>#24#</w:t>
      </w:r>
      <w:bookmarkEnd w:id="28"/>
    </w:p>
    <w:p>
      <w:r>
        <w:rPr>
          <w:rStyle w:val="Satznummer"/>
        </w:rPr>
        <w:t>1</w:t>
      </w:r>
      <w:r>
        <w:t xml:space="preserve">Ein Kreiswahlvorschlag kann nach Ablauf der Einreichungsfrist nur durch gemeinsame schriftliche Erklärung der Vertrauensperson und der stellvertretenden Vertrauensperson und nur dann geändert werden, wenn der Bewerber stirbt oder die Wählbarkeit verliert. </w:t>
      </w:r>
      <w:r>
        <w:rPr>
          <w:rStyle w:val="Satznummer"/>
        </w:rPr>
        <w:t>2</w:t>
      </w:r>
      <w:r>
        <w:t xml:space="preserve">Das Verfahren nach </w:t>
      </w:r>
      <w:hyperlink w:anchor="b24" w:history="1">
        <w:r>
          <w:rPr>
            <w:color w:val="0A3A8C"/>
            <w:u w:val="single"/>
          </w:rPr>
          <w:t xml:space="preserve">§ 21</w:t>
        </w:r>
      </w:hyperlink>
      <w:r>
        <w:t xml:space="preserve"> braucht nicht eingehalten zu werden, der Unterschriften nach </w:t>
      </w:r>
      <w:hyperlink w:anchor="b23" w:history="1">
        <w:r>
          <w:rPr>
            <w:color w:val="0A3A8C"/>
            <w:u w:val="single"/>
          </w:rPr>
          <w:t xml:space="preserve">§ 20</w:t>
        </w:r>
      </w:hyperlink>
      <w:r>
        <w:t xml:space="preserve"> Abs. 2 und 3 bedarf es nicht. </w:t>
      </w:r>
      <w:r>
        <w:rPr>
          <w:rStyle w:val="Satznummer"/>
        </w:rPr>
        <w:t>3</w:t>
      </w:r>
      <w:r>
        <w:t>Nach der Entscheidung über die Zulassung eines Kreiswahlvorschlages (</w:t>
      </w:r>
      <w:hyperlink w:anchor="b29" w:history="1">
        <w:r>
          <w:rPr>
            <w:color w:val="0A3A8C"/>
            <w:u w:val="single"/>
          </w:rPr>
          <w:t xml:space="preserve">§ 26</w:t>
        </w:r>
      </w:hyperlink>
      <w:r>
        <w:t xml:space="preserve"> Abs. 1 Satz 1) ist jede Änderung ausgeschlossen.</w:t>
      </w:r>
    </w:p>
    <w:p>
      <w:pPr>
        <w:pStyle w:val="Heading2"/>
      </w:pPr>
      <w:bookmarkStart w:id="29" w:name="b28"/>
      <w:r>
        <w:t>§ 25 Beseitigung von Mängeln</w:t>
      </w:r>
      <w:r>
        <w:t xml:space="preserve"> </w:t>
      </w:r>
      <w:r>
        <w:rPr>
          <w:rStyle w:val="Suchmarke"/>
        </w:rPr>
        <w:t>#25#</w:t>
      </w:r>
      <w:bookmarkEnd w:id="29"/>
    </w:p>
    <w:p>
      <w:r>
        <w:t xml:space="preserve">(1) </w:t>
      </w:r>
      <w:r>
        <w:rPr>
          <w:rStyle w:val="Satznummer"/>
        </w:rPr>
        <w:t>1</w:t>
      </w:r>
      <w:r>
        <w:t xml:space="preserve">Der Kreiswahlleiter hat die Kreiswahlvorschläge unverzüglich nach Eingang zu prüfen. </w:t>
      </w:r>
      <w:r>
        <w:rPr>
          <w:rStyle w:val="Satznummer"/>
        </w:rPr>
        <w:t>2</w:t>
      </w:r>
      <w:r>
        <w:t>Stellt er bei einem Kreiswahlvorschlag Mängel fest, so benachrichtigt er sofort die Vertrauensperson und fordert sie auf, behebbare Mängel rechtzeitig zu beseitigen.</w:t>
      </w:r>
    </w:p>
    <w:p>
      <w:r>
        <w:t xml:space="preserve">(2) </w:t>
      </w:r>
      <w:r>
        <w:rPr>
          <w:rStyle w:val="Satznummer"/>
        </w:rPr>
        <w:t>1</w:t>
      </w:r>
      <w:r>
        <w:t xml:space="preserve">Nach Ablauf der Einreichungsfrist können nur noch Mängel an sich gültiger Wahlvorschläge behoben werden. </w:t>
      </w:r>
      <w:r>
        <w:rPr>
          <w:rStyle w:val="Satznummer"/>
        </w:rPr>
        <w:t>2</w:t>
      </w:r>
      <w:r>
        <w:t>Ein gültiger Wahlvorschlag liegt nicht vor, wenn</w:t>
      </w:r>
    </w:p>
    <w:p>
      <w:pPr>
        <w:tabs>
          <w:tab w:pos="567" w:val="left"/>
        </w:tabs>
        <w:ind w:left="567" w:hanging="567"/>
      </w:pPr>
      <w:r>
        <w:t>1.</w:t>
      </w:r>
      <w:r>
        <w:tab/>
      </w:r>
      <w:r>
        <w:t xml:space="preserve">die Form oder Frist des </w:t>
      </w:r>
      <w:hyperlink w:anchor="b22" w:history="1">
        <w:r>
          <w:rPr>
            <w:color w:val="0A3A8C"/>
            <w:u w:val="single"/>
          </w:rPr>
          <w:t xml:space="preserve">§ 19</w:t>
        </w:r>
      </w:hyperlink>
      <w:r>
        <w:t xml:space="preserve"> nicht gewahrt ist,</w:t>
      </w:r>
    </w:p>
    <w:p>
      <w:pPr>
        <w:tabs>
          <w:tab w:pos="567" w:val="left"/>
        </w:tabs>
        <w:ind w:left="567" w:hanging="567"/>
      </w:pPr>
      <w:r>
        <w:t>2.</w:t>
      </w:r>
      <w:r>
        <w:tab/>
      </w:r>
      <w:r>
        <w:t xml:space="preserve">die nach </w:t>
      </w:r>
      <w:hyperlink w:anchor="b23" w:history="1">
        <w:r>
          <w:rPr>
            <w:color w:val="0A3A8C"/>
            <w:u w:val="single"/>
          </w:rPr>
          <w:t xml:space="preserve">§ 20</w:t>
        </w:r>
      </w:hyperlink>
      <w:r>
        <w:t xml:space="preserve"> Absatz 2 Satz 1 und 3 sowie Absatz 3 erforderlichen gültigen Unterschriften mit dem Nachweis der Wahlberechtigung der Unterzeichner fehlen, es sei denn, der Nachweis kann infolge von Umständen, die der Wahlvorschlagsberechtigte nicht zu vertreten hat, nicht rechtzeitig erbracht werden,</w:t>
      </w:r>
    </w:p>
    <w:p>
      <w:pPr>
        <w:tabs>
          <w:tab w:pos="567" w:val="left"/>
        </w:tabs>
        <w:ind w:left="567" w:hanging="567"/>
      </w:pPr>
      <w:r>
        <w:t>3.</w:t>
      </w:r>
      <w:r>
        <w:tab/>
      </w:r>
      <w:r>
        <w:t xml:space="preserve">bei einem Parteiwahlvorschlag die Parteibezeichnung fehlt, die nach </w:t>
      </w:r>
      <w:hyperlink w:anchor="b21" w:history="1">
        <w:r>
          <w:rPr>
            <w:color w:val="0A3A8C"/>
            <w:u w:val="single"/>
          </w:rPr>
          <w:t xml:space="preserve">§ 18</w:t>
        </w:r>
      </w:hyperlink>
      <w:r>
        <w:t xml:space="preserve"> Abs. 2 erforderliche Feststellung der Parteieigenschaft abgelehnt ist oder die Nachweise des </w:t>
      </w:r>
      <w:hyperlink w:anchor="b24" w:history="1">
        <w:r>
          <w:rPr>
            <w:color w:val="0A3A8C"/>
            <w:u w:val="single"/>
          </w:rPr>
          <w:t xml:space="preserve">§ 21</w:t>
        </w:r>
      </w:hyperlink>
      <w:r>
        <w:t xml:space="preserve"> nicht erbracht sind,</w:t>
      </w:r>
    </w:p>
    <w:p>
      <w:pPr>
        <w:tabs>
          <w:tab w:pos="567" w:val="left"/>
        </w:tabs>
        <w:ind w:left="567" w:hanging="567"/>
      </w:pPr>
      <w:r>
        <w:t>4.</w:t>
      </w:r>
      <w:r>
        <w:tab/>
      </w:r>
      <w:r>
        <w:t>der Bewerber mangelhaft bezeichnet ist, so daß seine Person nicht feststeht, oder</w:t>
      </w:r>
    </w:p>
    <w:p>
      <w:pPr>
        <w:tabs>
          <w:tab w:pos="567" w:val="left"/>
        </w:tabs>
        <w:ind w:left="567" w:hanging="567"/>
      </w:pPr>
      <w:r>
        <w:t>5.</w:t>
      </w:r>
      <w:r>
        <w:tab/>
      </w:r>
      <w:r>
        <w:t>die Zustimmungserklärung des Bewerbers fehlt.</w:t>
      </w:r>
    </w:p>
    <w:p>
      <w:r>
        <w:t>(3) Nach der Entscheidung über die Zulassung eines Kreiswahlvorschlages (</w:t>
      </w:r>
      <w:hyperlink w:anchor="b29" w:history="1">
        <w:r>
          <w:rPr>
            <w:color w:val="0A3A8C"/>
            <w:u w:val="single"/>
          </w:rPr>
          <w:t xml:space="preserve">§ 26</w:t>
        </w:r>
      </w:hyperlink>
      <w:r>
        <w:t xml:space="preserve"> Abs. 1 Satz 1) ist jede Mängelbeseitigung ausgeschlossen.</w:t>
      </w:r>
    </w:p>
    <w:p>
      <w:r>
        <w:t>(4) Gegen Verfügungen des Kreiswahlleiters im Mängelbeseitigungsverfahren kann die Vertrauensperson den Kreiswahlausschuß anrufen.</w:t>
      </w:r>
    </w:p>
    <w:p>
      <w:pPr>
        <w:pStyle w:val="Heading2"/>
      </w:pPr>
      <w:bookmarkStart w:id="30" w:name="b29"/>
      <w:r>
        <w:t>§ 26 Zulassung der Kreiswahlvorschläge</w:t>
      </w:r>
      <w:r>
        <w:t xml:space="preserve"> </w:t>
      </w:r>
      <w:r>
        <w:rPr>
          <w:rStyle w:val="Suchmarke"/>
        </w:rPr>
        <w:t>#26#</w:t>
      </w:r>
      <w:bookmarkEnd w:id="30"/>
    </w:p>
    <w:p>
      <w:r>
        <w:t xml:space="preserve">(1) </w:t>
      </w:r>
      <w:r>
        <w:rPr>
          <w:rStyle w:val="Satznummer"/>
        </w:rPr>
        <w:t>1</w:t>
      </w:r>
      <w:r>
        <w:t xml:space="preserve">Der Kreiswahlausschuß entscheidet am achtundfünfzigsten Tage vor der Wahl über die Zulassung der Kreiswahlvorschläge. </w:t>
      </w:r>
      <w:r>
        <w:rPr>
          <w:rStyle w:val="Satznummer"/>
        </w:rPr>
        <w:t>2</w:t>
      </w:r>
      <w:r>
        <w:t>Er hat Kreiswahlvorschläge zurückzuweisen, wenn sie</w:t>
      </w:r>
    </w:p>
    <w:p>
      <w:pPr>
        <w:tabs>
          <w:tab w:pos="567" w:val="left"/>
        </w:tabs>
        <w:ind w:left="567" w:hanging="567"/>
      </w:pPr>
      <w:r>
        <w:t>1.</w:t>
      </w:r>
      <w:r>
        <w:tab/>
      </w:r>
      <w:r>
        <w:t>verspätet eingereicht sind oder</w:t>
      </w:r>
    </w:p>
    <w:p>
      <w:pPr>
        <w:tabs>
          <w:tab w:pos="567" w:val="left"/>
        </w:tabs>
        <w:ind w:left="567" w:hanging="567"/>
      </w:pPr>
      <w:r>
        <w:t>2.</w:t>
      </w:r>
      <w:r>
        <w:tab/>
      </w:r>
      <w:r>
        <w:t>den Anforderungen nicht entsprechen, die durch dieses Gesetz und die Bundeswahlordnung aufgestellt sind, es sei denn, daß in diesen Vorschriften etwas anderes bestimmt ist.</w:t>
      </w:r>
    </w:p>
    <w:p>
      <w:r>
        <w:rPr>
          <w:rStyle w:val="Satznummer"/>
        </w:rPr>
        <w:t>3</w:t>
      </w:r>
      <w:r>
        <w:t xml:space="preserve">Die Zulassung eines Kreiswahlvorschlags einer Partei erfolgt unter der Bedingung, dass die Landesliste der einreichenden Partei nach </w:t>
      </w:r>
      <w:hyperlink w:anchor="b31" w:history="1">
        <w:r>
          <w:rPr>
            <w:color w:val="0A3A8C"/>
            <w:u w:val="single"/>
          </w:rPr>
          <w:t xml:space="preserve">§ 28</w:t>
        </w:r>
      </w:hyperlink>
      <w:r>
        <w:t xml:space="preserve"> zugelassen wird. </w:t>
      </w:r>
      <w:r>
        <w:rPr>
          <w:rStyle w:val="Satznummer"/>
        </w:rPr>
        <w:t>4</w:t>
      </w:r>
      <w:r>
        <w:t>Die Entscheidung ist in der Sitzung des Kreiswahlausschusses bekanntzugeben.</w:t>
      </w:r>
    </w:p>
    <w:p>
      <w:r>
        <w:t xml:space="preserve">(2) </w:t>
      </w:r>
      <w:r>
        <w:rPr>
          <w:rStyle w:val="Satznummer"/>
        </w:rPr>
        <w:t>1</w:t>
      </w:r>
      <w:r>
        <w:t xml:space="preserve">Weist der Kreiswahlausschuß einen Kreiswahlvorschlag zurück, so kann binnen drei Tagen nach Bekanntgabe der Entscheidung Beschwerde an den Landeswahlausschuß eingelegt werden. </w:t>
      </w:r>
      <w:r>
        <w:rPr>
          <w:rStyle w:val="Satznummer"/>
        </w:rPr>
        <w:t>2</w:t>
      </w:r>
      <w:r>
        <w:t xml:space="preserve">Beschwerdeberechtigt sind die Vertrauensperson des Kreiswahlvorschlages, der Bundeswahlleiter und der Kreiswahlleiter. </w:t>
      </w:r>
      <w:r>
        <w:rPr>
          <w:rStyle w:val="Satznummer"/>
        </w:rPr>
        <w:t>3</w:t>
      </w:r>
      <w:r>
        <w:t xml:space="preserve">Der Bundeswahlleiter und der Kreiswahlleiter können auch gegen eine Entscheidung, durch die ein Kreiswahlvorschlag zugelassen wird, Beschwerde erheben. </w:t>
      </w:r>
      <w:r>
        <w:rPr>
          <w:rStyle w:val="Satznummer"/>
        </w:rPr>
        <w:t>4</w:t>
      </w:r>
      <w:r>
        <w:t xml:space="preserve">In der Beschwerdeverhandlung sind die erschienenen Beteiligten zu hören. </w:t>
      </w:r>
      <w:r>
        <w:rPr>
          <w:rStyle w:val="Satznummer"/>
        </w:rPr>
        <w:t>5</w:t>
      </w:r>
      <w:r>
        <w:t>Die Entscheidung über die Beschwerde muß spätestens am zweiundfünfzigsten Tage vor der Wahl getroffen werden.</w:t>
      </w:r>
    </w:p>
    <w:p>
      <w:r>
        <w:t xml:space="preserve">(3) </w:t>
      </w:r>
      <w:r>
        <w:rPr>
          <w:rStyle w:val="Satznummer"/>
        </w:rPr>
        <w:t>1</w:t>
      </w:r>
      <w:r>
        <w:t xml:space="preserve">Der Bedingungseintritt des Absatzes 1 Satz 3 wird durch den Kreiswahlleiter festgestellt. </w:t>
      </w:r>
      <w:r>
        <w:rPr>
          <w:rStyle w:val="Satznummer"/>
        </w:rPr>
        <w:t>2</w:t>
      </w:r>
      <w:r>
        <w:t>Der Kreiswahlleiter macht die zugelassenen Kreiswahlvorschläge spätestens am achtundvierzigsten Tage vor der Wahl öffentlich bekannt.</w:t>
      </w:r>
    </w:p>
    <w:p>
      <w:pPr>
        <w:pStyle w:val="Heading2"/>
      </w:pPr>
      <w:bookmarkStart w:id="31" w:name="b30"/>
      <w:r>
        <w:t>§ 27 Landeslisten</w:t>
      </w:r>
      <w:r>
        <w:t xml:space="preserve"> </w:t>
      </w:r>
      <w:r>
        <w:rPr>
          <w:rStyle w:val="Suchmarke"/>
        </w:rPr>
        <w:t>#27#</w:t>
      </w:r>
      <w:bookmarkEnd w:id="31"/>
    </w:p>
    <w:p>
      <w:r>
        <w:t xml:space="preserve">(1) </w:t>
      </w:r>
      <w:r>
        <w:rPr>
          <w:rStyle w:val="Satznummer"/>
        </w:rPr>
        <w:t>1</w:t>
      </w:r>
      <w:r>
        <w:t xml:space="preserve">Landeslisten können nur von Parteien eingereicht werden. </w:t>
      </w:r>
      <w:r>
        <w:rPr>
          <w:rStyle w:val="Satznummer"/>
        </w:rPr>
        <w:t>2</w:t>
      </w:r>
      <w:r>
        <w:t xml:space="preserve">Sie müssen von dem Vorstand des Landesverbandes oder, wenn Landesverbände nicht bestehen, von den Vorständen der nächstniedrigen Gebietsverbände, die im Bereich des Landes liegen, bei den in </w:t>
      </w:r>
      <w:hyperlink w:anchor="b21" w:history="1">
        <w:r>
          <w:rPr>
            <w:color w:val="0A3A8C"/>
            <w:u w:val="single"/>
          </w:rPr>
          <w:t xml:space="preserve">§ 18</w:t>
        </w:r>
      </w:hyperlink>
      <w:r>
        <w:t xml:space="preserve"> Abs. 2 genannten Parteien außerdem von 1 vom Tausend der Wahlberechtigten des Landes bei der letzten Bundestagswahl, jedoch höchstens 2 000 Wahlberechtigten, persönlich und handschriftlich unterzeichnet sein. </w:t>
      </w:r>
      <w:r>
        <w:rPr>
          <w:rStyle w:val="Satznummer"/>
        </w:rPr>
        <w:t>3</w:t>
      </w:r>
      <w:r>
        <w:t xml:space="preserve">Die Wahlberechtigung der Unterzeichner eines Wahlvorschlages einer der in </w:t>
      </w:r>
      <w:hyperlink w:anchor="b21" w:history="1">
        <w:r>
          <w:rPr>
            <w:color w:val="0A3A8C"/>
            <w:u w:val="single"/>
          </w:rPr>
          <w:t xml:space="preserve">§ 18</w:t>
        </w:r>
      </w:hyperlink>
      <w:r>
        <w:t xml:space="preserve"> Abs. 2 genannten Parteien muß im Zeitpunkt der Unterzeichnung gegeben sein und ist bei Einreichung der Landesliste nachzuweisen. </w:t>
      </w:r>
      <w:r>
        <w:rPr>
          <w:rStyle w:val="Satznummer"/>
        </w:rPr>
        <w:t>4</w:t>
      </w:r>
      <w:r>
        <w:t>Das Erfordernis zusätzlicher Unterschriften gilt nicht für Landeslisten von Parteien nationaler Minderheiten.</w:t>
      </w:r>
    </w:p>
    <w:p>
      <w:r>
        <w:t>(2) Landeslisten müssen den Namen der einreichenden Partei und, sofern sie eine Kurzbezeichnung verwendet, auch diese enthalten.</w:t>
      </w:r>
    </w:p>
    <w:p>
      <w:r>
        <w:t>(3) Die Namen der Bewerber müssen in erkennbarer Reihenfolge aufgeführt sein.</w:t>
      </w:r>
    </w:p>
    <w:p>
      <w:r>
        <w:t xml:space="preserve">(4) </w:t>
      </w:r>
      <w:r>
        <w:rPr>
          <w:rStyle w:val="Satznummer"/>
        </w:rPr>
        <w:t>1</w:t>
      </w:r>
      <w:r>
        <w:t xml:space="preserve">Ein Bewerber kann nur in einem Land und hier nur in einer Landesliste vorgeschlagen werden. </w:t>
      </w:r>
      <w:r>
        <w:rPr>
          <w:rStyle w:val="Satznummer"/>
        </w:rPr>
        <w:t>2</w:t>
      </w:r>
      <w:r>
        <w:t xml:space="preserve">Als Bewerber einer Landesliste kann nur vorgeschlagen werden, wer nicht als Bewerber nach </w:t>
      </w:r>
      <w:hyperlink w:anchor="b23" w:history="1">
        <w:r>
          <w:rPr>
            <w:color w:val="0A3A8C"/>
            <w:u w:val="single"/>
          </w:rPr>
          <w:t xml:space="preserve">§ 20</w:t>
        </w:r>
      </w:hyperlink>
      <w:r>
        <w:t xml:space="preserve"> Absatz 3 vorgeschlagen ist. </w:t>
      </w:r>
      <w:r>
        <w:rPr>
          <w:rStyle w:val="Satznummer"/>
        </w:rPr>
        <w:t>3</w:t>
      </w:r>
      <w:r>
        <w:t>In einer Landesliste kann nur benannt werden, wer seine Zustimmung dazu schriftlich erklärt hat; die Zustimmung ist unwiderruflich.</w:t>
      </w:r>
    </w:p>
    <w:p>
      <w:r>
        <w:t xml:space="preserve">(5) </w:t>
      </w:r>
      <w:hyperlink w:anchor="b24" w:history="1">
        <w:r>
          <w:rPr>
            <w:color w:val="0A3A8C"/>
            <w:u w:val="single"/>
          </w:rPr>
          <w:t xml:space="preserve">§ 21</w:t>
        </w:r>
      </w:hyperlink>
      <w:r>
        <w:t xml:space="preserve"> Abs. 1, 3, 5 und 6 sowie die </w:t>
      </w:r>
      <w:hyperlink w:anchor="b25" w:history="1">
        <w:r>
          <w:rPr>
            <w:color w:val="0A3A8C"/>
            <w:u w:val="single"/>
          </w:rPr>
          <w:t xml:space="preserve">§§ 22</w:t>
        </w:r>
      </w:hyperlink>
      <w:r>
        <w:t xml:space="preserve"> bis </w:t>
      </w:r>
      <w:hyperlink w:anchor="b28" w:history="1">
        <w:r>
          <w:rPr>
            <w:color w:val="0A3A8C"/>
            <w:u w:val="single"/>
          </w:rPr>
          <w:t xml:space="preserve">25</w:t>
        </w:r>
      </w:hyperlink>
      <w:r>
        <w:t xml:space="preserve"> gelten entsprechend mit der Maßgabe, daß die Versicherung an Eides Statt nach </w:t>
      </w:r>
      <w:hyperlink w:anchor="b24" w:history="1">
        <w:r>
          <w:rPr>
            <w:color w:val="0A3A8C"/>
            <w:u w:val="single"/>
          </w:rPr>
          <w:t xml:space="preserve">§ 21</w:t>
        </w:r>
      </w:hyperlink>
      <w:r>
        <w:t xml:space="preserve"> Abs. 6 Satz 2 sich auch darauf zu erstrecken hat, daß die Festlegung der Reihenfolge der Bewerber in der Landesliste in geheimer Abstimmung erfolgt ist.</w:t>
      </w:r>
    </w:p>
    <w:p>
      <w:pPr>
        <w:pStyle w:val="Heading2"/>
      </w:pPr>
      <w:bookmarkStart w:id="32" w:name="b31"/>
      <w:r>
        <w:t>§ 28 Zulassung der Landeslisten</w:t>
      </w:r>
      <w:r>
        <w:t xml:space="preserve"> </w:t>
      </w:r>
      <w:r>
        <w:rPr>
          <w:rStyle w:val="Suchmarke"/>
        </w:rPr>
        <w:t>#28#</w:t>
      </w:r>
      <w:bookmarkEnd w:id="32"/>
    </w:p>
    <w:p>
      <w:r>
        <w:t xml:space="preserve">(1) </w:t>
      </w:r>
      <w:r>
        <w:rPr>
          <w:rStyle w:val="Satznummer"/>
        </w:rPr>
        <w:t>1</w:t>
      </w:r>
      <w:r>
        <w:t xml:space="preserve">Der Landeswahlausschuß entscheidet am achtundfünfzigsten Tage vor der Wahl über die Zulassung der Landeslisten. </w:t>
      </w:r>
      <w:r>
        <w:rPr>
          <w:rStyle w:val="Satznummer"/>
        </w:rPr>
        <w:t>2</w:t>
      </w:r>
      <w:r>
        <w:t>Er hat Landeslisten zurückzuweisen, wenn sie</w:t>
      </w:r>
    </w:p>
    <w:p>
      <w:pPr>
        <w:tabs>
          <w:tab w:pos="567" w:val="left"/>
        </w:tabs>
        <w:ind w:left="567" w:hanging="567"/>
      </w:pPr>
      <w:r>
        <w:t>1.</w:t>
      </w:r>
      <w:r>
        <w:tab/>
      </w:r>
      <w:r>
        <w:t>verspätet eingereicht sind oder</w:t>
      </w:r>
    </w:p>
    <w:p>
      <w:pPr>
        <w:tabs>
          <w:tab w:pos="567" w:val="left"/>
        </w:tabs>
        <w:ind w:left="567" w:hanging="567"/>
      </w:pPr>
      <w:r>
        <w:t>2.</w:t>
      </w:r>
      <w:r>
        <w:tab/>
      </w:r>
      <w:r>
        <w:t>den Anforderungen nicht entsprechen, die durch dieses Gesetz und die Bundeswahlordnung aufgestellt sind, es sei denn, daß in diesen Vorschriften etwas anderes bestimmt ist.</w:t>
      </w:r>
    </w:p>
    <w:p>
      <w:r>
        <w:rPr>
          <w:rStyle w:val="Satznummer"/>
        </w:rPr>
        <w:t>3</w:t>
      </w:r>
      <w:r>
        <w:t xml:space="preserve">Sind die Anforderungen nur hinsichtlich einzelner Bewerber nicht erfüllt, so werden ihre Namen aus der Landesliste gestrichen. </w:t>
      </w:r>
      <w:r>
        <w:rPr>
          <w:rStyle w:val="Satznummer"/>
        </w:rPr>
        <w:t>4</w:t>
      </w:r>
      <w:r>
        <w:t>Die Entscheidung ist in der Sitzung des Landeswahlausschusses bekanntzugeben.</w:t>
      </w:r>
    </w:p>
    <w:p>
      <w:r>
        <w:t xml:space="preserve">(2) </w:t>
      </w:r>
      <w:r>
        <w:rPr>
          <w:rStyle w:val="Satznummer"/>
        </w:rPr>
        <w:t>1</w:t>
      </w:r>
      <w:r>
        <w:t xml:space="preserve">Weist der Landeswahlausschuß eine Landesliste ganz oder teilweise zurück, so kann binnen drei Tagen nach Bekanntgabe der Entscheidung Beschwerde an den Bundeswahlausschuß eingelegt werden. </w:t>
      </w:r>
      <w:r>
        <w:rPr>
          <w:rStyle w:val="Satznummer"/>
        </w:rPr>
        <w:t>2</w:t>
      </w:r>
      <w:r>
        <w:t xml:space="preserve">Beschwerdeberechtigt sind die Vertrauensperson der Landesliste und der Landeswahlleiter. </w:t>
      </w:r>
      <w:r>
        <w:rPr>
          <w:rStyle w:val="Satznummer"/>
        </w:rPr>
        <w:t>3</w:t>
      </w:r>
      <w:r>
        <w:t xml:space="preserve">Der Landeswahlleiter kann auch gegen eine Entscheidung, durch die eine Landesliste zugelassen wird, Beschwerde erheben. </w:t>
      </w:r>
      <w:r>
        <w:rPr>
          <w:rStyle w:val="Satznummer"/>
        </w:rPr>
        <w:t>4</w:t>
      </w:r>
      <w:r>
        <w:t xml:space="preserve">In der Beschwerdeverhandlung sind die erschienenen Beteiligten zu hören. </w:t>
      </w:r>
      <w:r>
        <w:rPr>
          <w:rStyle w:val="Satznummer"/>
        </w:rPr>
        <w:t>5</w:t>
      </w:r>
      <w:r>
        <w:t>Die Entscheidung über die Beschwerde muß spätestens am zweiundfünfzigsten Tage vor der Wahl getroffen werden.</w:t>
      </w:r>
    </w:p>
    <w:p>
      <w:r>
        <w:t>(3) Der Landeswahlleiter macht die zugelassenen Landeslisten spätestens am achtundvierzigsten Tage vor der Wahl öffentlich bekannt.</w:t>
      </w:r>
    </w:p>
    <w:p>
      <w:pPr>
        <w:pStyle w:val="Heading2"/>
      </w:pPr>
      <w:bookmarkStart w:id="33" w:name="b32"/>
      <w:r>
        <w:t>§ 29 (weggefallen)</w:t>
      </w:r>
      <w:r>
        <w:t xml:space="preserve"> </w:t>
      </w:r>
      <w:r>
        <w:rPr>
          <w:rStyle w:val="Suchmarke"/>
        </w:rPr>
        <w:t>#29#</w:t>
      </w:r>
      <w:bookmarkEnd w:id="33"/>
    </w:p>
    <w:p>
      <w:pPr>
        <w:pStyle w:val="Heading2"/>
      </w:pPr>
      <w:bookmarkStart w:id="34" w:name="b33"/>
      <w:r>
        <w:t>§ 30 Stimmzettel</w:t>
      </w:r>
      <w:r>
        <w:t xml:space="preserve"> </w:t>
      </w:r>
      <w:r>
        <w:rPr>
          <w:rStyle w:val="Suchmarke"/>
        </w:rPr>
        <w:t>#30#</w:t>
      </w:r>
      <w:bookmarkEnd w:id="34"/>
    </w:p>
    <w:p>
      <w:r>
        <w:t>(1) Die Stimmzettel und die zugehörigen Umschläge für die Briefwahl (</w:t>
      </w:r>
      <w:hyperlink w:anchor="b40" w:history="1">
        <w:r>
          <w:rPr>
            <w:color w:val="0A3A8C"/>
            <w:u w:val="single"/>
          </w:rPr>
          <w:t xml:space="preserve">§ 36</w:t>
        </w:r>
      </w:hyperlink>
      <w:r>
        <w:t xml:space="preserve"> Abs. 1) werden amtlich hergestellt.</w:t>
      </w:r>
    </w:p>
    <w:p>
      <w:r>
        <w:t>(2) Der Stimmzettel enthält</w:t>
      </w:r>
    </w:p>
    <w:p>
      <w:pPr>
        <w:tabs>
          <w:tab w:pos="567" w:val="left"/>
        </w:tabs>
        <w:ind w:left="567" w:hanging="567"/>
      </w:pPr>
      <w:r>
        <w:t>1.</w:t>
      </w:r>
      <w:r>
        <w:tab/>
      </w:r>
      <w:r>
        <w:t>für die Wahl in den Wahlkreisen die Namen der Bewerber der zugelassenen Kreiswahlvorschläge, bei Kreiswahlvorschlägen von Parteien außerdem die Namen der Parteien und, sofern sie eine Kurzbezeichnung verwenden, auch diese, bei anderen Kreiswahlvorschlägen außerdem das Kennwort,</w:t>
      </w:r>
    </w:p>
    <w:p>
      <w:pPr>
        <w:tabs>
          <w:tab w:pos="567" w:val="left"/>
        </w:tabs>
        <w:ind w:left="567" w:hanging="567"/>
      </w:pPr>
      <w:r>
        <w:t>2.</w:t>
      </w:r>
      <w:r>
        <w:tab/>
      </w:r>
      <w:r>
        <w:t>für die Wahl nach Landeslisten die Namen der Parteien und, sofern sie eine Kurzbezeichnung verwenden, auch diese, sowie die Namen der ersten fünf Bewerber der zugelassenen Landeslisten.</w:t>
      </w:r>
    </w:p>
    <w:p>
      <w:r>
        <w:t xml:space="preserve">(3) </w:t>
      </w:r>
      <w:r>
        <w:rPr>
          <w:rStyle w:val="Satznummer"/>
        </w:rPr>
        <w:t>1</w:t>
      </w:r>
      <w:r>
        <w:t xml:space="preserve">Die Reihenfolge der Landeslisten von Parteien richtet sich nach der Zahl der Zweitstimmen, die sie bei der letzten Bundestagswahl im Land erreicht haben. </w:t>
      </w:r>
      <w:r>
        <w:rPr>
          <w:rStyle w:val="Satznummer"/>
        </w:rPr>
        <w:t>2</w:t>
      </w:r>
      <w:r>
        <w:t xml:space="preserve">Die übrigen Landeslisten schließen sich in alphabetischer Reihenfolge der Namen der Parteien an. </w:t>
      </w:r>
      <w:r>
        <w:rPr>
          <w:rStyle w:val="Satznummer"/>
        </w:rPr>
        <w:t>3</w:t>
      </w:r>
      <w:r>
        <w:t xml:space="preserve">Die Reihenfolge der Kreiswahlvorschläge richtet sich nach der Reihenfolge der entsprechenden Landeslisten. </w:t>
      </w:r>
      <w:r>
        <w:rPr>
          <w:rStyle w:val="Satznummer"/>
        </w:rPr>
        <w:t>4</w:t>
      </w:r>
      <w:r>
        <w:t>Sonstige Kreiswahlvorschläge schließen sich in alphabetischer Reihenfolge der Namen der Parteien oder der Kennwörter an.</w:t>
      </w:r>
    </w:p>
    <w:p>
      <w:pPr>
        <w:pStyle w:val="Heading1"/>
      </w:pPr>
      <w:bookmarkStart w:id="35" w:name="b34"/>
      <w:r>
        <w:t>Fünfter Abschnitt Wahlhandlung</w:t>
      </w:r>
      <w:bookmarkEnd w:id="35"/>
    </w:p>
    <w:p>
      <w:pPr>
        <w:pStyle w:val="Heading2"/>
      </w:pPr>
      <w:bookmarkStart w:id="36" w:name="b35"/>
      <w:r>
        <w:t>§ 31 Öffentlichkeit der Wahlhandlung</w:t>
      </w:r>
      <w:r>
        <w:t xml:space="preserve"> </w:t>
      </w:r>
      <w:r>
        <w:rPr>
          <w:rStyle w:val="Suchmarke"/>
        </w:rPr>
        <w:t>#31#</w:t>
      </w:r>
      <w:bookmarkEnd w:id="36"/>
    </w:p>
    <w:p>
      <w:r>
        <w:rPr>
          <w:rStyle w:val="Satznummer"/>
        </w:rPr>
        <w:t>1</w:t>
      </w:r>
      <w:r>
        <w:t xml:space="preserve">Die Wahlhandlung ist öffentlich. </w:t>
      </w:r>
      <w:r>
        <w:rPr>
          <w:rStyle w:val="Satznummer"/>
        </w:rPr>
        <w:t>2</w:t>
      </w:r>
      <w:r>
        <w:t>Der Wahlvorstand kann Personen, die die Ordnung und Ruhe stören, aus dem Wahlraum verweisen.</w:t>
      </w:r>
    </w:p>
    <w:p>
      <w:pPr>
        <w:pStyle w:val="Heading2"/>
      </w:pPr>
      <w:bookmarkStart w:id="37" w:name="b36"/>
      <w:r>
        <w:t>§ 32 Unzulässige Wahlpropaganda und Unterschriftensammlung, unzulässige Veröffentlichung von Wählerbefragungen</w:t>
      </w:r>
      <w:r>
        <w:t xml:space="preserve"> </w:t>
      </w:r>
      <w:r>
        <w:rPr>
          <w:rStyle w:val="Suchmarke"/>
        </w:rPr>
        <w:t>#32#</w:t>
      </w:r>
      <w:bookmarkEnd w:id="37"/>
    </w:p>
    <w:p>
      <w:r>
        <w:t>(1) Während der Wahlzeit sind in und an dem Gebäude, in dem sich der Wahlraum befindet, sowie unmittelbar vor dem Zugang zu dem Gebäude jede Beeinflussung der Wähler durch Wort, Ton, Schrift oder Bild sowie jede Unterschriftensammlung verboten.</w:t>
      </w:r>
    </w:p>
    <w:p>
      <w:r>
        <w:t>(2) Die Veröffentlichung von Ergebnissen von Wählerbefragungen nach der Stimmabgabe über den Inhalt der Wahlentscheidung ist vor Ablauf der Wahlzeit unzulässig.</w:t>
      </w:r>
    </w:p>
    <w:p>
      <w:pPr>
        <w:pStyle w:val="Heading2"/>
      </w:pPr>
      <w:bookmarkStart w:id="38" w:name="b37"/>
      <w:r>
        <w:t>§ 33 Wahrung des Wahlgeheimnisses</w:t>
      </w:r>
      <w:r>
        <w:t xml:space="preserve"> </w:t>
      </w:r>
      <w:r>
        <w:rPr>
          <w:rStyle w:val="Suchmarke"/>
        </w:rPr>
        <w:t>#33#</w:t>
      </w:r>
      <w:bookmarkEnd w:id="38"/>
    </w:p>
    <w:p>
      <w:r>
        <w:t xml:space="preserve">(1) </w:t>
      </w:r>
      <w:r>
        <w:rPr>
          <w:rStyle w:val="Satznummer"/>
        </w:rPr>
        <w:t>1</w:t>
      </w:r>
      <w:r>
        <w:t xml:space="preserve">Es sind Vorkehrungen dafür zu treffen, dass der Wähler den Stimmzettel unbeobachtet kennzeichnen und falten kann. </w:t>
      </w:r>
      <w:r>
        <w:rPr>
          <w:rStyle w:val="Satznummer"/>
        </w:rPr>
        <w:t>2</w:t>
      </w:r>
      <w:r>
        <w:t>Für die Aufnahme der Stimmzettel sind Wahlurnen zu verwenden, die die Wahrung des Wahlgeheimnisses sicherstellen.</w:t>
      </w:r>
    </w:p>
    <w:p>
      <w:r>
        <w:t xml:space="preserve">(2) </w:t>
      </w:r>
      <w:r>
        <w:rPr>
          <w:rStyle w:val="Satznummer"/>
        </w:rPr>
        <w:t>1</w:t>
      </w:r>
      <w:r>
        <w:t xml:space="preserve">Die nach </w:t>
      </w:r>
      <w:hyperlink w:anchor="b16" w:history="1">
        <w:r>
          <w:rPr>
            <w:color w:val="0A3A8C"/>
            <w:u w:val="single"/>
          </w:rPr>
          <w:t xml:space="preserve">§ 14</w:t>
        </w:r>
      </w:hyperlink>
      <w:r>
        <w:t xml:space="preserve"> Absatz 5 zulässige Hilfe bei der Stimmabgabe bleibt unberührt. </w:t>
      </w:r>
      <w:r>
        <w:rPr>
          <w:rStyle w:val="Satznummer"/>
        </w:rPr>
        <w:t>2</w:t>
      </w:r>
      <w:r>
        <w:t>Die Hilfsperson ist zur Geheimhaltung der Kenntnisse verpflichtet, die sie bei der Hilfeleistung von der Wahl einer anderen Person erlangt hat.</w:t>
      </w:r>
    </w:p>
    <w:p>
      <w:pPr>
        <w:pStyle w:val="Heading2"/>
      </w:pPr>
      <w:bookmarkStart w:id="39" w:name="b38"/>
      <w:r>
        <w:t>§ 34 Stimmabgabe mit Stimmzetteln</w:t>
      </w:r>
      <w:r>
        <w:t xml:space="preserve"> </w:t>
      </w:r>
      <w:r>
        <w:rPr>
          <w:rStyle w:val="Suchmarke"/>
        </w:rPr>
        <w:t>#34#</w:t>
      </w:r>
      <w:bookmarkEnd w:id="39"/>
    </w:p>
    <w:p>
      <w:r>
        <w:t>(1) Gewählt wird mit amtlichen Stimmzetteln.</w:t>
      </w:r>
    </w:p>
    <w:p>
      <w:r>
        <w:t xml:space="preserve">(2) </w:t>
      </w:r>
      <w:r>
        <w:rPr>
          <w:rStyle w:val="Satznummer"/>
        </w:rPr>
        <w:t>1</w:t>
      </w:r>
      <w:r>
        <w:t>Der Wähler gibt</w:t>
      </w:r>
    </w:p>
    <w:p>
      <w:pPr>
        <w:tabs>
          <w:tab w:pos="567" w:val="left"/>
        </w:tabs>
        <w:ind w:left="567" w:hanging="567"/>
      </w:pPr>
      <w:r>
        <w:t>1.</w:t>
      </w:r>
      <w:r>
        <w:tab/>
      </w:r>
      <w:r>
        <w:t>seine Erststimme in der Weise ab, daß er durch ein auf den Stimmzettel gesetztes Kreuz oder auf andere Weise eindeutig kenntlich macht, welchem Bewerber sie gelten soll,</w:t>
      </w:r>
    </w:p>
    <w:p>
      <w:pPr>
        <w:tabs>
          <w:tab w:pos="567" w:val="left"/>
        </w:tabs>
        <w:ind w:left="567" w:hanging="567"/>
      </w:pPr>
      <w:r>
        <w:t>2.</w:t>
      </w:r>
      <w:r>
        <w:tab/>
      </w:r>
      <w:r>
        <w:t>seine Zweitstimme in der Weise ab, daß er durch ein auf den Stimmzettel gesetztes Kreuz oder auf andere Weise eindeutig kenntlich macht, welcher Landesliste sie gelten soll.</w:t>
      </w:r>
    </w:p>
    <w:p>
      <w:r>
        <w:rPr>
          <w:rStyle w:val="Satznummer"/>
        </w:rPr>
        <w:t>2</w:t>
      </w:r>
      <w:r>
        <w:t>Der Wähler faltet daraufhin den Stimmzettel in der Weise, dass seine Stimmabgabe nicht erkennbar ist, und wirft ihn in die Wahlurne.</w:t>
      </w:r>
    </w:p>
    <w:p>
      <w:pPr>
        <w:pStyle w:val="Heading2"/>
      </w:pPr>
      <w:bookmarkStart w:id="40" w:name="b39"/>
      <w:r>
        <w:t>§ 35 Stimmabgabe mit Wahlgeräten</w:t>
      </w:r>
      <w:r>
        <w:t xml:space="preserve"> </w:t>
      </w:r>
      <w:r>
        <w:rPr>
          <w:rStyle w:val="Suchmarke"/>
        </w:rPr>
        <w:t>#35#</w:t>
      </w:r>
      <w:bookmarkEnd w:id="40"/>
    </w:p>
    <w:p>
      <w:r>
        <w:t>(1) Zur Erleichterung der Abgabe und Zählung der Stimmen können anstelle von Stimmzetteln und Wahlurnen Wahlgeräte benutzt werden.</w:t>
      </w:r>
    </w:p>
    <w:p>
      <w:r>
        <w:t xml:space="preserve">(2) </w:t>
      </w:r>
      <w:r>
        <w:rPr>
          <w:rStyle w:val="Satznummer"/>
        </w:rPr>
        <w:t>1</w:t>
      </w:r>
      <w:r>
        <w:t xml:space="preserve">Wahlgeräte im Sinne von Absatz 1 müssen die Geheimhaltung der Stimmabgabe gewährleisten. </w:t>
      </w:r>
      <w:r>
        <w:rPr>
          <w:rStyle w:val="Satznummer"/>
        </w:rPr>
        <w:t>2</w:t>
      </w:r>
      <w:r>
        <w:t xml:space="preserve">Ihre Bauart muß für die Verwendung bei Wahlen zum Deutschen Bundestag amtlich für einzelne Wahlen oder allgemein zugelassen sein. </w:t>
      </w:r>
      <w:r>
        <w:rPr>
          <w:rStyle w:val="Satznummer"/>
        </w:rPr>
        <w:t>3</w:t>
      </w:r>
      <w:r>
        <w:t xml:space="preserve">Über die Zulassung entscheidet das Bundesministerium des Innern und für Heimat auf Antrag des Herstellers des Wahlgerätes. </w:t>
      </w:r>
      <w:r>
        <w:rPr>
          <w:rStyle w:val="Satznummer"/>
        </w:rPr>
        <w:t>4</w:t>
      </w:r>
      <w:r>
        <w:t xml:space="preserve">Die Verwendung eines amtlich zugelassenen Wahlgerätes bedarf der Genehmigung durch das Bundesministerium des Innern und für Heimat. </w:t>
      </w:r>
      <w:r>
        <w:rPr>
          <w:rStyle w:val="Satznummer"/>
        </w:rPr>
        <w:t>5</w:t>
      </w:r>
      <w:r>
        <w:t>Die Genehmigung kann für einzelne Wahlen oder allgemein ausgesprochen werden.</w:t>
      </w:r>
    </w:p>
    <w:p>
      <w:r>
        <w:t xml:space="preserve">(3) </w:t>
      </w:r>
      <w:r>
        <w:rPr>
          <w:rStyle w:val="Satznummer"/>
        </w:rPr>
        <w:t>1</w:t>
      </w:r>
      <w:r>
        <w:t>Das Bundesministerium des Innern und für Heimat wird ermächtigt, durch Rechtsverordnung, die nicht der Zustimmung des Bundesrates bedarf, nähere Bestimmungen zu erlassen über</w:t>
      </w:r>
    </w:p>
    <w:p>
      <w:pPr>
        <w:tabs>
          <w:tab w:pos="567" w:val="left"/>
        </w:tabs>
        <w:ind w:left="567" w:hanging="567"/>
      </w:pPr>
      <w:r>
        <w:t>1.</w:t>
      </w:r>
      <w:r>
        <w:tab/>
      </w:r>
      <w:r>
        <w:t>die Voraussetzungen für die amtliche Zulassung der Bauart von Wahlgeräten sowie für die Rücknahme und den Widerruf der Zulassung,</w:t>
      </w:r>
    </w:p>
    <w:p>
      <w:pPr>
        <w:tabs>
          <w:tab w:pos="567" w:val="left"/>
        </w:tabs>
        <w:ind w:left="567" w:hanging="567"/>
      </w:pPr>
      <w:r>
        <w:t>2.</w:t>
      </w:r>
      <w:r>
        <w:tab/>
      </w:r>
      <w:r>
        <w:t>das Verfahren für die amtliche Zulassung der Bauart,</w:t>
      </w:r>
    </w:p>
    <w:p>
      <w:pPr>
        <w:tabs>
          <w:tab w:pos="567" w:val="left"/>
        </w:tabs>
        <w:ind w:left="567" w:hanging="567"/>
      </w:pPr>
      <w:r>
        <w:t>3.</w:t>
      </w:r>
      <w:r>
        <w:tab/>
      </w:r>
      <w:r>
        <w:t>das Verfahren für die Prüfung eines Wahlgerätes auf die der amtlich zugelassenen Bauart entsprechende Ausführung,</w:t>
      </w:r>
    </w:p>
    <w:p>
      <w:pPr>
        <w:tabs>
          <w:tab w:pos="567" w:val="left"/>
        </w:tabs>
        <w:ind w:left="567" w:hanging="567"/>
      </w:pPr>
      <w:r>
        <w:t>4.</w:t>
      </w:r>
      <w:r>
        <w:tab/>
      </w:r>
      <w:r>
        <w:t>die öffentliche Erprobung eines Wahlgerätes vor seiner Verwendung,</w:t>
      </w:r>
    </w:p>
    <w:p>
      <w:pPr>
        <w:tabs>
          <w:tab w:pos="567" w:val="left"/>
        </w:tabs>
        <w:ind w:left="567" w:hanging="567"/>
      </w:pPr>
      <w:r>
        <w:t>5.</w:t>
      </w:r>
      <w:r>
        <w:tab/>
      </w:r>
      <w:r>
        <w:t>das Verfahren für die amtliche Genehmigung der Verwendung sowie für die Rücknahme und den Widerruf der Genehmigung,</w:t>
      </w:r>
    </w:p>
    <w:p>
      <w:pPr>
        <w:tabs>
          <w:tab w:pos="567" w:val="left"/>
        </w:tabs>
        <w:ind w:left="567" w:hanging="567"/>
      </w:pPr>
      <w:r>
        <w:t>6.</w:t>
      </w:r>
      <w:r>
        <w:tab/>
      </w:r>
      <w:r>
        <w:t>die durch die Verwendung von Wahlgeräten bedingten Besonderheiten im Zusammenhang mit der Wahl.</w:t>
      </w:r>
    </w:p>
    <w:p>
      <w:r>
        <w:rPr>
          <w:rStyle w:val="Satznummer"/>
        </w:rPr>
        <w:t>2</w:t>
      </w:r>
      <w:r>
        <w:t>Die Rechtsverordnung ergeht in den Fällen der Nummern 1 und 3 im Einvernehmen mit dem Bundesministerium für Wirtschaft und Energie.</w:t>
      </w:r>
    </w:p>
    <w:p>
      <w:r>
        <w:t xml:space="preserve">(4) Für die Betätigung eines Wahlgerätes gilt </w:t>
      </w:r>
      <w:hyperlink w:anchor="b37" w:history="1">
        <w:r>
          <w:rPr>
            <w:color w:val="0A3A8C"/>
            <w:u w:val="single"/>
          </w:rPr>
          <w:t xml:space="preserve">§ 33</w:t>
        </w:r>
      </w:hyperlink>
      <w:r>
        <w:t xml:space="preserve"> Abs. 1 Satz 1 und Abs. 2 entsprechend.</w:t>
      </w:r>
    </w:p>
    <w:p>
      <w:pPr>
        <w:pStyle w:val="Heading2"/>
      </w:pPr>
      <w:bookmarkStart w:id="41" w:name="b40"/>
      <w:r>
        <w:t>§ 36 Briefwahl</w:t>
      </w:r>
      <w:r>
        <w:t xml:space="preserve"> </w:t>
      </w:r>
      <w:r>
        <w:rPr>
          <w:rStyle w:val="Suchmarke"/>
        </w:rPr>
        <w:t>#36#</w:t>
      </w:r>
      <w:bookmarkEnd w:id="41"/>
    </w:p>
    <w:p>
      <w:r>
        <w:t xml:space="preserve">(1) </w:t>
      </w:r>
      <w:r>
        <w:rPr>
          <w:rStyle w:val="Satznummer"/>
        </w:rPr>
        <w:t>1</w:t>
      </w:r>
      <w:r>
        <w:t>Bei der Briefwahl hat der Wähler dem Kreiswahlleiter des Wahlkreises, in dem der Wahlschein ausgestellt worden ist, im verschlossenen Wahlbriefumschlag</w:t>
      </w:r>
    </w:p>
    <w:p>
      <w:pPr>
        <w:tabs>
          <w:tab w:pos="567" w:val="left"/>
        </w:tabs>
        <w:ind w:left="567" w:hanging="567"/>
      </w:pPr>
      <w:r>
        <w:t>a)</w:t>
      </w:r>
      <w:r>
        <w:tab/>
      </w:r>
      <w:r>
        <w:t>seinen Wahlschein,</w:t>
      </w:r>
    </w:p>
    <w:p>
      <w:pPr>
        <w:tabs>
          <w:tab w:pos="567" w:val="left"/>
        </w:tabs>
        <w:ind w:left="567" w:hanging="567"/>
      </w:pPr>
      <w:r>
        <w:t>b)</w:t>
      </w:r>
      <w:r>
        <w:tab/>
      </w:r>
      <w:r>
        <w:t>in einem besonderen verschlossenen Stimmzettelumschlag seinen Stimmzettel</w:t>
      </w:r>
    </w:p>
    <w:p>
      <w:r>
        <w:t xml:space="preserve">so rechtzeitig zu übersenden, daß der Wahlbrief spätestens am Wahltage bis 18 Uhr eingeht. </w:t>
      </w:r>
      <w:r>
        <w:rPr>
          <w:rStyle w:val="Satznummer"/>
        </w:rPr>
        <w:t>2</w:t>
      </w:r>
      <w:hyperlink w:anchor="b37" w:history="1">
        <w:r>
          <w:rPr>
            <w:color w:val="0A3A8C"/>
            <w:u w:val="single"/>
          </w:rPr>
          <w:t xml:space="preserve">§ 33</w:t>
        </w:r>
      </w:hyperlink>
      <w:r>
        <w:t xml:space="preserve"> Abs. 2 gilt entsprechend.</w:t>
      </w:r>
    </w:p>
    <w:p>
      <w:r>
        <w:t xml:space="preserve">(2) </w:t>
      </w:r>
      <w:r>
        <w:rPr>
          <w:rStyle w:val="Satznummer"/>
        </w:rPr>
        <w:t>1</w:t>
      </w:r>
      <w:r>
        <w:t xml:space="preserve">Auf dem Wahlschein hat der Wähler oder die Hilfsperson gegenüber dem Kreiswahlleiter an Eides Statt zu versichern, daß der Stimmzettel persönlich oder gemäß dem erklärten Willen des Wählers gekennzeichnet worden ist. </w:t>
      </w:r>
      <w:r>
        <w:rPr>
          <w:rStyle w:val="Satznummer"/>
        </w:rPr>
        <w:t>2</w:t>
      </w:r>
      <w:r>
        <w:t>Der Kreiswahlleiter ist zur Abnahme einer solchen Versicherung an Eides Statt zuständig; er gilt als Behörde im Sinne des § 156 des Strafgesetzbuches.</w:t>
      </w:r>
    </w:p>
    <w:p>
      <w:r>
        <w:t xml:space="preserve">(3) Im Falle einer Anordnung der Landesregierung oder der von ihr bestimmten Stelle nach </w:t>
      </w:r>
      <w:hyperlink w:anchor="b9" w:history="1">
        <w:r>
          <w:rPr>
            <w:color w:val="0A3A8C"/>
            <w:u w:val="single"/>
          </w:rPr>
          <w:t xml:space="preserve">§ 8</w:t>
        </w:r>
      </w:hyperlink>
      <w:r>
        <w:t xml:space="preserve"> Abs. 3 tritt an die Stelle des Kreiswahlleiters in Absatz 1 Satz 1 und in Absatz 2 die Gemeindebehörde, die den Wahlschein ausgestellt hat, oder die Verwaltungsbehörde des Kreises, in dem diese Gemeinde liegt.</w:t>
      </w:r>
    </w:p>
    <w:p>
      <w:r>
        <w:t xml:space="preserve">(4) </w:t>
      </w:r>
      <w:r>
        <w:rPr>
          <w:rStyle w:val="Satznummer"/>
        </w:rPr>
        <w:t>1</w:t>
      </w:r>
      <w:r>
        <w:t xml:space="preserve">Wahlbriefe können von den Absendern bei einem vor der Wahl amtlich bekannt gemachten Postunternehmen als Briefsendungen ohne besondere Versendungsform unentgeltlich eingeliefert werden, wenn sie sich in amtlichen Wahlbriefumschlägen befinden. </w:t>
      </w:r>
      <w:r>
        <w:rPr>
          <w:rStyle w:val="Satznummer"/>
        </w:rPr>
        <w:t>2</w:t>
      </w:r>
      <w:r>
        <w:t xml:space="preserve">Bei Inanspruchnahme einer besonderen Versendungsform hat der Absender den das jeweils für die Briefbeförderung gültige Leistungsentgelt übersteigenden Betrag zu tragen. </w:t>
      </w:r>
      <w:r>
        <w:rPr>
          <w:rStyle w:val="Satznummer"/>
        </w:rPr>
        <w:t>3</w:t>
      </w:r>
      <w:r>
        <w:t>Der Bund trägt die Kosten für die unentgeltliche Wahlbriefbeförderung.</w:t>
      </w:r>
    </w:p>
    <w:p>
      <w:pPr>
        <w:pStyle w:val="Heading1"/>
      </w:pPr>
      <w:bookmarkStart w:id="42" w:name="b41"/>
      <w:r>
        <w:t>Sechster Abschnitt Feststellung des Wahlergebnisses</w:t>
      </w:r>
      <w:bookmarkEnd w:id="42"/>
    </w:p>
    <w:p>
      <w:pPr>
        <w:pStyle w:val="Heading2"/>
      </w:pPr>
      <w:bookmarkStart w:id="43" w:name="b42"/>
      <w:r>
        <w:t>§ 37 Feststellung des Wahlergebnisses im Wahlbezirk</w:t>
      </w:r>
      <w:r>
        <w:t xml:space="preserve"> </w:t>
      </w:r>
      <w:r>
        <w:rPr>
          <w:rStyle w:val="Suchmarke"/>
        </w:rPr>
        <w:t>#37#</w:t>
      </w:r>
      <w:bookmarkEnd w:id="43"/>
    </w:p>
    <w:p>
      <w:r>
        <w:t>Nach Beendigung der Wahlhandlung stellt der Wahlvorstand fest, wieviel Stimmen im Wahlbezirk auf die einzelnen Kreiswahlvorschläge und Landeslisten abgegeben worden sind.</w:t>
      </w:r>
    </w:p>
    <w:p>
      <w:pPr>
        <w:pStyle w:val="Heading2"/>
      </w:pPr>
      <w:bookmarkStart w:id="44" w:name="b43"/>
      <w:r>
        <w:t>§ 38 Feststellung des Briefwahlergebnisses</w:t>
      </w:r>
      <w:r>
        <w:t xml:space="preserve"> </w:t>
      </w:r>
      <w:r>
        <w:rPr>
          <w:rStyle w:val="Suchmarke"/>
        </w:rPr>
        <w:t>#38#</w:t>
      </w:r>
      <w:bookmarkEnd w:id="44"/>
    </w:p>
    <w:p>
      <w:r>
        <w:t>Der für die Briefwahl eingesetzte Wahlvorstand stellt fest, wieviel durch Briefwahl abgegebene Stimmen auf die einzelnen Kreiswahlvorschläge und Landeslisten entfallen.</w:t>
      </w:r>
    </w:p>
    <w:p>
      <w:pPr>
        <w:pStyle w:val="Heading2"/>
      </w:pPr>
      <w:bookmarkStart w:id="45" w:name="b44"/>
      <w:r>
        <w:t>§ 39 Ungültige Stimmen, Zurückweisung von Wahlbriefen, Auslegungsregeln</w:t>
      </w:r>
      <w:r>
        <w:t xml:space="preserve"> </w:t>
      </w:r>
      <w:r>
        <w:rPr>
          <w:rStyle w:val="Suchmarke"/>
        </w:rPr>
        <w:t>#39#</w:t>
      </w:r>
      <w:bookmarkEnd w:id="45"/>
    </w:p>
    <w:p>
      <w:r>
        <w:t xml:space="preserve">(1) </w:t>
      </w:r>
      <w:r>
        <w:rPr>
          <w:rStyle w:val="Satznummer"/>
        </w:rPr>
        <w:t>1</w:t>
      </w:r>
      <w:r>
        <w:t>Ungültig sind Stimmen, wenn der Stimmzettel</w:t>
      </w:r>
    </w:p>
    <w:p>
      <w:pPr>
        <w:tabs>
          <w:tab w:pos="567" w:val="left"/>
        </w:tabs>
        <w:ind w:left="567" w:hanging="567"/>
      </w:pPr>
      <w:r>
        <w:t>1.</w:t>
      </w:r>
      <w:r>
        <w:tab/>
      </w:r>
      <w:r>
        <w:t>nicht amtlich hergestellt ist,</w:t>
      </w:r>
    </w:p>
    <w:p>
      <w:pPr>
        <w:tabs>
          <w:tab w:pos="567" w:val="left"/>
        </w:tabs>
        <w:ind w:left="567" w:hanging="567"/>
      </w:pPr>
      <w:r>
        <w:t>2.</w:t>
      </w:r>
      <w:r>
        <w:tab/>
      </w:r>
      <w:r>
        <w:t>keine Kennzeichnung enthält,</w:t>
      </w:r>
    </w:p>
    <w:p>
      <w:pPr>
        <w:tabs>
          <w:tab w:pos="567" w:val="left"/>
        </w:tabs>
        <w:ind w:left="567" w:hanging="567"/>
      </w:pPr>
      <w:r>
        <w:t>3.</w:t>
      </w:r>
      <w:r>
        <w:tab/>
      </w:r>
      <w:r>
        <w:t>für einen anderen Wahlkreis gültig ist,</w:t>
      </w:r>
    </w:p>
    <w:p>
      <w:pPr>
        <w:tabs>
          <w:tab w:pos="567" w:val="left"/>
        </w:tabs>
        <w:ind w:left="567" w:hanging="567"/>
      </w:pPr>
      <w:r>
        <w:t>4.</w:t>
      </w:r>
      <w:r>
        <w:tab/>
      </w:r>
      <w:r>
        <w:t>den Willen des Wählers nicht zweifelsfrei erkennen läßt,</w:t>
      </w:r>
    </w:p>
    <w:p>
      <w:pPr>
        <w:tabs>
          <w:tab w:pos="567" w:val="left"/>
        </w:tabs>
        <w:ind w:left="567" w:hanging="567"/>
      </w:pPr>
      <w:r>
        <w:t>5.</w:t>
      </w:r>
      <w:r>
        <w:tab/>
      </w:r>
      <w:r>
        <w:t>einen Zusatz oder Vorbehalt enthält.</w:t>
      </w:r>
    </w:p>
    <w:p>
      <w:r>
        <w:rPr>
          <w:rStyle w:val="Satznummer"/>
        </w:rPr>
        <w:t>2</w:t>
      </w:r>
      <w:r>
        <w:t xml:space="preserve">In den Fällen der Nummern 1 und 2 sind beide Stimmen ungültig; im Fall der Nummer 3 ist nur die Erststimme ungültig, wenn der Stimmzettel für einen anderen Wahlkreis in demselben Land gültig ist. </w:t>
      </w:r>
      <w:r>
        <w:rPr>
          <w:rStyle w:val="Satznummer"/>
        </w:rPr>
        <w:t>3</w:t>
      </w:r>
      <w:r>
        <w:t xml:space="preserve">Bei der Briefwahl sind außerdem beide Stimmen ungültig, wenn der Stimmzettel nicht in einem amtlichen Stimmzettelumschlag oder in einem Stimmzettelumschlag abgegeben worden ist, der offensichtlich in einer das Wahlgeheimnis gefährdenden Weise von den übrigen abweicht oder einen deutlich fühlbaren Gegenstand enthält, jedoch eine Zurückweisung gemäß Absatz 4 Nr. 7 oder 8 nicht erfolgt ist. </w:t>
      </w:r>
      <w:r>
        <w:rPr>
          <w:rStyle w:val="Satznummer"/>
        </w:rPr>
        <w:t>4</w:t>
      </w:r>
      <w:r>
        <w:t>Enthält der Stimmzettel nur eine Stimmabgabe, so ist die nicht abgegebene Stimme ungültig.</w:t>
      </w:r>
    </w:p>
    <w:p>
      <w:r>
        <w:t>(2) Mehrere in einem Stimmzettelumschlag enthaltene Stimmzettel gelten als ein Stimmzettel, wenn sie gleich lauten oder nur einer von ihnen gekennzeichnet ist; sonst zählen sie als ein Stimmzettel mit zwei ungültigen Stimmen.</w:t>
      </w:r>
    </w:p>
    <w:p>
      <w:r>
        <w:t>(3) Ist der Stimmzettelumschlag leer abgegeben worden, so gelten beide Stimmen als ungültig.</w:t>
      </w:r>
    </w:p>
    <w:p>
      <w:r>
        <w:t xml:space="preserve">(4) </w:t>
      </w:r>
      <w:r>
        <w:rPr>
          <w:rStyle w:val="Satznummer"/>
        </w:rPr>
        <w:t>1</w:t>
      </w:r>
      <w:r>
        <w:t>Bei der Briefwahl sind Wahlbriefe zurückzuweisen, wenn</w:t>
      </w:r>
    </w:p>
    <w:p>
      <w:pPr>
        <w:tabs>
          <w:tab w:pos="567" w:val="left"/>
        </w:tabs>
        <w:ind w:left="567" w:hanging="567"/>
      </w:pPr>
      <w:r>
        <w:t>1.</w:t>
      </w:r>
      <w:r>
        <w:tab/>
      </w:r>
      <w:r>
        <w:t>der Wahlbrief nicht rechtzeitig eingegangen ist,</w:t>
      </w:r>
    </w:p>
    <w:p>
      <w:pPr>
        <w:tabs>
          <w:tab w:pos="567" w:val="left"/>
        </w:tabs>
        <w:ind w:left="567" w:hanging="567"/>
      </w:pPr>
      <w:r>
        <w:t>2.</w:t>
      </w:r>
      <w:r>
        <w:tab/>
      </w:r>
      <w:r>
        <w:t>dem Wahlbriefumschlag kein oder kein gültiger Wahlschein beiliegt,</w:t>
      </w:r>
    </w:p>
    <w:p>
      <w:pPr>
        <w:tabs>
          <w:tab w:pos="567" w:val="left"/>
        </w:tabs>
        <w:ind w:left="567" w:hanging="567"/>
      </w:pPr>
      <w:r>
        <w:t>3.</w:t>
      </w:r>
      <w:r>
        <w:tab/>
      </w:r>
      <w:r>
        <w:t>dem Wahlbriefumschlag kein Stimmzettelumschlag beigefügt ist,</w:t>
      </w:r>
    </w:p>
    <w:p>
      <w:pPr>
        <w:tabs>
          <w:tab w:pos="567" w:val="left"/>
        </w:tabs>
        <w:ind w:left="567" w:hanging="567"/>
      </w:pPr>
      <w:r>
        <w:t>4.</w:t>
      </w:r>
      <w:r>
        <w:tab/>
      </w:r>
      <w:r>
        <w:t>weder der Wahlbriefumschlag noch der Stimmzettelumschlag verschlossen ist,</w:t>
      </w:r>
    </w:p>
    <w:p>
      <w:pPr>
        <w:tabs>
          <w:tab w:pos="567" w:val="left"/>
        </w:tabs>
        <w:ind w:left="567" w:hanging="567"/>
      </w:pPr>
      <w:r>
        <w:t>5.</w:t>
      </w:r>
      <w:r>
        <w:tab/>
      </w:r>
      <w:r>
        <w:t>der Wahlbriefumschlag mehrere Stimmzettelumschläge, aber nicht eine gleiche Anzahl gültiger und mit der vorgeschriebenen Versicherung an Eides Statt versehener Wahlscheine enthält,</w:t>
      </w:r>
    </w:p>
    <w:p>
      <w:pPr>
        <w:tabs>
          <w:tab w:pos="567" w:val="left"/>
        </w:tabs>
        <w:ind w:left="567" w:hanging="567"/>
      </w:pPr>
      <w:r>
        <w:t>6.</w:t>
      </w:r>
      <w:r>
        <w:tab/>
      </w:r>
      <w:r>
        <w:t>der Wähler oder die Hilfsperson die vorgeschriebene Versicherung an Eides Statt zur Briefwahl auf dem Wahlschein nicht unterschrieben hat,</w:t>
      </w:r>
    </w:p>
    <w:p>
      <w:pPr>
        <w:tabs>
          <w:tab w:pos="567" w:val="left"/>
        </w:tabs>
        <w:ind w:left="567" w:hanging="567"/>
      </w:pPr>
      <w:r>
        <w:t>7.</w:t>
      </w:r>
      <w:r>
        <w:tab/>
      </w:r>
      <w:r>
        <w:t>kein amtlicher Stimmzettelumschlag benutzt worden ist,</w:t>
      </w:r>
    </w:p>
    <w:p>
      <w:pPr>
        <w:tabs>
          <w:tab w:pos="567" w:val="left"/>
        </w:tabs>
        <w:ind w:left="567" w:hanging="567"/>
      </w:pPr>
      <w:r>
        <w:t>8.</w:t>
      </w:r>
      <w:r>
        <w:tab/>
      </w:r>
      <w:r>
        <w:t>ein Stimmzettelumschlag benutzt worden ist, der offensichtlich in einer das Wahlgeheimnis gefährdenden Weise von den übrigen abweicht oder einen deutlich fühlbaren Gegenstand enthält.</w:t>
      </w:r>
    </w:p>
    <w:p>
      <w:r>
        <w:rPr>
          <w:rStyle w:val="Satznummer"/>
        </w:rPr>
        <w:t>2</w:t>
      </w:r>
      <w:r>
        <w:t>Die Einsender zurückgewiesener Wahlbriefe werden nicht als Wähler gezählt; ihre Stimmen gelten als nicht abgegeben.</w:t>
      </w:r>
    </w:p>
    <w:p>
      <w:r>
        <w:t xml:space="preserve">(5) Die Stimmen eines Wählers, der an der Briefwahl teilgenommen hat, werden nicht dadurch ungültig, daß er vor dem oder am Wahltage stirbt oder sein Wahlrecht nach </w:t>
      </w:r>
      <w:hyperlink w:anchor="b15" w:history="1">
        <w:r>
          <w:rPr>
            <w:color w:val="0A3A8C"/>
            <w:u w:val="single"/>
          </w:rPr>
          <w:t xml:space="preserve">§ 13</w:t>
        </w:r>
      </w:hyperlink>
      <w:r>
        <w:t xml:space="preserve"> verliert.</w:t>
      </w:r>
    </w:p>
    <w:p>
      <w:pPr>
        <w:pStyle w:val="Heading2"/>
      </w:pPr>
      <w:bookmarkStart w:id="46" w:name="b45"/>
      <w:r>
        <w:t>§ 40 Entscheidung des Wahlvorstandes</w:t>
      </w:r>
      <w:r>
        <w:t xml:space="preserve"> </w:t>
      </w:r>
      <w:r>
        <w:rPr>
          <w:rStyle w:val="Suchmarke"/>
        </w:rPr>
        <w:t>#40#</w:t>
      </w:r>
      <w:bookmarkEnd w:id="46"/>
    </w:p>
    <w:p>
      <w:r>
        <w:rPr>
          <w:rStyle w:val="Satznummer"/>
        </w:rPr>
        <w:t>1</w:t>
      </w:r>
      <w:r>
        <w:t xml:space="preserve">Der Wahlvorstand entscheidet über die Gültigkeit der abgegebenen Stimmen und über alle bei der Wahlhandlung und bei der Ermittlung des Wahlergebnisses sich ergebenden Anstände. </w:t>
      </w:r>
      <w:r>
        <w:rPr>
          <w:rStyle w:val="Satznummer"/>
        </w:rPr>
        <w:t>2</w:t>
      </w:r>
      <w:r>
        <w:t>Der Kreiswahlausschuß hat das Recht der Nachprüfung.</w:t>
      </w:r>
    </w:p>
    <w:p>
      <w:pPr>
        <w:pStyle w:val="Heading2"/>
      </w:pPr>
      <w:bookmarkStart w:id="47" w:name="b46"/>
      <w:r>
        <w:t>§ 41 Feststellung des Wahlergebnisses im Wahlkreis</w:t>
      </w:r>
      <w:r>
        <w:t xml:space="preserve"> </w:t>
      </w:r>
      <w:r>
        <w:rPr>
          <w:rStyle w:val="Suchmarke"/>
        </w:rPr>
        <w:t>#41#</w:t>
      </w:r>
      <w:bookmarkEnd w:id="47"/>
    </w:p>
    <w:p>
      <w:r>
        <w:t>Der Kreiswahlausschuß stellt fest, wieviel Stimmen im Wahlkreis für die einzelnen Kreiswahlvorschläge und Landeslisten abgegeben worden sind.</w:t>
      </w:r>
    </w:p>
    <w:p>
      <w:pPr>
        <w:pStyle w:val="Heading2"/>
      </w:pPr>
      <w:bookmarkStart w:id="48" w:name="b47"/>
      <w:r>
        <w:t>§ 42 Feststellung des Ergebnisses der Landeslistenwahl</w:t>
      </w:r>
      <w:r>
        <w:t xml:space="preserve"> </w:t>
      </w:r>
      <w:r>
        <w:rPr>
          <w:rStyle w:val="Suchmarke"/>
        </w:rPr>
        <w:t>#42#</w:t>
      </w:r>
      <w:bookmarkEnd w:id="48"/>
    </w:p>
    <w:p>
      <w:r>
        <w:t xml:space="preserve">(1) </w:t>
      </w:r>
      <w:r>
        <w:rPr>
          <w:rStyle w:val="Satznummer"/>
        </w:rPr>
        <w:t>1</w:t>
      </w:r>
      <w:r>
        <w:t xml:space="preserve">Der Landeswahlausschuß stellt fest, wieviel Stimmen im Land für die einzelnen Landeslisten abgegeben worden sind. </w:t>
      </w:r>
      <w:r>
        <w:rPr>
          <w:rStyle w:val="Satznummer"/>
        </w:rPr>
        <w:t>2</w:t>
      </w:r>
      <w:r>
        <w:t>Der Bundeswahlausschuss stellt fest, wie viele Sitze auf die einzelnen Landeslisten entfallen.</w:t>
      </w:r>
    </w:p>
    <w:p>
      <w:r>
        <w:t xml:space="preserve">(2) </w:t>
      </w:r>
      <w:r>
        <w:rPr>
          <w:rStyle w:val="Satznummer"/>
        </w:rPr>
        <w:t>1</w:t>
      </w:r>
      <w:r>
        <w:t xml:space="preserve">Der Landeswahlausschuss stellt vorläufig fest, welche Bewerber gewählt sind. </w:t>
      </w:r>
      <w:r>
        <w:rPr>
          <w:rStyle w:val="Satznummer"/>
        </w:rPr>
        <w:t>2</w:t>
      </w:r>
      <w:r>
        <w:t>Der Landeswahlleiter benachrichtigt die gewählten Bewerber und weist sie darauf hin, dass sie nach der abschließenden Feststellung des Ergebnisses für das Wahlgebiet durch den Bundeswahlausschuss nach Absatz 3 Satz 1 die Mitgliedschaft im Deutschen Bundestag mit Eröffnung der ersten Sitzung nach der Wahl erlangen und eine Ablehnung des Erwerbs der Mitgliedschaft gegenüber dem Landeswahlleiter erfolgen muss.</w:t>
      </w:r>
    </w:p>
    <w:p>
      <w:r>
        <w:t xml:space="preserve">(3) </w:t>
      </w:r>
      <w:r>
        <w:rPr>
          <w:rStyle w:val="Satznummer"/>
        </w:rPr>
        <w:t>1</w:t>
      </w:r>
      <w:r>
        <w:t xml:space="preserve">Der Bundeswahlausschuss trifft die Feststellung des Wahlergebnisses und stellt abschließend fest, welche Bewerber gewählt sind. </w:t>
      </w:r>
      <w:r>
        <w:rPr>
          <w:rStyle w:val="Satznummer"/>
        </w:rPr>
        <w:t>2</w:t>
      </w:r>
      <w:r>
        <w:t>Der Bundeswahlleiter benachrichtigt sie.</w:t>
      </w:r>
    </w:p>
    <w:p>
      <w:pPr>
        <w:pStyle w:val="Heading1"/>
      </w:pPr>
      <w:bookmarkStart w:id="49" w:name="b48"/>
      <w:r>
        <w:t>Siebenter Abschnitt Besondere Vorschriften für Nachwahlen und Wiederholungswahlen</w:t>
      </w:r>
      <w:bookmarkEnd w:id="49"/>
    </w:p>
    <w:p>
      <w:pPr>
        <w:pStyle w:val="Heading2"/>
      </w:pPr>
      <w:bookmarkStart w:id="50" w:name="b49"/>
      <w:r>
        <w:t>§ 43 Nachwahl</w:t>
      </w:r>
      <w:r>
        <w:t xml:space="preserve"> </w:t>
      </w:r>
      <w:r>
        <w:rPr>
          <w:rStyle w:val="Suchmarke"/>
        </w:rPr>
        <w:t>#43#</w:t>
      </w:r>
      <w:bookmarkEnd w:id="50"/>
    </w:p>
    <w:p>
      <w:r>
        <w:t>(1) Eine Nachwahl findet statt,</w:t>
      </w:r>
    </w:p>
    <w:p>
      <w:pPr>
        <w:tabs>
          <w:tab w:pos="567" w:val="left"/>
        </w:tabs>
        <w:ind w:left="567" w:hanging="567"/>
      </w:pPr>
      <w:r>
        <w:t>1.</w:t>
      </w:r>
      <w:r>
        <w:tab/>
      </w:r>
      <w:r>
        <w:t>wenn in einem Wahlkreis oder in einem Wahlbezirk die Wahl nicht durchgeführt worden ist,</w:t>
      </w:r>
    </w:p>
    <w:p>
      <w:pPr>
        <w:tabs>
          <w:tab w:pos="567" w:val="left"/>
        </w:tabs>
        <w:ind w:left="567" w:hanging="567"/>
      </w:pPr>
      <w:r>
        <w:t>2.</w:t>
      </w:r>
      <w:r>
        <w:tab/>
      </w:r>
      <w:r>
        <w:t>wenn ein Wahlkreisbewerber nach der Zulassung des Kreiswahlvorschlages, aber noch vor der Wahl stirbt.</w:t>
      </w:r>
    </w:p>
    <w:p>
      <w:r>
        <w:t xml:space="preserve">(2) </w:t>
      </w:r>
      <w:r>
        <w:rPr>
          <w:rStyle w:val="Satznummer"/>
        </w:rPr>
        <w:t>1</w:t>
      </w:r>
      <w:r>
        <w:t xml:space="preserve">Die Nachwahl soll im Fall des Absatzes 1 Nr. 1 spätestens drei Wochen nach dem Tag der Hauptwahl stattfinden. </w:t>
      </w:r>
      <w:r>
        <w:rPr>
          <w:rStyle w:val="Satznummer"/>
        </w:rPr>
        <w:t>2</w:t>
      </w:r>
      <w:r>
        <w:t xml:space="preserve">Im Fall des Absatzes 1 Nr. 2 kann sie am Tag der Hauptwahl stattfinden; sie soll spätestens sechs Wochen nach dem Tag der Hauptwahl stattfinden. </w:t>
      </w:r>
      <w:r>
        <w:rPr>
          <w:rStyle w:val="Satznummer"/>
        </w:rPr>
        <w:t>3</w:t>
      </w:r>
      <w:r>
        <w:t>Den Tag der Nachwahl bestimmt der Landeswahlleiter.</w:t>
      </w:r>
    </w:p>
    <w:p>
      <w:r>
        <w:t>(3) Die Nachwahl findet nach denselben Vorschriften und auf denselben Grundlagen wie die Hauptwahl statt.</w:t>
      </w:r>
    </w:p>
    <w:p>
      <w:r>
        <w:t>(4) Im Fall einer Nachwahl ist das vorläufige Ergebnis der Hauptwahl unmittelbar im Anschluss an die Wahlhandlung der Hauptwahl auf der Grundlage der erfolgten Stimmabgaben zu ermitteln, festzustellen und bekannt zu geben.</w:t>
      </w:r>
    </w:p>
    <w:p>
      <w:pPr>
        <w:pStyle w:val="Heading2"/>
      </w:pPr>
      <w:bookmarkStart w:id="51" w:name="b50"/>
      <w:r>
        <w:t>§ 44 Wiederholungswahl</w:t>
      </w:r>
      <w:r>
        <w:t xml:space="preserve"> </w:t>
      </w:r>
      <w:r>
        <w:rPr>
          <w:rStyle w:val="Suchmarke"/>
        </w:rPr>
        <w:t>#44#</w:t>
      </w:r>
      <w:bookmarkEnd w:id="51"/>
    </w:p>
    <w:p>
      <w:r>
        <w:t>(1) Wird im Wahlprüfungsverfahren eine Wahl ganz oder teilweise für ungültig erklärt, so ist sie nach Maßgabe der Entscheidung zu wiederholen.</w:t>
      </w:r>
    </w:p>
    <w:p>
      <w:r>
        <w:t>(2) Die Wiederholungswahl findet nach denselben Vorschriften, denselben Wahlvorschlägen und, wenn seit der Hauptwahl noch nicht sechs Monate verflossen sind, auf Grund derselben Wählerverzeichnisse wie die Hauptwahl statt, soweit nicht die Entscheidung im Wahlprüfungsverfahren hinsichtlich der Wahlvorschläge und Wählerverzeichnisse Abweichungen vorschreibt.</w:t>
      </w:r>
    </w:p>
    <w:p>
      <w:r>
        <w:t xml:space="preserve">(3) </w:t>
      </w:r>
      <w:r>
        <w:rPr>
          <w:rStyle w:val="Satznummer"/>
        </w:rPr>
        <w:t>1</w:t>
      </w:r>
      <w:r>
        <w:t xml:space="preserve">Die Wiederholungswahl muß spätestens sechzig Tage nach Rechtskraft der Entscheidung stattfinden, durch die die Wahl für ungültig erklärt worden ist. </w:t>
      </w:r>
      <w:r>
        <w:rPr>
          <w:rStyle w:val="Satznummer"/>
        </w:rPr>
        <w:t>2</w:t>
      </w:r>
      <w:r>
        <w:t xml:space="preserve">Ist die Wahl nur teilweise für ungültig erklärt worden, so unterbleibt die Wiederholungswahl, wenn feststeht, daß innerhalb von sechs Monaten ein neuer Deutscher Bundestag gewählt wird. </w:t>
      </w:r>
      <w:r>
        <w:rPr>
          <w:rStyle w:val="Satznummer"/>
        </w:rPr>
        <w:t>3</w:t>
      </w:r>
      <w:r>
        <w:t>Den Tag der Wiederholungswahl bestimmt der Landeswahlleiter, im Falle einer Wiederholungswahl für das ganze Wahlgebiet der Bundespräsident.</w:t>
      </w:r>
    </w:p>
    <w:p>
      <w:r>
        <w:t xml:space="preserve">(4) </w:t>
      </w:r>
      <w:r>
        <w:rPr>
          <w:rStyle w:val="Satznummer"/>
        </w:rPr>
        <w:t>1</w:t>
      </w:r>
      <w:r>
        <w:t xml:space="preserve">Auf Grund der Wiederholungswahl wird das Wahlergebnis nach den Vorschriften des Sechsten Abschnittes neu festgestellt. </w:t>
      </w:r>
      <w:r>
        <w:rPr>
          <w:rStyle w:val="Satznummer"/>
        </w:rPr>
        <w:t>2</w:t>
      </w:r>
      <w:r>
        <w:t xml:space="preserve">Die nach </w:t>
      </w:r>
      <w:hyperlink w:anchor="b47" w:history="1">
        <w:r>
          <w:rPr>
            <w:color w:val="0A3A8C"/>
            <w:u w:val="single"/>
          </w:rPr>
          <w:t xml:space="preserve">§ 42</w:t>
        </w:r>
      </w:hyperlink>
      <w:r>
        <w:t xml:space="preserve"> Absatz 2 Satz 2 und Absatz 3 Satz 2 zuständigen Wahlleiter benachrichtigen die gewählten Bewerber und fordern sie auf, binnen einer Woche schriftlich zu erklären, ob sie die Wahl annehmen.</w:t>
      </w:r>
    </w:p>
    <w:p>
      <w:pPr>
        <w:pStyle w:val="Heading1"/>
      </w:pPr>
      <w:bookmarkStart w:id="52" w:name="b51"/>
      <w:r>
        <w:t>Achter Abschnitt Erwerb und Verlust der Mitgliedschaft im Deutschen Bundestag</w:t>
      </w:r>
      <w:bookmarkEnd w:id="52"/>
    </w:p>
    <w:p>
      <w:pPr>
        <w:pStyle w:val="Heading2"/>
      </w:pPr>
      <w:bookmarkStart w:id="53" w:name="b52"/>
      <w:r>
        <w:t>§ 45 Erwerb der Mitgliedschaft im Deutschen Bundestag</w:t>
      </w:r>
      <w:r>
        <w:t xml:space="preserve"> </w:t>
      </w:r>
      <w:r>
        <w:rPr>
          <w:rStyle w:val="Suchmarke"/>
        </w:rPr>
        <w:t>#45#</w:t>
      </w:r>
      <w:bookmarkEnd w:id="53"/>
    </w:p>
    <w:p>
      <w:r>
        <w:t xml:space="preserve">(1) </w:t>
      </w:r>
      <w:r>
        <w:rPr>
          <w:rStyle w:val="Satznummer"/>
        </w:rPr>
        <w:t>1</w:t>
      </w:r>
      <w:r>
        <w:t>Ein gewählter Bewerber erwirbt die Mitgliedschaft im Deutschen Bundestag nach der abschließenden Feststellung des Ergebnisses für das Wahlgebiet durch den Bundeswahlausschuss (</w:t>
      </w:r>
      <w:hyperlink w:anchor="b47" w:history="1">
        <w:r>
          <w:rPr>
            <w:color w:val="0A3A8C"/>
            <w:u w:val="single"/>
          </w:rPr>
          <w:t xml:space="preserve">§ 42</w:t>
        </w:r>
      </w:hyperlink>
      <w:r>
        <w:t xml:space="preserve"> Absatz 3 Satz 1) mit der Eröffnung der ersten Sitzung des Deutschen Bundestages nach der Wahl. </w:t>
      </w:r>
      <w:r>
        <w:rPr>
          <w:rStyle w:val="Satznummer"/>
        </w:rPr>
        <w:t>2</w:t>
      </w:r>
      <w:r>
        <w:t xml:space="preserve">Eine Ablehnung des Erwerbs der Mitgliedschaft muss vor der ersten Sitzung gegenüber dem Landeswahlleiter schriftlich erklärt werden. </w:t>
      </w:r>
      <w:r>
        <w:rPr>
          <w:rStyle w:val="Satznummer"/>
        </w:rPr>
        <w:t>3</w:t>
      </w:r>
      <w:r>
        <w:t xml:space="preserve">Eine Erklärung unter Vorbehalt gilt als Ablehnung. </w:t>
      </w:r>
      <w:r>
        <w:rPr>
          <w:rStyle w:val="Satznummer"/>
        </w:rPr>
        <w:t>4</w:t>
      </w:r>
      <w:r>
        <w:t>Die Erklärung kann nicht widerrufen werden.</w:t>
      </w:r>
    </w:p>
    <w:p>
      <w:r>
        <w:t xml:space="preserve">(2) </w:t>
      </w:r>
      <w:r>
        <w:rPr>
          <w:rStyle w:val="Satznummer"/>
        </w:rPr>
        <w:t>1</w:t>
      </w:r>
      <w:r>
        <w:t>Bei einer Nachfolge (</w:t>
      </w:r>
      <w:hyperlink w:anchor="b55" w:history="1">
        <w:r>
          <w:rPr>
            <w:color w:val="0A3A8C"/>
            <w:u w:val="single"/>
          </w:rPr>
          <w:t xml:space="preserve">§ 48</w:t>
        </w:r>
      </w:hyperlink>
      <w:r>
        <w:t xml:space="preserve"> Abs. 1) oder einer Wiederholungswahl (</w:t>
      </w:r>
      <w:hyperlink w:anchor="b50" w:history="1">
        <w:r>
          <w:rPr>
            <w:color w:val="0A3A8C"/>
            <w:u w:val="single"/>
          </w:rPr>
          <w:t xml:space="preserve">§ 44</w:t>
        </w:r>
      </w:hyperlink>
      <w:r>
        <w:t xml:space="preserve">) wird die Mitgliedschaft im Deutschen Bundestag mit dem frist- und formgerechten Eingang der auf die Benachrichtigung erfolgenden Annahmeerklärung beim zuständigen Wahlleiter, jedoch nicht vor Ausscheiden des ursprünglich gewählten Abgeordneten erworben. </w:t>
      </w:r>
      <w:r>
        <w:rPr>
          <w:rStyle w:val="Satznummer"/>
        </w:rPr>
        <w:t>2</w:t>
      </w:r>
      <w:r>
        <w:t xml:space="preserve">Liegt bei Ablehnung des Erwerbs der Mitgliedschaft im Deutschen Bundestag durch einen gewählten Bewerber die Annahmeerklärung des Nachfolgers bereits vor der ersten Sitzung des Deutschen Bundestages nach der Wahl vor, erwirbt der Nachfolger das Mandat mit der Eröffnung dieser Sitzung. </w:t>
      </w:r>
      <w:r>
        <w:rPr>
          <w:rStyle w:val="Satznummer"/>
        </w:rPr>
        <w:t>3</w:t>
      </w:r>
      <w:r>
        <w:t xml:space="preserve">Gibt der Nachfolger oder durch Wiederholungswahl gewählte Bewerber bis zum Ablauf der Frist keine oder keine formgerechte Erklärung ab, so gilt die Nachfolge oder Wahl zu diesem Zeitpunkt als angenommen. </w:t>
      </w:r>
      <w:r>
        <w:rPr>
          <w:rStyle w:val="Satznummer"/>
        </w:rPr>
        <w:t>4</w:t>
      </w:r>
      <w:r>
        <w:t>Absatz 1 Satz 3 und 4 gilt entsprechend.</w:t>
      </w:r>
    </w:p>
    <w:p>
      <w:pPr>
        <w:pStyle w:val="Heading2"/>
      </w:pPr>
      <w:bookmarkStart w:id="54" w:name="b53"/>
      <w:r>
        <w:t>§ 46 Verlust der Mitgliedschaft im Deutschen Bundestag</w:t>
      </w:r>
      <w:r>
        <w:t xml:space="preserve"> </w:t>
      </w:r>
      <w:r>
        <w:rPr>
          <w:rStyle w:val="Suchmarke"/>
        </w:rPr>
        <w:t>#46#</w:t>
      </w:r>
      <w:bookmarkEnd w:id="54"/>
    </w:p>
    <w:p>
      <w:r>
        <w:t xml:space="preserve">(1) </w:t>
      </w:r>
      <w:r>
        <w:rPr>
          <w:rStyle w:val="Satznummer"/>
        </w:rPr>
        <w:t>1</w:t>
      </w:r>
      <w:r>
        <w:t>Ein Abgeordneter verliert die Mitgliedschaft im Deutschen Bundestag bei</w:t>
      </w:r>
    </w:p>
    <w:p>
      <w:pPr>
        <w:tabs>
          <w:tab w:pos="567" w:val="left"/>
        </w:tabs>
        <w:ind w:left="567" w:hanging="567"/>
      </w:pPr>
      <w:r>
        <w:t>1.</w:t>
      </w:r>
      <w:r>
        <w:tab/>
      </w:r>
      <w:r>
        <w:t>Ungültigkeit des Erwerbs der Mitgliedschaft,</w:t>
      </w:r>
    </w:p>
    <w:p>
      <w:pPr>
        <w:tabs>
          <w:tab w:pos="567" w:val="left"/>
        </w:tabs>
        <w:ind w:left="567" w:hanging="567"/>
      </w:pPr>
      <w:r>
        <w:t>2.</w:t>
      </w:r>
      <w:r>
        <w:tab/>
      </w:r>
      <w:r>
        <w:t>Neufeststellung des Wahlergebnisses,</w:t>
      </w:r>
    </w:p>
    <w:p>
      <w:pPr>
        <w:tabs>
          <w:tab w:pos="567" w:val="left"/>
        </w:tabs>
        <w:ind w:left="567" w:hanging="567"/>
      </w:pPr>
      <w:r>
        <w:t>3.</w:t>
      </w:r>
      <w:r>
        <w:tab/>
      </w:r>
      <w:r>
        <w:t>Wegfall einer Voraussetzung seiner jederzeitigen Wählbarkeit,</w:t>
      </w:r>
    </w:p>
    <w:p>
      <w:pPr>
        <w:tabs>
          <w:tab w:pos="567" w:val="left"/>
        </w:tabs>
        <w:ind w:left="567" w:hanging="567"/>
      </w:pPr>
      <w:r>
        <w:t>4.</w:t>
      </w:r>
      <w:r>
        <w:tab/>
      </w:r>
      <w:r>
        <w:t>Verzicht,</w:t>
      </w:r>
    </w:p>
    <w:p>
      <w:pPr>
        <w:tabs>
          <w:tab w:pos="567" w:val="left"/>
        </w:tabs>
        <w:ind w:left="567" w:hanging="567"/>
      </w:pPr>
      <w:r>
        <w:t>5.</w:t>
      </w:r>
      <w:r>
        <w:tab/>
      </w:r>
      <w:r>
        <w:t>Feststellung der Verfassungswidrigkeit der Partei oder der Teilorganisation einer Partei, der er angehört, durch das Bundesverfassungsgericht nach Artikel 21 Absatz 4 des Grundgesetzes.</w:t>
      </w:r>
    </w:p>
    <w:p>
      <w:r>
        <w:rPr>
          <w:rStyle w:val="Satznummer"/>
        </w:rPr>
        <w:t>2</w:t>
      </w:r>
      <w:r>
        <w:t>Verlustgründe nach anderen gesetzlichen Vorschriften bleiben unberührt.</w:t>
      </w:r>
    </w:p>
    <w:p>
      <w:r>
        <w:t xml:space="preserve">(2) Bei Ungültigkeit seiner Wahl im Wahlkreis bleibt der Abgeordnete Mitglied des Bundestages, wenn er zugleich auf einer Landesliste gewählt war, aber nach </w:t>
      </w:r>
      <w:hyperlink w:anchor="b6" w:history="1">
        <w:r>
          <w:rPr>
            <w:color w:val="0A3A8C"/>
            <w:u w:val="single"/>
          </w:rPr>
          <w:t xml:space="preserve">§ 6</w:t>
        </w:r>
      </w:hyperlink>
      <w:r>
        <w:t xml:space="preserve"> Absatz 4 Satz 2 unberücksichtigt geblieben ist.</w:t>
      </w:r>
    </w:p>
    <w:p>
      <w:r>
        <w:t xml:space="preserve">(3) </w:t>
      </w:r>
      <w:r>
        <w:rPr>
          <w:rStyle w:val="Satznummer"/>
        </w:rPr>
        <w:t>1</w:t>
      </w:r>
      <w:r>
        <w:t xml:space="preserve">Der Verzicht ist nur wirksam, wenn er zur Niederschrift des Präsidenten des Deutschen Bundestages, eines deutschen Notars, der seinen Sitz im Geltungsbereich dieses Gesetzes hat, oder eines zur Vornahme von Beurkundungen ermächtigten Bediensteten einer deutschen Auslandsvertretung erklärt wird. </w:t>
      </w:r>
      <w:r>
        <w:rPr>
          <w:rStyle w:val="Satznummer"/>
        </w:rPr>
        <w:t>2</w:t>
      </w:r>
      <w:r>
        <w:t xml:space="preserve">Die notarielle oder bei einer Auslandsvertretung abgegebene Verzichtserklärung hat der Abgeordnete dem Bundestagspräsidenten zu übermitteln. </w:t>
      </w:r>
      <w:r>
        <w:rPr>
          <w:rStyle w:val="Satznummer"/>
        </w:rPr>
        <w:t>3</w:t>
      </w:r>
      <w:r>
        <w:t>Der Verzicht kann nicht widerrufen werden.</w:t>
      </w:r>
    </w:p>
    <w:p>
      <w:r>
        <w:t xml:space="preserve">(4) </w:t>
      </w:r>
      <w:r>
        <w:rPr>
          <w:rStyle w:val="Satznummer"/>
        </w:rPr>
        <w:t>1</w:t>
      </w:r>
      <w:r>
        <w:t xml:space="preserve">Wird eine Partei oder die Teilorganisation einer Partei durch das Bundesverfassungsgericht nach Artikel 21 Absatz 4 des Grundgesetzes für verfassungswidrig erklärt, verlieren die Abgeordneten ihre Mitgliedschaft im Deutschen Bundestag und die Nachfolger ihre Anwartschaft, sofern sie dieser Partei oder Teilorganisation in der Zeit zwischen der Antragstellung (§ 43 des Gesetzes über das Bundesverfassungsgericht) und der Verkündung der Entscheidung (§ 46 des Gesetzes über das Bundesverfassungsgericht) angehört haben. </w:t>
      </w:r>
      <w:r>
        <w:rPr>
          <w:rStyle w:val="Satznummer"/>
        </w:rPr>
        <w:t>2</w:t>
      </w:r>
      <w:r>
        <w:t xml:space="preserve">Soweit Abgeordnete, die nach Satz 1 ihre Mitgliedschaft verloren haben, in Wahlkreisen gewählt waren, wird die Wahl eines Wahlkreisabgeordneten in diesen Wahlkreisen bei entsprechender Anwendung des </w:t>
      </w:r>
      <w:hyperlink w:anchor="b50" w:history="1">
        <w:r>
          <w:rPr>
            <w:color w:val="0A3A8C"/>
            <w:u w:val="single"/>
          </w:rPr>
          <w:t xml:space="preserve">§ 44</w:t>
        </w:r>
      </w:hyperlink>
      <w:r>
        <w:t xml:space="preserve"> Abs. 2 bis 4 wiederholt; hierbei dürfen die Abgeordneten, die nach Satz 1 ihre Mitgliedschaft verloren haben, nicht als Bewerber auftreten. </w:t>
      </w:r>
      <w:r>
        <w:rPr>
          <w:rStyle w:val="Satznummer"/>
        </w:rPr>
        <w:t>3</w:t>
      </w:r>
      <w:r>
        <w:t xml:space="preserve">Soweit Abgeordnete, die nach Satz 1 ihre Mitgliedschaft verloren haben, nach einer Landesliste der für verfassungswidrig erklärten Partei oder Teilorganisation der Partei gewählt waren, bleiben die Sitze unbesetzt. </w:t>
      </w:r>
      <w:r>
        <w:rPr>
          <w:rStyle w:val="Satznummer"/>
        </w:rPr>
        <w:t>4</w:t>
      </w:r>
      <w:r>
        <w:t xml:space="preserve">Im übrigen gilt </w:t>
      </w:r>
      <w:hyperlink w:anchor="b55" w:history="1">
        <w:r>
          <w:rPr>
            <w:color w:val="0A3A8C"/>
            <w:u w:val="single"/>
          </w:rPr>
          <w:t xml:space="preserve">§ 48</w:t>
        </w:r>
      </w:hyperlink>
      <w:r>
        <w:t xml:space="preserve"> Abs. 1.</w:t>
      </w:r>
    </w:p>
    <w:p>
      <w:pPr>
        <w:pStyle w:val="Heading2"/>
      </w:pPr>
      <w:bookmarkStart w:id="55" w:name="b54"/>
      <w:r>
        <w:t>§ 47 Entscheidung über den Verlust der Mitgliedschaft</w:t>
      </w:r>
      <w:r>
        <w:t xml:space="preserve"> </w:t>
      </w:r>
      <w:r>
        <w:rPr>
          <w:rStyle w:val="Suchmarke"/>
        </w:rPr>
        <w:t>#47#</w:t>
      </w:r>
      <w:bookmarkEnd w:id="55"/>
    </w:p>
    <w:p>
      <w:r>
        <w:t xml:space="preserve">(1) Über den Verlust der Mitgliedschaft nach </w:t>
      </w:r>
      <w:hyperlink w:anchor="b53" w:history="1">
        <w:r>
          <w:rPr>
            <w:color w:val="0A3A8C"/>
            <w:u w:val="single"/>
          </w:rPr>
          <w:t xml:space="preserve">§ 46</w:t>
        </w:r>
      </w:hyperlink>
      <w:r>
        <w:t xml:space="preserve"> Abs. 1 wird entschieden</w:t>
      </w:r>
    </w:p>
    <w:p>
      <w:pPr>
        <w:tabs>
          <w:tab w:pos="567" w:val="left"/>
        </w:tabs>
        <w:ind w:left="567" w:hanging="567"/>
      </w:pPr>
      <w:r>
        <w:t>1.</w:t>
      </w:r>
      <w:r>
        <w:tab/>
      </w:r>
      <w:r>
        <w:t>im Falle der Nummer 1 im Wahlprüfungsverfahren,</w:t>
      </w:r>
    </w:p>
    <w:p>
      <w:pPr>
        <w:tabs>
          <w:tab w:pos="567" w:val="left"/>
        </w:tabs>
        <w:ind w:left="567" w:hanging="567"/>
      </w:pPr>
      <w:r>
        <w:t>2.</w:t>
      </w:r>
      <w:r>
        <w:tab/>
      </w:r>
      <w:r>
        <w:t>im Falle der Nummern 2 und 5 durch Beschluß des Ältestenrates des Deutschen Bundestages,</w:t>
      </w:r>
    </w:p>
    <w:p>
      <w:pPr>
        <w:tabs>
          <w:tab w:pos="567" w:val="left"/>
        </w:tabs>
        <w:ind w:left="567" w:hanging="567"/>
      </w:pPr>
      <w:r>
        <w:t>3.</w:t>
      </w:r>
      <w:r>
        <w:tab/>
      </w:r>
      <w:r>
        <w:t>im Falle der Nummer 3, wenn der Verlust der Wählbarkeit durch rechtskräftigen Richterspruch eingetreten ist, durch Beschluß des Ältestenrates des Deutschen Bundestages, im übrigen im Wahlprüfungsverfahren,</w:t>
      </w:r>
    </w:p>
    <w:p>
      <w:pPr>
        <w:tabs>
          <w:tab w:pos="567" w:val="left"/>
        </w:tabs>
        <w:ind w:left="567" w:hanging="567"/>
      </w:pPr>
      <w:r>
        <w:t>4.</w:t>
      </w:r>
      <w:r>
        <w:tab/>
      </w:r>
      <w:r>
        <w:t>im Falle der Nummer 4 durch den Präsidenten des Deutschen Bundestages in der Form der Erteilung einer Bestätigung der Verzichtserklärung.</w:t>
      </w:r>
    </w:p>
    <w:p>
      <w:r>
        <w:t>(2) Wird über den Verlust der Mitgliedschaft im Wahlprüfungsverfahren entschieden, so scheidet der Abgeordnete mit der Rechtskraft der Entscheidung aus dem Deutschen Bundestag aus.</w:t>
      </w:r>
    </w:p>
    <w:p>
      <w:r>
        <w:t xml:space="preserve">(3) </w:t>
      </w:r>
      <w:r>
        <w:rPr>
          <w:rStyle w:val="Satznummer"/>
        </w:rPr>
        <w:t>1</w:t>
      </w:r>
      <w:r>
        <w:t xml:space="preserve">Entscheidet der Ältestenrat oder der Präsident des Deutschen Bundestages über den Verlust der Mitgliedschaft, so scheidet der Abgeordnete mit der Entscheidung aus dem Deutschen Bundestag aus. </w:t>
      </w:r>
      <w:r>
        <w:rPr>
          <w:rStyle w:val="Satznummer"/>
        </w:rPr>
        <w:t>2</w:t>
      </w:r>
      <w:r>
        <w:t xml:space="preserve">Die Entscheidung ist unverzüglich von Amts wegen zu treffen. </w:t>
      </w:r>
      <w:r>
        <w:rPr>
          <w:rStyle w:val="Satznummer"/>
        </w:rPr>
        <w:t>3</w:t>
      </w:r>
      <w:r>
        <w:t xml:space="preserve">Innerhalb von zwei Wochen nach Zustellung der Entscheidung kann der Betroffene die Entscheidung des Deutschen Bundestages über den Verlust der Mitgliedschaft im Wahlprüfungsverfahren beantragen. </w:t>
      </w:r>
      <w:r>
        <w:rPr>
          <w:rStyle w:val="Satznummer"/>
        </w:rPr>
        <w:t>4</w:t>
      </w:r>
      <w:r>
        <w:t>Die Zustellung erfolgt nach den Vorschriften des Verwaltungszustellungsgesetzes.</w:t>
      </w:r>
    </w:p>
    <w:p>
      <w:pPr>
        <w:pStyle w:val="Heading2"/>
      </w:pPr>
      <w:bookmarkStart w:id="56" w:name="b55"/>
      <w:r>
        <w:t>§ 48 Berufung von Nachfolgern</w:t>
      </w:r>
      <w:r>
        <w:t xml:space="preserve"> </w:t>
      </w:r>
      <w:r>
        <w:rPr>
          <w:rStyle w:val="Suchmarke"/>
        </w:rPr>
        <w:t>#48#</w:t>
      </w:r>
      <w:bookmarkEnd w:id="56"/>
    </w:p>
    <w:p>
      <w:r>
        <w:t xml:space="preserve">(1) </w:t>
      </w:r>
      <w:r>
        <w:rPr>
          <w:rStyle w:val="Satznummer"/>
        </w:rPr>
        <w:t>1</w:t>
      </w:r>
      <w:r>
        <w:t xml:space="preserve">Wenn ein nach </w:t>
      </w:r>
      <w:hyperlink w:anchor="b6" w:history="1">
        <w:r>
          <w:rPr>
            <w:color w:val="0A3A8C"/>
            <w:u w:val="single"/>
          </w:rPr>
          <w:t xml:space="preserve">§ 6</w:t>
        </w:r>
      </w:hyperlink>
      <w:r>
        <w:t xml:space="preserve"> Absatz 1 oder 4 gewählter Bewerber stirbt oder dem Landeswahlleiter schriftlich die Ablehnung des Erwerbs der Mitgliedschaft erklärt oder wenn ein nach </w:t>
      </w:r>
      <w:hyperlink w:anchor="b6" w:history="1">
        <w:r>
          <w:rPr>
            <w:color w:val="0A3A8C"/>
            <w:u w:val="single"/>
          </w:rPr>
          <w:t xml:space="preserve">§ 6</w:t>
        </w:r>
      </w:hyperlink>
      <w:r>
        <w:t xml:space="preserve"> Absatz 1 oder 4 gewählter Abgeordneter stirbt oder sonst nachträglich aus dem Deutschen Bundestag ausscheidet, so wird der Sitz mit dem nach den Grundsätzen des </w:t>
      </w:r>
      <w:hyperlink w:anchor="b6" w:history="1">
        <w:r>
          <w:rPr>
            <w:color w:val="0A3A8C"/>
            <w:u w:val="single"/>
          </w:rPr>
          <w:t xml:space="preserve">§ 6</w:t>
        </w:r>
      </w:hyperlink>
      <w:r>
        <w:t xml:space="preserve"> Absatz 1, 3 und 4 nachfolgenden Bewerber der Partei besetzt, für die der gewählte Bewerber oder ausgeschiedene Abgeordnete bei der Wahl aufgetreten ist. </w:t>
      </w:r>
      <w:r>
        <w:rPr>
          <w:rStyle w:val="Satznummer"/>
        </w:rPr>
        <w:t>2</w:t>
      </w:r>
      <w:r>
        <w:t xml:space="preserve">Bei der Nachfolge bleiben diejenigen Listenbewerber unberücksichtigt, die seit dem Zeitpunkt der Aufstellung der Landesliste aus dieser Partei ausgeschieden oder Mitglied einer anderen Partei geworden sind. </w:t>
      </w:r>
      <w:r>
        <w:rPr>
          <w:rStyle w:val="Satznummer"/>
        </w:rPr>
        <w:t>3</w:t>
      </w:r>
      <w:r>
        <w:t xml:space="preserve">Entsprechendes gilt für Bewerber, die als Kreiswahlvorschlag dieser Partei aufgestellt wurden. </w:t>
      </w:r>
      <w:r>
        <w:rPr>
          <w:rStyle w:val="Satznummer"/>
        </w:rPr>
        <w:t>4</w:t>
      </w:r>
      <w:r>
        <w:t xml:space="preserve">Unberücksichtigt bleiben ebenso Listenbewerber, die als gewählte Bewerber im Wahlkreis ihren Mitgliedschaftserwerb abgelehnt oder als Abgeordnete auf ihre Mitgliedschaft im Deutschen Bundestag verzichtet haben. </w:t>
      </w:r>
      <w:r>
        <w:rPr>
          <w:rStyle w:val="Satznummer"/>
        </w:rPr>
        <w:t>5</w:t>
      </w:r>
      <w:r>
        <w:t xml:space="preserve">Ist die Liste erschöpft, so bleibt der Sitz unbesetzt. </w:t>
      </w:r>
      <w:r>
        <w:rPr>
          <w:rStyle w:val="Satznummer"/>
        </w:rPr>
        <w:t>6</w:t>
      </w:r>
      <w:r>
        <w:t xml:space="preserve">Die Feststellung, wer als Nachfolger eintritt, trifft der Landeswahlleiter. </w:t>
      </w:r>
      <w:r>
        <w:rPr>
          <w:rStyle w:val="Satznummer"/>
        </w:rPr>
        <w:t>7</w:t>
      </w:r>
      <w:r>
        <w:t>Er benachrichtigt den Nachfolger und fordert ihn auf, binnen einer Woche schriftlich zu erklären, ob er die Nachfolge annimmt.</w:t>
      </w:r>
    </w:p>
    <w:p>
      <w:r>
        <w:t xml:space="preserve">(2) Ist der Ausgeschiedene nach </w:t>
      </w:r>
      <w:hyperlink w:anchor="b6" w:history="1">
        <w:r>
          <w:rPr>
            <w:color w:val="0A3A8C"/>
            <w:u w:val="single"/>
          </w:rPr>
          <w:t xml:space="preserve">§ 6</w:t>
        </w:r>
      </w:hyperlink>
      <w:r>
        <w:t xml:space="preserve"> Absatz 2 gewählt, bleibt der Sitz unbesetzt.</w:t>
      </w:r>
    </w:p>
    <w:p>
      <w:pPr>
        <w:pStyle w:val="Heading1"/>
      </w:pPr>
      <w:bookmarkStart w:id="57" w:name="b56"/>
      <w:r>
        <w:t>Neunter Abschnitt Schlußbestimmungen</w:t>
      </w:r>
      <w:bookmarkEnd w:id="57"/>
    </w:p>
    <w:p>
      <w:pPr>
        <w:pStyle w:val="Heading2"/>
      </w:pPr>
      <w:bookmarkStart w:id="58" w:name="b57"/>
      <w:r>
        <w:t>§ 49 Anfechtung</w:t>
      </w:r>
      <w:r>
        <w:t xml:space="preserve"> </w:t>
      </w:r>
      <w:r>
        <w:rPr>
          <w:rStyle w:val="Suchmarke"/>
        </w:rPr>
        <w:t>#49#</w:t>
      </w:r>
      <w:bookmarkEnd w:id="58"/>
    </w:p>
    <w:p>
      <w:r>
        <w:t>Entscheidungen und Maßnahmen, die sich unmittelbar auf das Wahlverfahren beziehen, können nur mit den in diesem Gesetz und in der Bundeswahlordnung vorgesehenen Rechtsbehelfen sowie im Wahlprüfungsverfahren angefochten werden.</w:t>
      </w:r>
    </w:p>
    <w:p>
      <w:pPr>
        <w:pStyle w:val="Heading2"/>
      </w:pPr>
      <w:bookmarkStart w:id="59" w:name="b58"/>
      <w:r>
        <w:t>§ 49a Ordnungswidrigkeiten</w:t>
      </w:r>
      <w:r>
        <w:t xml:space="preserve"> </w:t>
      </w:r>
      <w:r>
        <w:rPr>
          <w:rStyle w:val="Suchmarke"/>
        </w:rPr>
        <w:t>#49a#</w:t>
      </w:r>
      <w:bookmarkEnd w:id="59"/>
    </w:p>
    <w:p>
      <w:r>
        <w:t>(1) Ordnungswidrig handelt, wer</w:t>
      </w:r>
    </w:p>
    <w:p>
      <w:pPr>
        <w:tabs>
          <w:tab w:pos="567" w:val="left"/>
        </w:tabs>
        <w:ind w:left="567" w:hanging="567"/>
      </w:pPr>
      <w:r>
        <w:t>1.</w:t>
      </w:r>
      <w:r>
        <w:tab/>
      </w:r>
      <w:r>
        <w:t xml:space="preserve">entgegen </w:t>
      </w:r>
      <w:hyperlink w:anchor="b12" w:history="1">
        <w:r>
          <w:rPr>
            <w:color w:val="0A3A8C"/>
            <w:u w:val="single"/>
          </w:rPr>
          <w:t xml:space="preserve">§ 11</w:t>
        </w:r>
      </w:hyperlink>
      <w:r>
        <w:t xml:space="preserve"> ohne wichtigen Grund ein Ehrenamt ablehnt oder sich ohne genügende Entschuldigung den Pflichten eines solchen entzieht oder</w:t>
      </w:r>
    </w:p>
    <w:p>
      <w:pPr>
        <w:tabs>
          <w:tab w:pos="567" w:val="left"/>
        </w:tabs>
        <w:ind w:left="567" w:hanging="567"/>
      </w:pPr>
      <w:r>
        <w:t>2.</w:t>
      </w:r>
      <w:r>
        <w:tab/>
      </w:r>
      <w:r>
        <w:t>entgegen § 32 Abs. 2 Ergebnisse von Wählerbefragungen nach der Stimmabgabe über den Inhalt der Wahlentscheidung vor Ablauf der Wahlzeit veröffentlicht.</w:t>
      </w:r>
    </w:p>
    <w:p>
      <w:r>
        <w:t>(2) Die Ordnungswidrigkeit nach Absatz 1 Nr. 1 kann mit einer Geldbuße bis zu fünfhundert Euro, die Ordnungswidrigkeit nach Absatz 1 Nr. 2 mit einer Geldbuße bis zu fünfzigtausend Euro geahndet werden.</w:t>
      </w:r>
    </w:p>
    <w:p>
      <w:r>
        <w:t>(3) Verwaltungsbehörde im Sinne des § 36 Abs. 1 Nr. 1 des Gesetzes über Ordnungswidrigkeiten ist</w:t>
      </w:r>
    </w:p>
    <w:p>
      <w:pPr>
        <w:tabs>
          <w:tab w:pos="567" w:val="left"/>
        </w:tabs>
        <w:ind w:left="567" w:hanging="567"/>
      </w:pPr>
      <w:r>
        <w:t>1.</w:t>
      </w:r>
      <w:r>
        <w:tab/>
      </w:r>
      <w:r>
        <w:t>bei Ordnungswidrigkeiten nach Absatz 1 Nr. 1</w:t>
      </w:r>
    </w:p>
    <w:p>
      <w:pPr>
        <w:tabs>
          <w:tab w:pos="1134" w:val="left"/>
        </w:tabs>
        <w:ind w:left="1134" w:hanging="567"/>
      </w:pPr>
      <w:r>
        <w:t>a)</w:t>
      </w:r>
      <w:r>
        <w:tab/>
      </w:r>
      <w:r>
        <w:t>der Kreiswahlleiter, wenn ein Wahlberechtigter das Amt eines Wahlvorstehers, stellvertretenden Wahlvorstehers oder eines Beisitzers im Wahlvorstand oder im Kreiswahlausschuß,</w:t>
      </w:r>
    </w:p>
    <w:p>
      <w:pPr>
        <w:tabs>
          <w:tab w:pos="1134" w:val="left"/>
        </w:tabs>
        <w:ind w:left="1134" w:hanging="567"/>
      </w:pPr>
      <w:r>
        <w:t>b)</w:t>
      </w:r>
      <w:r>
        <w:tab/>
      </w:r>
      <w:r>
        <w:t>der Landeswahlleiter, wenn ein Wahlberechtigter das Amt eines Beisitzers im Landeswahlausschuß,</w:t>
      </w:r>
    </w:p>
    <w:p>
      <w:pPr>
        <w:tabs>
          <w:tab w:pos="1134" w:val="left"/>
        </w:tabs>
        <w:ind w:left="1134" w:hanging="567"/>
      </w:pPr>
      <w:r>
        <w:t>c)</w:t>
      </w:r>
      <w:r>
        <w:tab/>
      </w:r>
      <w:r>
        <w:t>der Bundeswahlleiter, wenn ein Wahlberechtigter das Amt eines Beisitzers im Bundeswahlausschuß</w:t>
      </w:r>
    </w:p>
    <w:p>
      <w:pPr>
        <w:ind w:left="567"/>
      </w:pPr>
      <w:r>
        <w:t>unberechtigt ablehnt oder sich ohne genügende Entschuldigung den Pflichten eines solchen Amtes entzieht,</w:t>
      </w:r>
    </w:p>
    <w:p>
      <w:pPr>
        <w:tabs>
          <w:tab w:pos="567" w:val="left"/>
        </w:tabs>
        <w:ind w:left="567" w:hanging="567"/>
      </w:pPr>
      <w:r>
        <w:t>2.</w:t>
      </w:r>
      <w:r>
        <w:tab/>
      </w:r>
      <w:r>
        <w:t>bei Ordnungswidrigkeiten nach Absatz 1 Nr. 2 der Bundeswahlleiter.</w:t>
      </w:r>
    </w:p>
    <w:p>
      <w:pPr>
        <w:pStyle w:val="Heading2"/>
      </w:pPr>
      <w:bookmarkStart w:id="60" w:name="b59"/>
      <w:r>
        <w:t>§ 49b Staatliche Mittel für andere Kreiswahlvorschläge</w:t>
      </w:r>
      <w:r>
        <w:t xml:space="preserve"> </w:t>
      </w:r>
      <w:r>
        <w:rPr>
          <w:rStyle w:val="Suchmarke"/>
        </w:rPr>
        <w:t>#49b#</w:t>
      </w:r>
      <w:bookmarkEnd w:id="60"/>
    </w:p>
    <w:p>
      <w:r>
        <w:t xml:space="preserve">(1) </w:t>
      </w:r>
      <w:r>
        <w:rPr>
          <w:rStyle w:val="Satznummer"/>
        </w:rPr>
        <w:t>1</w:t>
      </w:r>
      <w:r>
        <w:t xml:space="preserve">Bewerber eines nach Maßgabe der §§ 18 und 20 von Wahlberechtigten eingereichten Wahlvorschlages, die mindestens 10 vom Hundert der in einem Wahlkreis abgegebenen gültigen Erststimmen erreicht haben, erhalten je gültige Stimme das Vierfache des in § 18 Absatz 3 Satz 1 Nummer 1 des Parteiengesetzes genannten und nach § 18 Absatz 3 Satz 3 des Parteiengesetzes bis zum Zeitpunkt der Wahl erhöhten Betrages. </w:t>
      </w:r>
      <w:r>
        <w:rPr>
          <w:rStyle w:val="Satznummer"/>
        </w:rPr>
        <w:t>2</w:t>
      </w:r>
      <w:r>
        <w:t>Die Mittel sind im Bundeshaushaltsplan auszubringen.</w:t>
      </w:r>
    </w:p>
    <w:p>
      <w:r>
        <w:t xml:space="preserve">(2) </w:t>
      </w:r>
      <w:r>
        <w:rPr>
          <w:rStyle w:val="Satznummer"/>
        </w:rPr>
        <w:t>1</w:t>
      </w:r>
      <w:r>
        <w:t xml:space="preserve">Die Festsetzung und die Auszahlung der staatliche Mittel sind von dem Bewerber innerhalb von zwei Monaten nach dem Zusammentritt des Deutschen Bundestages beim Präsidenten des Deutschen Bundestages schriftlich zu beantragen; danach eingehende Anträge bleiben unberücksichtigt. </w:t>
      </w:r>
      <w:r>
        <w:rPr>
          <w:rStyle w:val="Satznummer"/>
        </w:rPr>
        <w:t>2</w:t>
      </w:r>
      <w:r>
        <w:t>Der Betrag wird von dem Präsidenten des Deutschen Bundestages festgesetzt und ausgezahlt.</w:t>
      </w:r>
    </w:p>
    <w:p>
      <w:r>
        <w:t>(3) Die Vorschriften des Parteiengesetzes über die absolute und relative Obergrenze finden keine Anwendung.</w:t>
      </w:r>
    </w:p>
    <w:p>
      <w:pPr>
        <w:pStyle w:val="Heading2"/>
      </w:pPr>
      <w:bookmarkStart w:id="61" w:name="b60"/>
      <w:r>
        <w:t>§ 50 Wahlkosten</w:t>
      </w:r>
      <w:r>
        <w:t xml:space="preserve"> </w:t>
      </w:r>
      <w:r>
        <w:rPr>
          <w:rStyle w:val="Suchmarke"/>
        </w:rPr>
        <w:t>#50#</w:t>
      </w:r>
      <w:bookmarkEnd w:id="61"/>
    </w:p>
    <w:p>
      <w:r>
        <w:t>(1) Der Bund erstattet den Ländern zugleich für ihre Gemeinden (Gemeindeverbände) die durch die Wahl veranlassten notwendigen Ausgaben.</w:t>
      </w:r>
    </w:p>
    <w:p>
      <w:r>
        <w:t xml:space="preserve">(2) </w:t>
      </w:r>
      <w:r>
        <w:rPr>
          <w:rStyle w:val="Satznummer"/>
        </w:rPr>
        <w:t>1</w:t>
      </w:r>
      <w:r>
        <w:t xml:space="preserve">Die Kosten für die Versendung der Wahlbenachrichtigungen und der Briefwahlunterlagen sowie die Erfrischungsgelder für die Mitglieder der Wahlvorstände werden den Ländern im Wege der Einzelabrechnung ersetzt. </w:t>
      </w:r>
      <w:r>
        <w:rPr>
          <w:rStyle w:val="Satznummer"/>
        </w:rPr>
        <w:t>2</w:t>
      </w:r>
      <w:r>
        <w:t>Bei zeitgleicher Durchführung von Landtags- oder Kommunalwahlen sowie von Abstimmungen mit Wahlen zum Deutschen Bundestag werden diese Kosten dem jeweiligen Land anteilig ersetzt.</w:t>
      </w:r>
    </w:p>
    <w:p>
      <w:r>
        <w:t xml:space="preserve">(3) </w:t>
      </w:r>
      <w:r>
        <w:rPr>
          <w:rStyle w:val="Satznummer"/>
        </w:rPr>
        <w:t>1</w:t>
      </w:r>
      <w:r>
        <w:t xml:space="preserve">Die übrigen Kosten werden durch einen festen Betrag je Wahlberechtigten erstattet. </w:t>
      </w:r>
      <w:r>
        <w:rPr>
          <w:rStyle w:val="Satznummer"/>
        </w:rPr>
        <w:t>2</w:t>
      </w:r>
      <w:r>
        <w:t xml:space="preserve">Er beträgt für Gemeinden bis zu 100 000 Wahlberechtigten 0,56 Euro und für Gemeinden mit mehr als 100 000 Wahlberechtigten 0,87 Euro. </w:t>
      </w:r>
      <w:r>
        <w:rPr>
          <w:rStyle w:val="Satznummer"/>
        </w:rPr>
        <w:t>3</w:t>
      </w:r>
      <w:r>
        <w:t xml:space="preserve">Der Präsident des Statistischen Bundesamtes legt in jedem Jahr bis zum 30. April dem Bundesministerium des Innern und für Heimat einen Bericht über die Entwicklung des Wahlkostenindexes mit einer Fortrechnung gemäß der Anlage 1 zu diesem Gesetz vor. </w:t>
      </w:r>
      <w:r>
        <w:rPr>
          <w:rStyle w:val="Satznummer"/>
        </w:rPr>
        <w:t>4</w:t>
      </w:r>
      <w:r>
        <w:t>Dementsprechende Steigerungen der festen Beträge gelten ab Beginn des Jahres des Berichts und werden vom Bundesministerium des Innern und für Heimat im Bundesanzeiger veröffentlicht; Bruchteile eines Cents ab 0,5 werden dabei aufgerundet, ansonsten abgerundet.</w:t>
      </w:r>
    </w:p>
    <w:p>
      <w:r>
        <w:t>(4) Der Bund erstattet den Blindenvereinen, die ihre Bereitschaft zur Herstellung von Stimmzettelschablonen erklärt haben, die durch die Herstellung und die Verteilung der Stimmzettelschablonen veranlassten notwendigen Ausgaben.</w:t>
      </w:r>
    </w:p>
    <w:p>
      <w:pPr>
        <w:pStyle w:val="Heading2"/>
      </w:pPr>
      <w:bookmarkStart w:id="62" w:name="b61"/>
      <w:r>
        <w:t>§ 51 (weggefallen)</w:t>
      </w:r>
      <w:r>
        <w:t xml:space="preserve"> </w:t>
      </w:r>
      <w:r>
        <w:rPr>
          <w:rStyle w:val="Suchmarke"/>
        </w:rPr>
        <w:t>#51#</w:t>
      </w:r>
      <w:bookmarkEnd w:id="62"/>
    </w:p>
    <w:p>
      <w:pPr>
        <w:pStyle w:val="Heading2"/>
      </w:pPr>
      <w:bookmarkStart w:id="63" w:name="b62"/>
      <w:r>
        <w:t>§ 52 Bundeswahlordnung</w:t>
      </w:r>
      <w:r>
        <w:t xml:space="preserve"> </w:t>
      </w:r>
      <w:r>
        <w:rPr>
          <w:rStyle w:val="Suchmarke"/>
        </w:rPr>
        <w:t>#52#</w:t>
      </w:r>
      <w:bookmarkEnd w:id="63"/>
    </w:p>
    <w:p>
      <w:r>
        <w:t xml:space="preserve">(1) </w:t>
      </w:r>
      <w:r>
        <w:rPr>
          <w:rStyle w:val="Satznummer"/>
        </w:rPr>
        <w:t>1</w:t>
      </w:r>
      <w:r>
        <w:t xml:space="preserve">Das Bundesministerium des Innern und für Heimat erläßt die zur Durchführung dieses Gesetzes erforderliche Bundeswahlordnung. </w:t>
      </w:r>
      <w:r>
        <w:rPr>
          <w:rStyle w:val="Satznummer"/>
        </w:rPr>
        <w:t>2</w:t>
      </w:r>
      <w:r>
        <w:t>Es trifft darin insbesondere Rechtsvorschriften über</w:t>
      </w:r>
    </w:p>
    <w:p>
      <w:pPr>
        <w:tabs>
          <w:tab w:pos="567" w:val="left"/>
        </w:tabs>
        <w:ind w:left="567" w:hanging="567"/>
      </w:pPr>
      <w:r>
        <w:t>1.</w:t>
      </w:r>
      <w:r>
        <w:tab/>
      </w:r>
      <w:r>
        <w:t>die Bestellung der Wahlleiter und Wahlvorsteher, die Bildung der Wahlausschüsse und Wahlvorstände sowie über die Tätigkeit, Beschlußfähigkeit und das Verfahren der Wahlorgane,</w:t>
      </w:r>
    </w:p>
    <w:p>
      <w:pPr>
        <w:tabs>
          <w:tab w:pos="567" w:val="left"/>
        </w:tabs>
        <w:ind w:left="567" w:hanging="567"/>
      </w:pPr>
      <w:r>
        <w:t>2.</w:t>
      </w:r>
      <w:r>
        <w:tab/>
      </w:r>
      <w:r>
        <w:t>die Berufung in ein Wahlehrenamt, über den Ersatz von Auslagen für Inhaber von Wahlehrenämtern und über das Bußgeldverfahren,</w:t>
      </w:r>
    </w:p>
    <w:p>
      <w:pPr>
        <w:tabs>
          <w:tab w:pos="567" w:val="left"/>
        </w:tabs>
        <w:ind w:left="567" w:hanging="567"/>
      </w:pPr>
      <w:r>
        <w:t>3.</w:t>
      </w:r>
      <w:r>
        <w:tab/>
      </w:r>
      <w:r>
        <w:t>die Wahlzeit,</w:t>
      </w:r>
    </w:p>
    <w:p>
      <w:pPr>
        <w:tabs>
          <w:tab w:pos="567" w:val="left"/>
        </w:tabs>
        <w:ind w:left="567" w:hanging="567"/>
      </w:pPr>
      <w:r>
        <w:t>4.</w:t>
      </w:r>
      <w:r>
        <w:tab/>
      </w:r>
      <w:r>
        <w:t>die Bildung der Wahlbezirke und ihre Bekanntmachung,</w:t>
      </w:r>
    </w:p>
    <w:p>
      <w:pPr>
        <w:tabs>
          <w:tab w:pos="567" w:val="left"/>
        </w:tabs>
        <w:ind w:left="567" w:hanging="567"/>
      </w:pPr>
      <w:r>
        <w:t>5.</w:t>
      </w:r>
      <w:r>
        <w:tab/>
      </w:r>
      <w:r>
        <w:t>die einzelnen Voraussetzungen für die Aufnahme in die Wählerverzeichnisse, deren Führung, Berichtigung und Abschluss, über die Einsicht in die Wählerverzeichnisse, über den Einspruch und die Beschwerde gegen das Wählerverzeichnis sowie über die Benachrichtigung der Wahlberechtigten,</w:t>
      </w:r>
    </w:p>
    <w:p>
      <w:pPr>
        <w:tabs>
          <w:tab w:pos="567" w:val="left"/>
        </w:tabs>
        <w:ind w:left="567" w:hanging="567"/>
      </w:pPr>
      <w:r>
        <w:t>6.</w:t>
      </w:r>
      <w:r>
        <w:tab/>
      </w:r>
      <w:r>
        <w:t>die einzelnen Voraussetzungen für die Erteilung von Wahlscheinen, deren Ausstellung, über den Einspruch und die Beschwerde gegen die Ablehnung von Wahlscheinen,</w:t>
      </w:r>
    </w:p>
    <w:p>
      <w:pPr>
        <w:tabs>
          <w:tab w:pos="567" w:val="left"/>
        </w:tabs>
        <w:ind w:left="567" w:hanging="567"/>
      </w:pPr>
      <w:r>
        <w:t>7.</w:t>
      </w:r>
      <w:r>
        <w:tab/>
      </w:r>
      <w:r>
        <w:t>den Nachweis der Wahlrechtsvoraussetzungen,</w:t>
      </w:r>
    </w:p>
    <w:p>
      <w:pPr>
        <w:tabs>
          <w:tab w:pos="567" w:val="left"/>
        </w:tabs>
        <w:ind w:left="567" w:hanging="567"/>
      </w:pPr>
      <w:r>
        <w:t>8.</w:t>
      </w:r>
      <w:r>
        <w:tab/>
      </w:r>
      <w:r>
        <w:t xml:space="preserve">das Verfahren der Wahlorgane nach </w:t>
      </w:r>
      <w:hyperlink w:anchor="b21" w:history="1">
        <w:r>
          <w:rPr>
            <w:color w:val="0A3A8C"/>
            <w:u w:val="single"/>
          </w:rPr>
          <w:t xml:space="preserve">§ 18</w:t>
        </w:r>
      </w:hyperlink>
      <w:r>
        <w:t xml:space="preserve"> Absatz 2 bis 4a,</w:t>
      </w:r>
    </w:p>
    <w:p>
      <w:pPr>
        <w:tabs>
          <w:tab w:pos="567" w:val="left"/>
        </w:tabs>
        <w:ind w:left="567" w:hanging="567"/>
      </w:pPr>
      <w:r>
        <w:t>9.</w:t>
      </w:r>
      <w:r>
        <w:tab/>
      </w:r>
      <w:r>
        <w:t>Einreichung, Inhalt und Form der Wahlvorschläge sowie der dazugehörigen Unterlagen, über ihre Prüfung, die Beseitigung von Mängeln, ihre Zulassung, die Beschwerde gegen Entscheidungen des Kreiswahlausschusses und des Landeswahlausschusses sowie die Bekanntgabe der Wahlvorschläge,</w:t>
      </w:r>
    </w:p>
    <w:p>
      <w:pPr>
        <w:tabs>
          <w:tab w:pos="567" w:val="left"/>
        </w:tabs>
        <w:ind w:left="567" w:hanging="567"/>
      </w:pPr>
      <w:r>
        <w:t>10.</w:t>
      </w:r>
      <w:r>
        <w:tab/>
      </w:r>
      <w:r>
        <w:t>Form und Inhalt des Stimmzettels und über den Stimmzettelumschlag,</w:t>
      </w:r>
    </w:p>
    <w:p>
      <w:pPr>
        <w:tabs>
          <w:tab w:pos="567" w:val="left"/>
        </w:tabs>
        <w:ind w:left="567" w:hanging="567"/>
      </w:pPr>
      <w:r>
        <w:t>11.</w:t>
      </w:r>
      <w:r>
        <w:tab/>
      </w:r>
      <w:r>
        <w:t>Bereitstellung, Einrichtung und Bekanntmachung der Wahlräume sowie über Wahlschutzvorrichtungen und Wahlzellen,</w:t>
      </w:r>
    </w:p>
    <w:p>
      <w:pPr>
        <w:tabs>
          <w:tab w:pos="567" w:val="left"/>
        </w:tabs>
        <w:ind w:left="567" w:hanging="567"/>
      </w:pPr>
      <w:r>
        <w:t>12.</w:t>
      </w:r>
      <w:r>
        <w:tab/>
      </w:r>
      <w:r>
        <w:t>die Stimmabgabe, auch soweit besondere Verhältnisse besondere Regelungen erfordern,</w:t>
      </w:r>
    </w:p>
    <w:p>
      <w:pPr>
        <w:tabs>
          <w:tab w:pos="567" w:val="left"/>
        </w:tabs>
        <w:ind w:left="567" w:hanging="567"/>
      </w:pPr>
      <w:r>
        <w:t>13.</w:t>
      </w:r>
      <w:r>
        <w:tab/>
      </w:r>
      <w:r>
        <w:t>die Briefwahl,</w:t>
      </w:r>
    </w:p>
    <w:p>
      <w:pPr>
        <w:tabs>
          <w:tab w:pos="567" w:val="left"/>
        </w:tabs>
        <w:ind w:left="567" w:hanging="567"/>
      </w:pPr>
      <w:r>
        <w:t>14.</w:t>
      </w:r>
      <w:r>
        <w:tab/>
      </w:r>
      <w:r>
        <w:t>die Abgabe und Aufnahme von Versicherungen an Eides statt,</w:t>
      </w:r>
    </w:p>
    <w:p>
      <w:pPr>
        <w:tabs>
          <w:tab w:pos="567" w:val="left"/>
        </w:tabs>
        <w:ind w:left="567" w:hanging="567"/>
      </w:pPr>
      <w:r>
        <w:t>15.</w:t>
      </w:r>
      <w:r>
        <w:tab/>
      </w:r>
      <w:r>
        <w:t>die Wahl in Kranken- und Pflegeanstalten, Klöstern, gesperrten Wohnstätten sowie sozialtherapeutischen und Justizvollzugsanstalten,</w:t>
      </w:r>
    </w:p>
    <w:p>
      <w:pPr>
        <w:tabs>
          <w:tab w:pos="567" w:val="left"/>
        </w:tabs>
        <w:ind w:left="567" w:hanging="567"/>
      </w:pPr>
      <w:r>
        <w:t>16.</w:t>
      </w:r>
      <w:r>
        <w:tab/>
      </w:r>
      <w:r>
        <w:t>die Feststellung der Wahlergebnisse, ihre Weitermeldung und Bekanntgabe sowie die Benachrichtigung der Gewählten,</w:t>
      </w:r>
    </w:p>
    <w:p>
      <w:pPr>
        <w:tabs>
          <w:tab w:pos="567" w:val="left"/>
        </w:tabs>
        <w:ind w:left="567" w:hanging="567"/>
      </w:pPr>
      <w:r>
        <w:t>17.</w:t>
      </w:r>
      <w:r>
        <w:tab/>
      </w:r>
      <w:r>
        <w:t>die Durchführung von Nachwahlen und Wiederholungswahlen sowie die Berufung von Nachfolgern.</w:t>
      </w:r>
    </w:p>
    <w:p>
      <w:r>
        <w:t>(2) Die Rechtsvorschriften bedürfen nicht der Zustimmung des Bundesrates.</w:t>
      </w:r>
    </w:p>
    <w:p>
      <w:r>
        <w:t>(3) Das Bundesministerium des Innern und für Heimat wird ermächtigt, im Falle einer Auflösung des Deutschen Bundestages die in dem Bundeswahlgesetz und in der Bundeswahlordnung bestimmten Fristen und Termine durch Rechtsverordnung ohne Zustimmung des Bundesrates abzukürzen.</w:t>
      </w:r>
    </w:p>
    <w:p>
      <w:r>
        <w:t>(4) (weggefallen)</w:t>
      </w:r>
    </w:p>
    <w:p>
      <w:pPr>
        <w:pStyle w:val="Heading2"/>
      </w:pPr>
      <w:bookmarkStart w:id="64" w:name="b63"/>
      <w:r>
        <w:t>§ 53 Übergangsregelung</w:t>
      </w:r>
      <w:r>
        <w:t xml:space="preserve"> </w:t>
      </w:r>
      <w:r>
        <w:rPr>
          <w:rStyle w:val="Suchmarke"/>
        </w:rPr>
        <w:t>#53#</w:t>
      </w:r>
      <w:bookmarkEnd w:id="64"/>
    </w:p>
    <w:p>
      <w:r>
        <w:t xml:space="preserve">Ausschlüsse vom Wahlrecht und Ausschlüsse von der Wählbarkeit, die nicht auf einem Richterspruch im Sinne von § 13 in der ab dem 1. Juli 2019 geltenden Fassung oder auf einem Richterspruch im Sinne von </w:t>
      </w:r>
      <w:hyperlink w:anchor="b17" w:history="1">
        <w:r>
          <w:rPr>
            <w:color w:val="0A3A8C"/>
            <w:u w:val="single"/>
          </w:rPr>
          <w:t xml:space="preserve">§ 15</w:t>
        </w:r>
      </w:hyperlink>
      <w:r>
        <w:t xml:space="preserve"> Absatz 2 Nummer 2 beruhen, sind nicht nach § 3 Absatz 2 Nummer 1 Buchstabe a des Bundesmeldegesetzes im Melderegister zu speichern.</w:t>
      </w:r>
    </w:p>
    <w:p>
      <w:pPr>
        <w:pStyle w:val="Heading2"/>
      </w:pPr>
      <w:bookmarkStart w:id="65" w:name="b64"/>
      <w:r>
        <w:t>§ 54 Fristen, Termine und Form</w:t>
      </w:r>
      <w:r>
        <w:t xml:space="preserve"> </w:t>
      </w:r>
      <w:r>
        <w:rPr>
          <w:rStyle w:val="Suchmarke"/>
        </w:rPr>
        <w:t>#54#</w:t>
      </w:r>
      <w:bookmarkEnd w:id="65"/>
    </w:p>
    <w:p>
      <w:r>
        <w:t xml:space="preserve">(1) </w:t>
      </w:r>
      <w:r>
        <w:rPr>
          <w:rStyle w:val="Satznummer"/>
        </w:rPr>
        <w:t>1</w:t>
      </w:r>
      <w:r>
        <w:t xml:space="preserve">Die in diesem Gesetz und in der auf Grund dieses Gesetzes erlassenen Bundeswahlordnung vorgesehenen Fristen und Termine verlängern oder ändern sich nicht dadurch, daß der letzte Tag der Frist oder ein Termin auf einen Sonnabend, einen Sonntag, einen gesetzlichen oder staatlich geschützten Feiertag fällt. </w:t>
      </w:r>
      <w:r>
        <w:rPr>
          <w:rStyle w:val="Satznummer"/>
        </w:rPr>
        <w:t>2</w:t>
      </w:r>
      <w:r>
        <w:t>Eine Wiedereinsetzung in den vorigen Stand ist ausgeschlossen.</w:t>
      </w:r>
    </w:p>
    <w:p>
      <w:r>
        <w:t>(2) Soweit in diesem Gesetz oder in der auf Grund dieses Gesetzes erlassenen Bundeswahlordnung nichts anderes bestimmt ist, müssen vorgeschriebene Erklärungen persönlich und handschriftlich unterzeichnet sein und bei der zuständigen Stelle im Original vorliegen.</w:t>
      </w:r>
    </w:p>
    <w:p>
      <w:pPr>
        <w:pStyle w:val="Heading2"/>
      </w:pPr>
      <w:bookmarkStart w:id="66" w:name="b65"/>
      <w:r>
        <w:t>§ 55 Reformkommission</w:t>
      </w:r>
      <w:r>
        <w:t xml:space="preserve"> </w:t>
      </w:r>
      <w:r>
        <w:rPr>
          <w:rStyle w:val="Suchmarke"/>
        </w:rPr>
        <w:t>#55#</w:t>
      </w:r>
      <w:bookmarkEnd w:id="66"/>
    </w:p>
    <w:p>
      <w:r>
        <w:rPr>
          <w:rStyle w:val="Satznummer"/>
        </w:rPr>
        <w:t>1</w:t>
      </w:r>
      <w:r>
        <w:t xml:space="preserve">Beim Deutschen Bundestag wird eine Reformkommission eingesetzt, die sich mit Fragen des Wahlrechts befasst und Empfehlungen erarbeitet. </w:t>
      </w:r>
      <w:r>
        <w:rPr>
          <w:rStyle w:val="Satznummer"/>
        </w:rPr>
        <w:t>2</w:t>
      </w:r>
      <w:r>
        <w:t xml:space="preserve">Sie befasst sich auch mit der Frage des Wahlrechts ab 16 Jahren, der Dauer der Legislaturperiode und entwickelt Vorschläge zur Modernisierung der Parlamentsarbeit. </w:t>
      </w:r>
      <w:r>
        <w:rPr>
          <w:rStyle w:val="Satznummer"/>
        </w:rPr>
        <w:t>3</w:t>
      </w:r>
      <w:r>
        <w:t xml:space="preserve">Die Reformkommission wird darüber hinaus Maßnahmen empfehlen, um eine gleichberechtigte Repräsentanz von Frauen und Männern auf den Kandidatenlisten und im Deutschen Bundestag zu erreichen. </w:t>
      </w:r>
      <w:r>
        <w:rPr>
          <w:rStyle w:val="Satznummer"/>
        </w:rPr>
        <w:t>4</w:t>
      </w:r>
      <w:r>
        <w:t xml:space="preserve">Die Kommission soll spätestens bis zum 30. Juni 2023 ihre Ergebnisse vorlegen. </w:t>
      </w:r>
      <w:r>
        <w:rPr>
          <w:rStyle w:val="Satznummer"/>
        </w:rPr>
        <w:t>5</w:t>
      </w:r>
      <w:r>
        <w:t>Das Nähere regelt ein vom Deutschen Bundestag unverzüglich zu verabschiedender Einsetzungsbeschluss.</w:t>
      </w:r>
    </w:p>
    <w:p>
      <w:pPr>
        <w:pStyle w:val="Heading2"/>
      </w:pPr>
      <w:bookmarkStart w:id="67" w:name="b66"/>
      <w:r>
        <w:t>Anlage 1 (zu § 50 Absatz 3 Satz 3)</w:t>
      </w:r>
      <w:bookmarkEnd w:id="67"/>
    </w:p>
    <w:p>
      <w:r>
        <w:rPr>
          <w:color w:val="404040"/>
          <w:sz w:val="21"/>
        </w:rPr>
        <w:t>(Fundstelle: BGBl. I 2020, 1409)</w:t>
      </w:r>
    </w:p>
    <w:p>
      <w:pPr>
        <w:tabs>
          <w:tab w:pos="567" w:val="left"/>
        </w:tabs>
        <w:ind w:left="567" w:hanging="567"/>
      </w:pPr>
      <w:r>
        <w:t>I.</w:t>
      </w:r>
      <w:r>
        <w:tab/>
      </w:r>
      <w:r>
        <w:t>Der Bericht des Statistischen Bundesamtes über die Entwicklung des Wahlkostenindexes gemäß § 50 Absatz 3 Satz 3 umfasst:</w:t>
      </w:r>
    </w:p>
    <w:p>
      <w:pPr>
        <w:tabs>
          <w:tab w:pos="1134" w:val="left"/>
        </w:tabs>
        <w:ind w:left="1134" w:hanging="567"/>
      </w:pPr>
      <w:r>
        <w:t>1.</w:t>
      </w:r>
      <w:r>
        <w:tab/>
      </w:r>
      <w:r>
        <w:t>die Darstellung der prozentualen Entwicklung des Wahlkostenindexes bezogen auf das Vorjahr und</w:t>
      </w:r>
    </w:p>
    <w:p>
      <w:pPr>
        <w:tabs>
          <w:tab w:pos="1134" w:val="left"/>
        </w:tabs>
        <w:ind w:left="1134" w:hanging="567"/>
      </w:pPr>
      <w:r>
        <w:t>2.</w:t>
      </w:r>
      <w:r>
        <w:tab/>
      </w:r>
      <w:r>
        <w:t>die Fortrechnung der Beträge nach § 50 Absatz 3 Satz 2 anhand der jährlichen prozentualen Entwicklung des Wahlkostenindexes mit jeweils auf vier Dezimalstellen gerundeten Beträgen; die Beträge sind aufzurunden, wenn der zu rundenden Stelle eine der Ziffern 5 bis 9 folgt, ansonsten sind sie abzurunden.</w:t>
      </w:r>
    </w:p>
    <w:p>
      <w:pPr>
        <w:tabs>
          <w:tab w:pos="567" w:val="left"/>
        </w:tabs>
        <w:ind w:left="567" w:hanging="567"/>
      </w:pPr>
      <w:r>
        <w:t>II.</w:t>
      </w:r>
      <w:r>
        <w:tab/>
      </w:r>
      <w:r>
        <w:t>Der Wahlkostenindex beinhaltet folgende Indexreihen des Statistischen Bundesamtes:</w:t>
      </w:r>
    </w:p>
    <w:tbl>
      <w:tblPr>
        <w:tblStyle w:val="TableGrid"/>
        <w:tblW w:type="pct" w:w="5000"/>
        <w:tblLook w:firstColumn="1" w:firstRow="1" w:lastColumn="0" w:lastRow="0" w:noHBand="0" w:noVBand="1" w:val="04A0"/>
        <w:tblCaption w:val="Tabelle 1 zu Anlage 1"/>
      </w:tblPr>
      <w:tblGrid>
        <w:gridCol w:w="2351"/>
        <w:gridCol w:w="2351"/>
        <w:gridCol w:w="2351"/>
        <w:gridCol w:w="2351"/>
      </w:tblGrid>
      <w:tr>
        <w:trPr>
          <w:cantSplit/>
        </w:trPr>
        <w:tc>
          <w:tcPr>
            <w:tcW w:type="dxa" w:w="2351"/>
          </w:tcPr>
          <w:p>
            <w:r>
              <w:t>1.</w:t>
            </w:r>
          </w:p>
        </w:tc>
        <w:tc>
          <w:tcPr>
            <w:tcW w:type="dxa" w:w="4702"/>
            <w:gridSpan w:val="2"/>
          </w:tcPr>
          <w:p>
            <w:r>
              <w:t>aus dem Index der tariflichen Monatsverdienste in der Gesamtwirtschaft ohne Sonderzahlungen</w:t>
            </w:r>
          </w:p>
        </w:tc>
        <w:tc>
          <w:tcPr>
            <w:tcW w:type="dxa" w:w="2351"/>
          </w:tcPr>
          <w:p/>
        </w:tc>
      </w:tr>
      <w:tr>
        <w:trPr>
          <w:cantSplit/>
        </w:trPr>
        <w:tc>
          <w:tcPr>
            <w:tcW w:type="dxa" w:w="2351"/>
          </w:tcPr>
          <w:p/>
        </w:tc>
        <w:tc>
          <w:tcPr>
            <w:tcW w:type="dxa" w:w="4702"/>
            <w:gridSpan w:val="2"/>
          </w:tcPr>
          <w:p>
            <w:r>
              <w:t>die Indexreihe Öffentliche Verwaltung, Verteidigung; Sozialversicherung (WZ O) mit einem Anteil von</w:t>
            </w:r>
          </w:p>
        </w:tc>
        <w:tc>
          <w:tcPr>
            <w:tcW w:type="dxa" w:w="2351"/>
          </w:tcPr>
          <w:p>
            <w:r>
              <w:t>75 Prozent,</w:t>
            </w:r>
          </w:p>
        </w:tc>
      </w:tr>
      <w:tr>
        <w:trPr>
          <w:cantSplit/>
        </w:trPr>
        <w:tc>
          <w:tcPr>
            <w:tcW w:type="dxa" w:w="2351"/>
          </w:tcPr>
          <w:p>
            <w:r>
              <w:t>2.</w:t>
            </w:r>
          </w:p>
        </w:tc>
        <w:tc>
          <w:tcPr>
            <w:tcW w:type="dxa" w:w="4702"/>
            <w:gridSpan w:val="2"/>
          </w:tcPr>
          <w:p>
            <w:r>
              <w:t>aus dem Index der Erzeugerpreise gewerblicher Produkte</w:t>
            </w:r>
          </w:p>
        </w:tc>
        <w:tc>
          <w:tcPr>
            <w:tcW w:type="dxa" w:w="2351"/>
          </w:tcPr>
          <w:p/>
        </w:tc>
      </w:tr>
      <w:tr>
        <w:trPr>
          <w:cantSplit/>
        </w:trPr>
        <w:tc>
          <w:tcPr>
            <w:tcW w:type="dxa" w:w="2351"/>
          </w:tcPr>
          <w:p/>
        </w:tc>
        <w:tc>
          <w:tcPr>
            <w:tcW w:type="dxa" w:w="2351"/>
          </w:tcPr>
          <w:p>
            <w:r>
              <w:t>a)</w:t>
            </w:r>
          </w:p>
        </w:tc>
        <w:tc>
          <w:tcPr>
            <w:tcW w:type="dxa" w:w="2351"/>
          </w:tcPr>
          <w:p>
            <w:r>
              <w:t>die Indexreihe Schreibwaren und Bürobedarf aus Papier, Karton oder Pappe (GP 1723) mit einem Anteil von</w:t>
            </w:r>
          </w:p>
        </w:tc>
        <w:tc>
          <w:tcPr>
            <w:tcW w:type="dxa" w:w="2351"/>
          </w:tcPr>
          <w:p>
            <w:r>
              <w:t>2 Prozent,</w:t>
            </w:r>
          </w:p>
        </w:tc>
      </w:tr>
      <w:tr>
        <w:trPr>
          <w:cantSplit/>
        </w:trPr>
        <w:tc>
          <w:tcPr>
            <w:tcW w:type="dxa" w:w="2351"/>
          </w:tcPr>
          <w:p/>
        </w:tc>
        <w:tc>
          <w:tcPr>
            <w:tcW w:type="dxa" w:w="2351"/>
          </w:tcPr>
          <w:p>
            <w:r>
              <w:t>b)</w:t>
            </w:r>
          </w:p>
        </w:tc>
        <w:tc>
          <w:tcPr>
            <w:tcW w:type="dxa" w:w="2351"/>
          </w:tcPr>
          <w:p>
            <w:r>
              <w:t>die Indexreihe Werbedrucke und Werbeschriften, Verkaufskataloge und dergleichen (GP 181212) mit einem Anteil von</w:t>
            </w:r>
          </w:p>
        </w:tc>
        <w:tc>
          <w:tcPr>
            <w:tcW w:type="dxa" w:w="2351"/>
          </w:tcPr>
          <w:p>
            <w:r>
              <w:t>5 Prozent,</w:t>
            </w:r>
          </w:p>
        </w:tc>
      </w:tr>
      <w:tr>
        <w:trPr>
          <w:cantSplit/>
        </w:trPr>
        <w:tc>
          <w:tcPr>
            <w:tcW w:type="dxa" w:w="2351"/>
          </w:tcPr>
          <w:p/>
        </w:tc>
        <w:tc>
          <w:tcPr>
            <w:tcW w:type="dxa" w:w="2351"/>
          </w:tcPr>
          <w:p>
            <w:r>
              <w:t>c)</w:t>
            </w:r>
          </w:p>
        </w:tc>
        <w:tc>
          <w:tcPr>
            <w:tcW w:type="dxa" w:w="2351"/>
          </w:tcPr>
          <w:p>
            <w:r>
              <w:t>die Indexreihe Datenverarbeitungsgeräte und periphere Geräte (GP 262) mit einem Anteil von</w:t>
            </w:r>
          </w:p>
        </w:tc>
        <w:tc>
          <w:tcPr>
            <w:tcW w:type="dxa" w:w="2351"/>
          </w:tcPr>
          <w:p>
            <w:r>
              <w:t>7 Prozent,</w:t>
            </w:r>
          </w:p>
        </w:tc>
      </w:tr>
      <w:tr>
        <w:trPr>
          <w:cantSplit/>
        </w:trPr>
        <w:tc>
          <w:tcPr>
            <w:tcW w:type="dxa" w:w="2351"/>
          </w:tcPr>
          <w:p/>
        </w:tc>
        <w:tc>
          <w:tcPr>
            <w:tcW w:type="dxa" w:w="2351"/>
          </w:tcPr>
          <w:p>
            <w:r>
              <w:t>d)</w:t>
            </w:r>
          </w:p>
        </w:tc>
        <w:tc>
          <w:tcPr>
            <w:tcW w:type="dxa" w:w="2351"/>
          </w:tcPr>
          <w:p>
            <w:r>
              <w:t>die Indexreihe Büromöbel, Ladenmöbel aus Holz (GP 3101) mit einem Anteil von</w:t>
            </w:r>
          </w:p>
        </w:tc>
        <w:tc>
          <w:tcPr>
            <w:tcW w:type="dxa" w:w="2351"/>
          </w:tcPr>
          <w:p>
            <w:r>
              <w:t>4 Prozent,</w:t>
            </w:r>
          </w:p>
        </w:tc>
      </w:tr>
      <w:tr>
        <w:trPr>
          <w:cantSplit/>
        </w:trPr>
        <w:tc>
          <w:tcPr>
            <w:tcW w:type="dxa" w:w="2351"/>
          </w:tcPr>
          <w:p>
            <w:r>
              <w:t>3.</w:t>
            </w:r>
          </w:p>
        </w:tc>
        <w:tc>
          <w:tcPr>
            <w:tcW w:type="dxa" w:w="4702"/>
            <w:gridSpan w:val="2"/>
          </w:tcPr>
          <w:p>
            <w:r>
              <w:t>aus den Verbraucherpreisindizes für Deutschland</w:t>
            </w:r>
          </w:p>
        </w:tc>
        <w:tc>
          <w:tcPr>
            <w:tcW w:type="dxa" w:w="2351"/>
          </w:tcPr>
          <w:p/>
        </w:tc>
      </w:tr>
      <w:tr>
        <w:trPr>
          <w:cantSplit/>
        </w:trPr>
        <w:tc>
          <w:tcPr>
            <w:tcW w:type="dxa" w:w="2351"/>
          </w:tcPr>
          <w:p/>
        </w:tc>
        <w:tc>
          <w:tcPr>
            <w:tcW w:type="dxa" w:w="2351"/>
          </w:tcPr>
          <w:p>
            <w:r>
              <w:t>a)</w:t>
            </w:r>
          </w:p>
        </w:tc>
        <w:tc>
          <w:tcPr>
            <w:tcW w:type="dxa" w:w="2351"/>
          </w:tcPr>
          <w:p>
            <w:r>
              <w:t xml:space="preserve">die Indexreihe Wohnungsmiete, einschließlich Mietwert von Eigentümerwohnung </w:t>
            </w:r>
            <w:r>
              <w:t>(SEA-VPI-Nr. 041)</w:t>
            </w:r>
            <w:r>
              <w:t xml:space="preserve"> mit einem Anteil von</w:t>
            </w:r>
          </w:p>
        </w:tc>
        <w:tc>
          <w:tcPr>
            <w:tcW w:type="dxa" w:w="2351"/>
          </w:tcPr>
          <w:p>
            <w:r>
              <w:t>4 Prozent</w:t>
            </w:r>
          </w:p>
        </w:tc>
      </w:tr>
      <w:tr>
        <w:trPr>
          <w:cantSplit/>
        </w:trPr>
        <w:tc>
          <w:tcPr>
            <w:tcW w:type="dxa" w:w="2351"/>
          </w:tcPr>
          <w:p/>
        </w:tc>
        <w:tc>
          <w:tcPr>
            <w:tcW w:type="dxa" w:w="2351"/>
          </w:tcPr>
          <w:p/>
        </w:tc>
        <w:tc>
          <w:tcPr>
            <w:tcW w:type="dxa" w:w="2351"/>
          </w:tcPr>
          <w:p>
            <w:r>
              <w:t>und</w:t>
            </w:r>
          </w:p>
        </w:tc>
        <w:tc>
          <w:tcPr>
            <w:tcW w:type="dxa" w:w="2351"/>
          </w:tcPr>
          <w:p/>
        </w:tc>
      </w:tr>
      <w:tr>
        <w:trPr>
          <w:cantSplit/>
        </w:trPr>
        <w:tc>
          <w:tcPr>
            <w:tcW w:type="dxa" w:w="2351"/>
          </w:tcPr>
          <w:p/>
        </w:tc>
        <w:tc>
          <w:tcPr>
            <w:tcW w:type="dxa" w:w="2351"/>
          </w:tcPr>
          <w:p>
            <w:r>
              <w:t>b)</w:t>
            </w:r>
          </w:p>
        </w:tc>
        <w:tc>
          <w:tcPr>
            <w:tcW w:type="dxa" w:w="2351"/>
          </w:tcPr>
          <w:p>
            <w:r>
              <w:t>die Indexreihe Strom, Gas und andere Brennstoffe (SEA-VPI-Nr. 045) mit einem Anteil von</w:t>
            </w:r>
          </w:p>
        </w:tc>
        <w:tc>
          <w:tcPr>
            <w:tcW w:type="dxa" w:w="2351"/>
          </w:tcPr>
          <w:p>
            <w:r>
              <w:t>3 Prozent.</w:t>
            </w:r>
          </w:p>
        </w:tc>
      </w:tr>
    </w:tbl>
    <w:p>
      <w:pPr>
        <w:spacing w:after="0"/>
      </w:pPr>
    </w:p>
    <w:p>
      <w:pPr>
        <w:pStyle w:val="Heading2"/>
      </w:pPr>
      <w:bookmarkStart w:id="68" w:name="b67"/>
      <w:r>
        <w:t>Anlage 2 (zu § 2 Absatz 2)</w:t>
      </w:r>
      <w:bookmarkEnd w:id="68"/>
    </w:p>
    <w:p>
      <w:r>
        <w:rPr>
          <w:color w:val="404040"/>
          <w:sz w:val="21"/>
        </w:rPr>
        <w:t>(Fundstelle: BGBl. 2024 I Nr. 91, S. 3 – 62;</w:t>
      </w:r>
      <w:r>
        <w:br/>
      </w:r>
      <w:r>
        <w:rPr>
          <w:color w:val="404040"/>
          <w:sz w:val="21"/>
        </w:rPr>
        <w:t>bzgl. der einzelnen Änderungen vgl. Fußnote)</w:t>
      </w:r>
    </w:p>
    <w:tbl>
      <w:tblPr>
        <w:tblStyle w:val="TableGrid"/>
        <w:tblW w:type="pct" w:w="5000"/>
        <w:tblLook w:firstColumn="1" w:firstRow="1" w:lastColumn="0" w:lastRow="0" w:noHBand="0" w:noVBand="1" w:val="04A0"/>
        <w:tblCaption w:val="Tabelle 1 zu Anlage 2"/>
      </w:tblPr>
      <w:tblGrid>
        <w:gridCol w:w="2351"/>
        <w:gridCol w:w="2351"/>
        <w:gridCol w:w="2351"/>
        <w:gridCol w:w="2351"/>
      </w:tblGrid>
      <w:tr>
        <w:trPr>
          <w:cantSplit/>
          <w:tblHeader/>
        </w:trPr>
        <w:tc>
          <w:tcPr>
            <w:tcW w:type="dxa" w:w="4702"/>
            <w:gridSpan w:val="2"/>
          </w:tcPr>
          <w:p>
            <w:r>
              <w:rPr>
                <w:b/>
              </w:rPr>
              <w:t>Wahlkreis</w:t>
            </w:r>
          </w:p>
        </w:tc>
        <w:tc>
          <w:tcPr>
            <w:tcW w:type="dxa" w:w="4702"/>
            <w:gridSpan w:val="2"/>
            <w:vMerge w:val="restart"/>
          </w:tcPr>
          <w:p>
            <w:r>
              <w:rPr>
                <w:b/>
              </w:rPr>
              <w:t>Gebiet des Wahlkreises</w:t>
            </w:r>
          </w:p>
        </w:tc>
      </w:tr>
      <w:tr>
        <w:trPr>
          <w:cantSplit/>
          <w:tblHeader/>
        </w:trPr>
        <w:tc>
          <w:tcPr>
            <w:tcW w:type="dxa" w:w="2351"/>
          </w:tcPr>
          <w:p>
            <w:r>
              <w:rPr>
                <w:b/>
              </w:rPr>
              <w:t>Nr.</w:t>
            </w:r>
          </w:p>
        </w:tc>
        <w:tc>
          <w:tcPr>
            <w:tcW w:type="dxa" w:w="2351"/>
          </w:tcPr>
          <w:p>
            <w:r>
              <w:rPr>
                <w:b/>
              </w:rPr>
              <w:t>Name</w:t>
            </w:r>
          </w:p>
        </w:tc>
        <w:tc>
          <w:tcPr>
            <w:tcW w:type="dxa" w:w="4702"/>
            <w:gridSpan w:val="2"/>
            <w:vMerge/>
          </w:tcPr>
          <w:p/>
        </w:tc>
      </w:tr>
      <w:tr>
        <w:trPr>
          <w:cantSplit/>
        </w:trPr>
        <w:tc>
          <w:tcPr>
            <w:tcW w:type="dxa" w:w="9404"/>
            <w:gridSpan w:val="4"/>
          </w:tcPr>
          <w:p>
            <w:r>
              <w:rPr>
                <w:b/>
              </w:rPr>
              <w:t>Schleswig-Holstein</w:t>
            </w:r>
          </w:p>
        </w:tc>
      </w:tr>
      <w:tr>
        <w:trPr>
          <w:cantSplit/>
        </w:trPr>
        <w:tc>
          <w:tcPr>
            <w:tcW w:type="dxa" w:w="2351"/>
          </w:tcPr>
          <w:p>
            <w:r>
              <w:t>1</w:t>
            </w:r>
          </w:p>
        </w:tc>
        <w:tc>
          <w:tcPr>
            <w:tcW w:type="dxa" w:w="2351"/>
          </w:tcPr>
          <w:p>
            <w:r>
              <w:t>Flensburg – Schleswig</w:t>
            </w:r>
          </w:p>
        </w:tc>
        <w:tc>
          <w:tcPr>
            <w:tcW w:type="dxa" w:w="4702"/>
            <w:gridSpan w:val="2"/>
          </w:tcPr>
          <w:p>
            <w:r>
              <w:t>Kreisfreie Stadt Flensburg</w:t>
            </w:r>
          </w:p>
        </w:tc>
      </w:tr>
      <w:tr>
        <w:trPr>
          <w:cantSplit/>
        </w:trPr>
        <w:tc>
          <w:tcPr>
            <w:tcW w:type="dxa" w:w="2351"/>
          </w:tcPr>
          <w:p/>
        </w:tc>
        <w:tc>
          <w:tcPr>
            <w:tcW w:type="dxa" w:w="2351"/>
          </w:tcPr>
          <w:p/>
        </w:tc>
        <w:tc>
          <w:tcPr>
            <w:tcW w:type="dxa" w:w="4702"/>
            <w:gridSpan w:val="2"/>
          </w:tcPr>
          <w:p>
            <w:r>
              <w:t>Kreis Schleswig-Flensburg</w:t>
            </w:r>
          </w:p>
        </w:tc>
      </w:tr>
      <w:tr>
        <w:trPr>
          <w:cantSplit/>
        </w:trPr>
        <w:tc>
          <w:tcPr>
            <w:tcW w:type="dxa" w:w="2351"/>
          </w:tcPr>
          <w:p>
            <w:r>
              <w:t>2</w:t>
            </w:r>
          </w:p>
        </w:tc>
        <w:tc>
          <w:tcPr>
            <w:tcW w:type="dxa" w:w="2351"/>
          </w:tcPr>
          <w:p>
            <w:r>
              <w:t>Nordfriesland – Dithmarschen Nord</w:t>
            </w:r>
          </w:p>
        </w:tc>
        <w:tc>
          <w:tcPr>
            <w:tcW w:type="dxa" w:w="4702"/>
            <w:gridSpan w:val="2"/>
          </w:tcPr>
          <w:p>
            <w:r>
              <w:t>Kreis Nordfriesland</w:t>
            </w:r>
          </w:p>
        </w:tc>
      </w:tr>
      <w:tr>
        <w:trPr>
          <w:cantSplit/>
        </w:trPr>
        <w:tc>
          <w:tcPr>
            <w:tcW w:type="dxa" w:w="2351"/>
          </w:tcPr>
          <w:p/>
        </w:tc>
        <w:tc>
          <w:tcPr>
            <w:tcW w:type="dxa" w:w="2351"/>
          </w:tcPr>
          <w:p/>
        </w:tc>
        <w:tc>
          <w:tcPr>
            <w:tcW w:type="dxa" w:w="4702"/>
            <w:gridSpan w:val="2"/>
          </w:tcPr>
          <w:p>
            <w:r>
              <w:t>vom Kreis Dithmarschen</w:t>
            </w:r>
          </w:p>
        </w:tc>
      </w:tr>
      <w:tr>
        <w:trPr>
          <w:cantSplit/>
        </w:trPr>
        <w:tc>
          <w:tcPr>
            <w:tcW w:type="dxa" w:w="2351"/>
          </w:tcPr>
          <w:p/>
        </w:tc>
        <w:tc>
          <w:tcPr>
            <w:tcW w:type="dxa" w:w="2351"/>
          </w:tcPr>
          <w:p/>
        </w:tc>
        <w:tc>
          <w:tcPr>
            <w:tcW w:type="dxa" w:w="2351"/>
          </w:tcPr>
          <w:p/>
        </w:tc>
        <w:tc>
          <w:tcPr>
            <w:tcW w:type="dxa" w:w="2351"/>
          </w:tcPr>
          <w:p>
            <w:r>
              <w:t>amtsfreie Gemeinde Heide</w:t>
            </w:r>
          </w:p>
        </w:tc>
      </w:tr>
      <w:tr>
        <w:trPr>
          <w:cantSplit/>
        </w:trPr>
        <w:tc>
          <w:tcPr>
            <w:tcW w:type="dxa" w:w="2351"/>
          </w:tcPr>
          <w:p/>
        </w:tc>
        <w:tc>
          <w:tcPr>
            <w:tcW w:type="dxa" w:w="2351"/>
          </w:tcPr>
          <w:p/>
        </w:tc>
        <w:tc>
          <w:tcPr>
            <w:tcW w:type="dxa" w:w="2351"/>
          </w:tcPr>
          <w:p/>
        </w:tc>
        <w:tc>
          <w:tcPr>
            <w:tcW w:type="dxa" w:w="2351"/>
          </w:tcPr>
          <w:p>
            <w:r>
              <w:t>Amt Büsum-Wesselburen</w:t>
            </w:r>
          </w:p>
        </w:tc>
      </w:tr>
      <w:tr>
        <w:trPr>
          <w:cantSplit/>
        </w:trPr>
        <w:tc>
          <w:tcPr>
            <w:tcW w:type="dxa" w:w="2351"/>
          </w:tcPr>
          <w:p/>
        </w:tc>
        <w:tc>
          <w:tcPr>
            <w:tcW w:type="dxa" w:w="2351"/>
          </w:tcPr>
          <w:p/>
        </w:tc>
        <w:tc>
          <w:tcPr>
            <w:tcW w:type="dxa" w:w="2351"/>
          </w:tcPr>
          <w:p/>
        </w:tc>
        <w:tc>
          <w:tcPr>
            <w:tcW w:type="dxa" w:w="2351"/>
          </w:tcPr>
          <w:p>
            <w:r>
              <w:t xml:space="preserve"> die Gemeinden</w:t>
            </w:r>
            <w:r>
              <w:br/>
            </w:r>
            <w:r>
              <w:t>Büsum, Büsumer Deichhausen, Friedrichsgabekoog, Hedwigenkoog, Hellschen-Heringsand-Unterschaar, Hillgroven, Norddeich, Oesterdeichstrich, Oesterwurth, Reinsbüttel, Schülp, Strübbel, Süderdeich, Warwerort, Wesselburen, Wesselburener Deichhausen, Wesselburenerkoog, Westerdeichstrich</w:t>
            </w:r>
          </w:p>
        </w:tc>
      </w:tr>
      <w:tr>
        <w:trPr>
          <w:cantSplit/>
        </w:trPr>
        <w:tc>
          <w:tcPr>
            <w:tcW w:type="dxa" w:w="2351"/>
          </w:tcPr>
          <w:p/>
        </w:tc>
        <w:tc>
          <w:tcPr>
            <w:tcW w:type="dxa" w:w="2351"/>
          </w:tcPr>
          <w:p/>
        </w:tc>
        <w:tc>
          <w:tcPr>
            <w:tcW w:type="dxa" w:w="2351"/>
          </w:tcPr>
          <w:p/>
        </w:tc>
        <w:tc>
          <w:tcPr>
            <w:tcW w:type="dxa" w:w="2351"/>
          </w:tcPr>
          <w:p>
            <w:r>
              <w:t>Kirchspielslandgemeinde Eider</w:t>
            </w:r>
          </w:p>
        </w:tc>
      </w:tr>
      <w:tr>
        <w:trPr>
          <w:cantSplit/>
        </w:trPr>
        <w:tc>
          <w:tcPr>
            <w:tcW w:type="dxa" w:w="2351"/>
          </w:tcPr>
          <w:p/>
        </w:tc>
        <w:tc>
          <w:tcPr>
            <w:tcW w:type="dxa" w:w="2351"/>
          </w:tcPr>
          <w:p/>
        </w:tc>
        <w:tc>
          <w:tcPr>
            <w:tcW w:type="dxa" w:w="2351"/>
          </w:tcPr>
          <w:p/>
        </w:tc>
        <w:tc>
          <w:tcPr>
            <w:tcW w:type="dxa" w:w="2351"/>
          </w:tcPr>
          <w:p>
            <w:r>
              <w:t xml:space="preserve"> die Gemeinden</w:t>
            </w:r>
            <w:r>
              <w:br/>
            </w:r>
            <w:r>
              <w:t>Barkenholm, Bergewöhrden, Dellstedt, Delve, Dörpling, Fedderingen, Gaushorn, Glüsing, Groven, Hemme, Hennstedt, Hövede, Hollingstedt, Karolinenkoog, Kleve, Krempel, Lehe, Linden, Lunden, Norderheistedt, Pahlen, Rehm-Flehde-Bargen, Sankt Annen, Schalkholz, Schlichting, Süderdorf, Süderheistedt, Tellingstedt, Tielenhemme, Wallen, Welmbüttel, Westerborstel, Wiemerstedt, Wrohm</w:t>
            </w:r>
          </w:p>
        </w:tc>
      </w:tr>
      <w:tr>
        <w:trPr>
          <w:cantSplit/>
        </w:trPr>
        <w:tc>
          <w:tcPr>
            <w:tcW w:type="dxa" w:w="2351"/>
          </w:tcPr>
          <w:p/>
        </w:tc>
        <w:tc>
          <w:tcPr>
            <w:tcW w:type="dxa" w:w="2351"/>
          </w:tcPr>
          <w:p/>
        </w:tc>
        <w:tc>
          <w:tcPr>
            <w:tcW w:type="dxa" w:w="2351"/>
          </w:tcPr>
          <w:p/>
        </w:tc>
        <w:tc>
          <w:tcPr>
            <w:tcW w:type="dxa" w:w="2351"/>
          </w:tcPr>
          <w:p>
            <w:r>
              <w:t>Kirchspielslandgemeinde Heider Umland</w:t>
            </w:r>
          </w:p>
        </w:tc>
      </w:tr>
      <w:tr>
        <w:trPr>
          <w:cantSplit/>
        </w:trPr>
        <w:tc>
          <w:tcPr>
            <w:tcW w:type="dxa" w:w="2351"/>
          </w:tcPr>
          <w:p/>
        </w:tc>
        <w:tc>
          <w:tcPr>
            <w:tcW w:type="dxa" w:w="2351"/>
          </w:tcPr>
          <w:p/>
        </w:tc>
        <w:tc>
          <w:tcPr>
            <w:tcW w:type="dxa" w:w="2351"/>
          </w:tcPr>
          <w:p/>
        </w:tc>
        <w:tc>
          <w:tcPr>
            <w:tcW w:type="dxa" w:w="2351"/>
          </w:tcPr>
          <w:p>
            <w:r>
              <w:t xml:space="preserve"> die Gemeinden</w:t>
            </w:r>
            <w:r>
              <w:br/>
            </w:r>
            <w:r>
              <w:t>Hemmingstedt, Lieth, Lohe-Rickelshof, Neuenkirchen, Norderwöhrden, Nordhastedt, Ostrohe, Stelle-Wittenwurth, Weddingstedt, Wesseln, Wöhrden</w:t>
            </w:r>
          </w:p>
        </w:tc>
      </w:tr>
      <w:tr>
        <w:trPr>
          <w:cantSplit/>
        </w:trPr>
        <w:tc>
          <w:tcPr>
            <w:tcW w:type="dxa" w:w="2351"/>
          </w:tcPr>
          <w:p/>
        </w:tc>
        <w:tc>
          <w:tcPr>
            <w:tcW w:type="dxa" w:w="2351"/>
          </w:tcPr>
          <w:p/>
        </w:tc>
        <w:tc>
          <w:tcPr>
            <w:tcW w:type="dxa" w:w="4702"/>
            <w:gridSpan w:val="2"/>
          </w:tcPr>
          <w:p>
            <w:r>
              <w:t>(Übrige Gemeinden s. Wkr. 3)</w:t>
            </w:r>
          </w:p>
        </w:tc>
      </w:tr>
      <w:tr>
        <w:trPr>
          <w:cantSplit/>
        </w:trPr>
        <w:tc>
          <w:tcPr>
            <w:tcW w:type="dxa" w:w="2351"/>
          </w:tcPr>
          <w:p>
            <w:r>
              <w:t>3</w:t>
            </w:r>
          </w:p>
        </w:tc>
        <w:tc>
          <w:tcPr>
            <w:tcW w:type="dxa" w:w="2351"/>
          </w:tcPr>
          <w:p>
            <w:r>
              <w:t>Steinburg – Dithmarschen Süd</w:t>
            </w:r>
          </w:p>
        </w:tc>
        <w:tc>
          <w:tcPr>
            <w:tcW w:type="dxa" w:w="4702"/>
            <w:gridSpan w:val="2"/>
          </w:tcPr>
          <w:p>
            <w:r>
              <w:t>Kreis Steinburg</w:t>
            </w:r>
          </w:p>
        </w:tc>
      </w:tr>
      <w:tr>
        <w:trPr>
          <w:cantSplit/>
        </w:trPr>
        <w:tc>
          <w:tcPr>
            <w:tcW w:type="dxa" w:w="2351"/>
          </w:tcPr>
          <w:p/>
        </w:tc>
        <w:tc>
          <w:tcPr>
            <w:tcW w:type="dxa" w:w="2351"/>
          </w:tcPr>
          <w:p/>
        </w:tc>
        <w:tc>
          <w:tcPr>
            <w:tcW w:type="dxa" w:w="4702"/>
            <w:gridSpan w:val="2"/>
          </w:tcPr>
          <w:p>
            <w:r>
              <w:t>vom Kreis Dithmarschen</w:t>
            </w:r>
          </w:p>
        </w:tc>
      </w:tr>
      <w:tr>
        <w:trPr>
          <w:cantSplit/>
        </w:trPr>
        <w:tc>
          <w:tcPr>
            <w:tcW w:type="dxa" w:w="2351"/>
          </w:tcPr>
          <w:p/>
        </w:tc>
        <w:tc>
          <w:tcPr>
            <w:tcW w:type="dxa" w:w="2351"/>
          </w:tcPr>
          <w:p/>
        </w:tc>
        <w:tc>
          <w:tcPr>
            <w:tcW w:type="dxa" w:w="2351"/>
          </w:tcPr>
          <w:p/>
        </w:tc>
        <w:tc>
          <w:tcPr>
            <w:tcW w:type="dxa" w:w="2351"/>
          </w:tcPr>
          <w:p>
            <w:r>
              <w:t>amtsfreie Gemeinde Brunsbüttel</w:t>
            </w:r>
          </w:p>
        </w:tc>
      </w:tr>
      <w:tr>
        <w:trPr>
          <w:cantSplit/>
        </w:trPr>
        <w:tc>
          <w:tcPr>
            <w:tcW w:type="dxa" w:w="2351"/>
          </w:tcPr>
          <w:p/>
        </w:tc>
        <w:tc>
          <w:tcPr>
            <w:tcW w:type="dxa" w:w="2351"/>
          </w:tcPr>
          <w:p/>
        </w:tc>
        <w:tc>
          <w:tcPr>
            <w:tcW w:type="dxa" w:w="2351"/>
          </w:tcPr>
          <w:p/>
        </w:tc>
        <w:tc>
          <w:tcPr>
            <w:tcW w:type="dxa" w:w="2351"/>
          </w:tcPr>
          <w:p>
            <w:r>
              <w:t>Amt Burg-St. Michaelisdonn</w:t>
            </w:r>
          </w:p>
        </w:tc>
      </w:tr>
      <w:tr>
        <w:trPr>
          <w:cantSplit/>
        </w:trPr>
        <w:tc>
          <w:tcPr>
            <w:tcW w:type="dxa" w:w="2351"/>
          </w:tcPr>
          <w:p/>
        </w:tc>
        <w:tc>
          <w:tcPr>
            <w:tcW w:type="dxa" w:w="2351"/>
          </w:tcPr>
          <w:p/>
        </w:tc>
        <w:tc>
          <w:tcPr>
            <w:tcW w:type="dxa" w:w="2351"/>
          </w:tcPr>
          <w:p/>
        </w:tc>
        <w:tc>
          <w:tcPr>
            <w:tcW w:type="dxa" w:w="2351"/>
          </w:tcPr>
          <w:p>
            <w:r>
              <w:t xml:space="preserve"> die Gemeinden</w:t>
            </w:r>
            <w:r>
              <w:br/>
            </w:r>
            <w:r>
              <w:t>Averlak, Brickeln, Buchholz, Burg (Dithmarschen), Dingen, Eddelak, Eggstedt, Frestedt, Großenrade, Hochdonn, Kuden, Quickborn, Sankt Michaelisdonn, Süderhastedt</w:t>
            </w:r>
          </w:p>
        </w:tc>
      </w:tr>
      <w:tr>
        <w:trPr>
          <w:cantSplit/>
        </w:trPr>
        <w:tc>
          <w:tcPr>
            <w:tcW w:type="dxa" w:w="2351"/>
          </w:tcPr>
          <w:p/>
        </w:tc>
        <w:tc>
          <w:tcPr>
            <w:tcW w:type="dxa" w:w="2351"/>
          </w:tcPr>
          <w:p/>
        </w:tc>
        <w:tc>
          <w:tcPr>
            <w:tcW w:type="dxa" w:w="2351"/>
          </w:tcPr>
          <w:p/>
        </w:tc>
        <w:tc>
          <w:tcPr>
            <w:tcW w:type="dxa" w:w="2351"/>
          </w:tcPr>
          <w:p>
            <w:r>
              <w:t>Amt Marne-Nordsee</w:t>
            </w:r>
          </w:p>
        </w:tc>
      </w:tr>
      <w:tr>
        <w:trPr>
          <w:cantSplit/>
        </w:trPr>
        <w:tc>
          <w:tcPr>
            <w:tcW w:type="dxa" w:w="2351"/>
          </w:tcPr>
          <w:p/>
        </w:tc>
        <w:tc>
          <w:tcPr>
            <w:tcW w:type="dxa" w:w="2351"/>
          </w:tcPr>
          <w:p/>
        </w:tc>
        <w:tc>
          <w:tcPr>
            <w:tcW w:type="dxa" w:w="2351"/>
          </w:tcPr>
          <w:p/>
        </w:tc>
        <w:tc>
          <w:tcPr>
            <w:tcW w:type="dxa" w:w="2351"/>
          </w:tcPr>
          <w:p>
            <w:r>
              <w:t xml:space="preserve"> die Gemeinden</w:t>
            </w:r>
            <w:r>
              <w:br/>
            </w:r>
            <w:r>
              <w:t>Diekhusen-Fahrstedt, Friedrichskoog, Helse, Kaiser-Wilhelm-Koog, Kronprinzenkoog, Marne, Marnerdeich, Neufeld, Neufelderkoog, Ramhusen, Schmedeswurth, Trennewurth, Volsemenhusen</w:t>
            </w:r>
          </w:p>
        </w:tc>
      </w:tr>
      <w:tr>
        <w:trPr>
          <w:cantSplit/>
        </w:trPr>
        <w:tc>
          <w:tcPr>
            <w:tcW w:type="dxa" w:w="2351"/>
          </w:tcPr>
          <w:p/>
        </w:tc>
        <w:tc>
          <w:tcPr>
            <w:tcW w:type="dxa" w:w="2351"/>
          </w:tcPr>
          <w:p/>
        </w:tc>
        <w:tc>
          <w:tcPr>
            <w:tcW w:type="dxa" w:w="2351"/>
          </w:tcPr>
          <w:p/>
        </w:tc>
        <w:tc>
          <w:tcPr>
            <w:tcW w:type="dxa" w:w="2351"/>
          </w:tcPr>
          <w:p>
            <w:r>
              <w:t>Amt Mitteldithmarschen</w:t>
            </w:r>
          </w:p>
        </w:tc>
      </w:tr>
      <w:tr>
        <w:trPr>
          <w:cantSplit/>
        </w:trPr>
        <w:tc>
          <w:tcPr>
            <w:tcW w:type="dxa" w:w="2351"/>
          </w:tcPr>
          <w:p/>
        </w:tc>
        <w:tc>
          <w:tcPr>
            <w:tcW w:type="dxa" w:w="2351"/>
          </w:tcPr>
          <w:p/>
        </w:tc>
        <w:tc>
          <w:tcPr>
            <w:tcW w:type="dxa" w:w="2351"/>
          </w:tcPr>
          <w:p/>
        </w:tc>
        <w:tc>
          <w:tcPr>
            <w:tcW w:type="dxa" w:w="2351"/>
          </w:tcPr>
          <w:p>
            <w:r>
              <w:t xml:space="preserve"> die Gemeinden</w:t>
            </w:r>
            <w:r>
              <w:br/>
            </w:r>
            <w:r>
              <w:t>Albersdorf, Arkebek, Bargenstedt, Barlt, Bunsoh, Busenwurth, Elpersbüttel, Epenwöhrden, Gudendorf, Immenstedt, Krumstedt, Meldorf, Nindorf, Nordermeldorf, Odderade, Offenbüttel, Osterrade, Sarzbüttel, Schafstedt, Schrum, Tensbüttel-Röst, Wennbüttel, Windbergen, Wolmersdorf</w:t>
            </w:r>
          </w:p>
        </w:tc>
      </w:tr>
      <w:tr>
        <w:trPr>
          <w:cantSplit/>
        </w:trPr>
        <w:tc>
          <w:tcPr>
            <w:tcW w:type="dxa" w:w="2351"/>
          </w:tcPr>
          <w:p/>
        </w:tc>
        <w:tc>
          <w:tcPr>
            <w:tcW w:type="dxa" w:w="2351"/>
          </w:tcPr>
          <w:p/>
        </w:tc>
        <w:tc>
          <w:tcPr>
            <w:tcW w:type="dxa" w:w="4702"/>
            <w:gridSpan w:val="2"/>
          </w:tcPr>
          <w:p>
            <w:r>
              <w:t>(Übrige Gemeinden s. Wkr. 2)</w:t>
            </w:r>
          </w:p>
        </w:tc>
      </w:tr>
      <w:tr>
        <w:trPr>
          <w:cantSplit/>
        </w:trPr>
        <w:tc>
          <w:tcPr>
            <w:tcW w:type="dxa" w:w="2351"/>
          </w:tcPr>
          <w:p/>
        </w:tc>
        <w:tc>
          <w:tcPr>
            <w:tcW w:type="dxa" w:w="2351"/>
          </w:tcPr>
          <w:p/>
        </w:tc>
        <w:tc>
          <w:tcPr>
            <w:tcW w:type="dxa" w:w="4702"/>
            <w:gridSpan w:val="2"/>
          </w:tcPr>
          <w:p>
            <w:r>
              <w:t>vom Kreis Segeberg</w:t>
            </w:r>
          </w:p>
        </w:tc>
      </w:tr>
      <w:tr>
        <w:trPr>
          <w:cantSplit/>
        </w:trPr>
        <w:tc>
          <w:tcPr>
            <w:tcW w:type="dxa" w:w="2351"/>
          </w:tcPr>
          <w:p/>
        </w:tc>
        <w:tc>
          <w:tcPr>
            <w:tcW w:type="dxa" w:w="2351"/>
          </w:tcPr>
          <w:p/>
        </w:tc>
        <w:tc>
          <w:tcPr>
            <w:tcW w:type="dxa" w:w="2351"/>
          </w:tcPr>
          <w:p/>
        </w:tc>
        <w:tc>
          <w:tcPr>
            <w:tcW w:type="dxa" w:w="2351"/>
          </w:tcPr>
          <w:p>
            <w:r>
              <w:t>amtsfreie Gemeinde Bad Bramstedt</w:t>
            </w:r>
          </w:p>
        </w:tc>
      </w:tr>
      <w:tr>
        <w:trPr>
          <w:cantSplit/>
        </w:trPr>
        <w:tc>
          <w:tcPr>
            <w:tcW w:type="dxa" w:w="2351"/>
          </w:tcPr>
          <w:p/>
        </w:tc>
        <w:tc>
          <w:tcPr>
            <w:tcW w:type="dxa" w:w="2351"/>
          </w:tcPr>
          <w:p/>
        </w:tc>
        <w:tc>
          <w:tcPr>
            <w:tcW w:type="dxa" w:w="2351"/>
          </w:tcPr>
          <w:p/>
        </w:tc>
        <w:tc>
          <w:tcPr>
            <w:tcW w:type="dxa" w:w="2351"/>
          </w:tcPr>
          <w:p>
            <w:r>
              <w:t>Amt Bad Bramstedt-Land</w:t>
            </w:r>
          </w:p>
        </w:tc>
      </w:tr>
      <w:tr>
        <w:trPr>
          <w:cantSplit/>
        </w:trPr>
        <w:tc>
          <w:tcPr>
            <w:tcW w:type="dxa" w:w="2351"/>
          </w:tcPr>
          <w:p/>
        </w:tc>
        <w:tc>
          <w:tcPr>
            <w:tcW w:type="dxa" w:w="2351"/>
          </w:tcPr>
          <w:p/>
        </w:tc>
        <w:tc>
          <w:tcPr>
            <w:tcW w:type="dxa" w:w="2351"/>
          </w:tcPr>
          <w:p/>
        </w:tc>
        <w:tc>
          <w:tcPr>
            <w:tcW w:type="dxa" w:w="2351"/>
          </w:tcPr>
          <w:p>
            <w:r>
              <w:t xml:space="preserve"> die Gemeinden</w:t>
            </w:r>
            <w:r>
              <w:br/>
            </w:r>
            <w:r>
              <w:t>Armstedt, Bimöhlen, Borstel, Föhrden-Barl, Fuhlendorf, Großenaspe, Hagen, Hardebek, Hasenkrug, Heidmoor, Hitzhusen, Mönkloh, Weddelbrook, Wiemersdorf</w:t>
            </w:r>
          </w:p>
        </w:tc>
      </w:tr>
      <w:tr>
        <w:trPr>
          <w:cantSplit/>
        </w:trPr>
        <w:tc>
          <w:tcPr>
            <w:tcW w:type="dxa" w:w="2351"/>
          </w:tcPr>
          <w:p/>
        </w:tc>
        <w:tc>
          <w:tcPr>
            <w:tcW w:type="dxa" w:w="2351"/>
          </w:tcPr>
          <w:p/>
        </w:tc>
        <w:tc>
          <w:tcPr>
            <w:tcW w:type="dxa" w:w="4702"/>
            <w:gridSpan w:val="2"/>
          </w:tcPr>
          <w:p>
            <w:r>
              <w:t>(Übrige Gemeinden s. Wkr. 6, 8)</w:t>
            </w:r>
          </w:p>
        </w:tc>
      </w:tr>
      <w:tr>
        <w:trPr>
          <w:cantSplit/>
        </w:trPr>
        <w:tc>
          <w:tcPr>
            <w:tcW w:type="dxa" w:w="2351"/>
          </w:tcPr>
          <w:p>
            <w:r>
              <w:t>4</w:t>
            </w:r>
          </w:p>
        </w:tc>
        <w:tc>
          <w:tcPr>
            <w:tcW w:type="dxa" w:w="2351"/>
          </w:tcPr>
          <w:p>
            <w:r>
              <w:t>Rendsburg-Eckernförde</w:t>
            </w:r>
          </w:p>
        </w:tc>
        <w:tc>
          <w:tcPr>
            <w:tcW w:type="dxa" w:w="4702"/>
            <w:gridSpan w:val="2"/>
          </w:tcPr>
          <w:p>
            <w:r>
              <w:t>Vom Kreis Rendsburg-Eckernförde</w:t>
            </w:r>
          </w:p>
        </w:tc>
      </w:tr>
      <w:tr>
        <w:trPr>
          <w:cantSplit/>
        </w:trPr>
        <w:tc>
          <w:tcPr>
            <w:tcW w:type="dxa" w:w="2351"/>
          </w:tcPr>
          <w:p/>
        </w:tc>
        <w:tc>
          <w:tcPr>
            <w:tcW w:type="dxa" w:w="2351"/>
          </w:tcPr>
          <w:p/>
        </w:tc>
        <w:tc>
          <w:tcPr>
            <w:tcW w:type="dxa" w:w="2351"/>
          </w:tcPr>
          <w:p/>
        </w:tc>
        <w:tc>
          <w:tcPr>
            <w:tcW w:type="dxa" w:w="2351"/>
          </w:tcPr>
          <w:p>
            <w:r>
              <w:t>amtsfreie Gemeinden</w:t>
            </w:r>
            <w:r>
              <w:br/>
            </w:r>
            <w:r>
              <w:t>Büdelsdorf, Eckernförde, Rendsburg, Wasbek</w:t>
            </w:r>
          </w:p>
        </w:tc>
      </w:tr>
      <w:tr>
        <w:trPr>
          <w:cantSplit/>
        </w:trPr>
        <w:tc>
          <w:tcPr>
            <w:tcW w:type="dxa" w:w="2351"/>
          </w:tcPr>
          <w:p/>
        </w:tc>
        <w:tc>
          <w:tcPr>
            <w:tcW w:type="dxa" w:w="2351"/>
          </w:tcPr>
          <w:p/>
        </w:tc>
        <w:tc>
          <w:tcPr>
            <w:tcW w:type="dxa" w:w="2351"/>
          </w:tcPr>
          <w:p/>
        </w:tc>
        <w:tc>
          <w:tcPr>
            <w:tcW w:type="dxa" w:w="2351"/>
          </w:tcPr>
          <w:p>
            <w:r>
              <w:t>Amt Achterwehr</w:t>
            </w:r>
          </w:p>
        </w:tc>
      </w:tr>
      <w:tr>
        <w:trPr>
          <w:cantSplit/>
        </w:trPr>
        <w:tc>
          <w:tcPr>
            <w:tcW w:type="dxa" w:w="2351"/>
          </w:tcPr>
          <w:p/>
        </w:tc>
        <w:tc>
          <w:tcPr>
            <w:tcW w:type="dxa" w:w="2351"/>
          </w:tcPr>
          <w:p/>
        </w:tc>
        <w:tc>
          <w:tcPr>
            <w:tcW w:type="dxa" w:w="2351"/>
          </w:tcPr>
          <w:p/>
        </w:tc>
        <w:tc>
          <w:tcPr>
            <w:tcW w:type="dxa" w:w="2351"/>
          </w:tcPr>
          <w:p>
            <w:r>
              <w:t xml:space="preserve"> die Gemeinden</w:t>
            </w:r>
            <w:r>
              <w:br/>
            </w:r>
            <w:r>
              <w:t>Achterwehr, Bredenbek, Felde, Krummwisch, Melsdorf, Ottendorf, Quarnbek, Westensee</w:t>
            </w:r>
          </w:p>
        </w:tc>
      </w:tr>
      <w:tr>
        <w:trPr>
          <w:cantSplit/>
        </w:trPr>
        <w:tc>
          <w:tcPr>
            <w:tcW w:type="dxa" w:w="2351"/>
          </w:tcPr>
          <w:p/>
        </w:tc>
        <w:tc>
          <w:tcPr>
            <w:tcW w:type="dxa" w:w="2351"/>
          </w:tcPr>
          <w:p/>
        </w:tc>
        <w:tc>
          <w:tcPr>
            <w:tcW w:type="dxa" w:w="2351"/>
          </w:tcPr>
          <w:p/>
        </w:tc>
        <w:tc>
          <w:tcPr>
            <w:tcW w:type="dxa" w:w="2351"/>
          </w:tcPr>
          <w:p>
            <w:r>
              <w:t>Amt Bordesholm</w:t>
            </w:r>
          </w:p>
        </w:tc>
      </w:tr>
      <w:tr>
        <w:trPr>
          <w:cantSplit/>
        </w:trPr>
        <w:tc>
          <w:tcPr>
            <w:tcW w:type="dxa" w:w="2351"/>
          </w:tcPr>
          <w:p/>
        </w:tc>
        <w:tc>
          <w:tcPr>
            <w:tcW w:type="dxa" w:w="2351"/>
          </w:tcPr>
          <w:p/>
        </w:tc>
        <w:tc>
          <w:tcPr>
            <w:tcW w:type="dxa" w:w="2351"/>
          </w:tcPr>
          <w:p/>
        </w:tc>
        <w:tc>
          <w:tcPr>
            <w:tcW w:type="dxa" w:w="2351"/>
          </w:tcPr>
          <w:p>
            <w:r>
              <w:t xml:space="preserve"> die Gemeinden</w:t>
            </w:r>
            <w:r>
              <w:br/>
            </w:r>
            <w:r>
              <w:t>Bissee, Bordesholm, Brügge, Grevenkrug, Groß Buchwald, Hoffeld, Loop, Mühbrook, Negenharrie, Reesdorf, Schmalstede, Schönbek, Sören, Wattenbek</w:t>
            </w:r>
          </w:p>
        </w:tc>
      </w:tr>
      <w:tr>
        <w:trPr>
          <w:cantSplit/>
        </w:trPr>
        <w:tc>
          <w:tcPr>
            <w:tcW w:type="dxa" w:w="2351"/>
          </w:tcPr>
          <w:p/>
        </w:tc>
        <w:tc>
          <w:tcPr>
            <w:tcW w:type="dxa" w:w="2351"/>
          </w:tcPr>
          <w:p/>
        </w:tc>
        <w:tc>
          <w:tcPr>
            <w:tcW w:type="dxa" w:w="2351"/>
          </w:tcPr>
          <w:p/>
        </w:tc>
        <w:tc>
          <w:tcPr>
            <w:tcW w:type="dxa" w:w="2351"/>
          </w:tcPr>
          <w:p>
            <w:r>
              <w:t>Amt Dänischenhagen</w:t>
            </w:r>
          </w:p>
        </w:tc>
      </w:tr>
      <w:tr>
        <w:trPr>
          <w:cantSplit/>
        </w:trPr>
        <w:tc>
          <w:tcPr>
            <w:tcW w:type="dxa" w:w="2351"/>
          </w:tcPr>
          <w:p/>
        </w:tc>
        <w:tc>
          <w:tcPr>
            <w:tcW w:type="dxa" w:w="2351"/>
          </w:tcPr>
          <w:p/>
        </w:tc>
        <w:tc>
          <w:tcPr>
            <w:tcW w:type="dxa" w:w="2351"/>
          </w:tcPr>
          <w:p/>
        </w:tc>
        <w:tc>
          <w:tcPr>
            <w:tcW w:type="dxa" w:w="2351"/>
          </w:tcPr>
          <w:p>
            <w:r>
              <w:t xml:space="preserve"> die Gemeinden</w:t>
            </w:r>
            <w:r>
              <w:br/>
            </w:r>
            <w:r>
              <w:t>Dänischenhagen, Noer, Schwedeneck, Strande</w:t>
            </w:r>
          </w:p>
        </w:tc>
      </w:tr>
      <w:tr>
        <w:trPr>
          <w:cantSplit/>
        </w:trPr>
        <w:tc>
          <w:tcPr>
            <w:tcW w:type="dxa" w:w="2351"/>
          </w:tcPr>
          <w:p/>
        </w:tc>
        <w:tc>
          <w:tcPr>
            <w:tcW w:type="dxa" w:w="2351"/>
          </w:tcPr>
          <w:p/>
        </w:tc>
        <w:tc>
          <w:tcPr>
            <w:tcW w:type="dxa" w:w="2351"/>
          </w:tcPr>
          <w:p/>
        </w:tc>
        <w:tc>
          <w:tcPr>
            <w:tcW w:type="dxa" w:w="2351"/>
          </w:tcPr>
          <w:p>
            <w:r>
              <w:t>Amt Dänischer Wohld</w:t>
            </w:r>
          </w:p>
        </w:tc>
      </w:tr>
      <w:tr>
        <w:trPr>
          <w:cantSplit/>
        </w:trPr>
        <w:tc>
          <w:tcPr>
            <w:tcW w:type="dxa" w:w="2351"/>
          </w:tcPr>
          <w:p/>
        </w:tc>
        <w:tc>
          <w:tcPr>
            <w:tcW w:type="dxa" w:w="2351"/>
          </w:tcPr>
          <w:p/>
        </w:tc>
        <w:tc>
          <w:tcPr>
            <w:tcW w:type="dxa" w:w="2351"/>
          </w:tcPr>
          <w:p/>
        </w:tc>
        <w:tc>
          <w:tcPr>
            <w:tcW w:type="dxa" w:w="2351"/>
          </w:tcPr>
          <w:p>
            <w:r>
              <w:t xml:space="preserve"> die Gemeinden</w:t>
            </w:r>
            <w:r>
              <w:br/>
            </w:r>
            <w:r>
              <w:t>Felm, Gettorf, Lindau, Neudorf-Bornstein, Neuwittenbek, Osdorf, Schinkel, Tüttendorf</w:t>
            </w:r>
          </w:p>
        </w:tc>
      </w:tr>
      <w:tr>
        <w:trPr>
          <w:cantSplit/>
        </w:trPr>
        <w:tc>
          <w:tcPr>
            <w:tcW w:type="dxa" w:w="2351"/>
          </w:tcPr>
          <w:p/>
        </w:tc>
        <w:tc>
          <w:tcPr>
            <w:tcW w:type="dxa" w:w="2351"/>
          </w:tcPr>
          <w:p/>
        </w:tc>
        <w:tc>
          <w:tcPr>
            <w:tcW w:type="dxa" w:w="2351"/>
          </w:tcPr>
          <w:p/>
        </w:tc>
        <w:tc>
          <w:tcPr>
            <w:tcW w:type="dxa" w:w="2351"/>
          </w:tcPr>
          <w:p>
            <w:r>
              <w:t>Amt Eiderkanal</w:t>
            </w:r>
          </w:p>
        </w:tc>
      </w:tr>
      <w:tr>
        <w:trPr>
          <w:cantSplit/>
        </w:trPr>
        <w:tc>
          <w:tcPr>
            <w:tcW w:type="dxa" w:w="2351"/>
          </w:tcPr>
          <w:p/>
        </w:tc>
        <w:tc>
          <w:tcPr>
            <w:tcW w:type="dxa" w:w="2351"/>
          </w:tcPr>
          <w:p/>
        </w:tc>
        <w:tc>
          <w:tcPr>
            <w:tcW w:type="dxa" w:w="2351"/>
          </w:tcPr>
          <w:p/>
        </w:tc>
        <w:tc>
          <w:tcPr>
            <w:tcW w:type="dxa" w:w="2351"/>
          </w:tcPr>
          <w:p>
            <w:r>
              <w:t xml:space="preserve"> die Gemeinden</w:t>
            </w:r>
            <w:r>
              <w:br/>
            </w:r>
            <w:r>
              <w:t>Bovenau, Haßmoor, Ostenfeld (Rendsburg), Osterrönfeld, Rade b. Rendsburg, Schacht-Audorf, Schülldorf</w:t>
            </w:r>
          </w:p>
        </w:tc>
      </w:tr>
      <w:tr>
        <w:trPr>
          <w:cantSplit/>
        </w:trPr>
        <w:tc>
          <w:tcPr>
            <w:tcW w:type="dxa" w:w="2351"/>
          </w:tcPr>
          <w:p/>
        </w:tc>
        <w:tc>
          <w:tcPr>
            <w:tcW w:type="dxa" w:w="2351"/>
          </w:tcPr>
          <w:p/>
        </w:tc>
        <w:tc>
          <w:tcPr>
            <w:tcW w:type="dxa" w:w="2351"/>
          </w:tcPr>
          <w:p/>
        </w:tc>
        <w:tc>
          <w:tcPr>
            <w:tcW w:type="dxa" w:w="2351"/>
          </w:tcPr>
          <w:p>
            <w:r>
              <w:t>Amt Eidertal</w:t>
            </w:r>
          </w:p>
        </w:tc>
      </w:tr>
      <w:tr>
        <w:trPr>
          <w:cantSplit/>
        </w:trPr>
        <w:tc>
          <w:tcPr>
            <w:tcW w:type="dxa" w:w="2351"/>
          </w:tcPr>
          <w:p/>
        </w:tc>
        <w:tc>
          <w:tcPr>
            <w:tcW w:type="dxa" w:w="2351"/>
          </w:tcPr>
          <w:p/>
        </w:tc>
        <w:tc>
          <w:tcPr>
            <w:tcW w:type="dxa" w:w="2351"/>
          </w:tcPr>
          <w:p/>
        </w:tc>
        <w:tc>
          <w:tcPr>
            <w:tcW w:type="dxa" w:w="2351"/>
          </w:tcPr>
          <w:p>
            <w:r>
              <w:t xml:space="preserve"> die Gemeinden</w:t>
            </w:r>
            <w:r>
              <w:br/>
            </w:r>
            <w:r>
              <w:t>Blumenthal, Böhnhusen, Flintbek, Mielkendorf, Molfsee, Rodenbek, Rumohr, Schierensee, Schönhorst, Techelsdorf</w:t>
            </w:r>
          </w:p>
        </w:tc>
      </w:tr>
      <w:tr>
        <w:trPr>
          <w:cantSplit/>
        </w:trPr>
        <w:tc>
          <w:tcPr>
            <w:tcW w:type="dxa" w:w="2351"/>
          </w:tcPr>
          <w:p/>
        </w:tc>
        <w:tc>
          <w:tcPr>
            <w:tcW w:type="dxa" w:w="2351"/>
          </w:tcPr>
          <w:p/>
        </w:tc>
        <w:tc>
          <w:tcPr>
            <w:tcW w:type="dxa" w:w="2351"/>
          </w:tcPr>
          <w:p/>
        </w:tc>
        <w:tc>
          <w:tcPr>
            <w:tcW w:type="dxa" w:w="2351"/>
          </w:tcPr>
          <w:p>
            <w:r>
              <w:t>Amt Fockbek</w:t>
            </w:r>
          </w:p>
        </w:tc>
      </w:tr>
      <w:tr>
        <w:trPr>
          <w:cantSplit/>
        </w:trPr>
        <w:tc>
          <w:tcPr>
            <w:tcW w:type="dxa" w:w="2351"/>
          </w:tcPr>
          <w:p/>
        </w:tc>
        <w:tc>
          <w:tcPr>
            <w:tcW w:type="dxa" w:w="2351"/>
          </w:tcPr>
          <w:p/>
        </w:tc>
        <w:tc>
          <w:tcPr>
            <w:tcW w:type="dxa" w:w="2351"/>
          </w:tcPr>
          <w:p/>
        </w:tc>
        <w:tc>
          <w:tcPr>
            <w:tcW w:type="dxa" w:w="2351"/>
          </w:tcPr>
          <w:p>
            <w:r>
              <w:t xml:space="preserve"> die Gemeinden</w:t>
            </w:r>
            <w:r>
              <w:br/>
            </w:r>
            <w:r>
              <w:t>Alt Duvenstedt, Fockbek, Nübbel, Rickert</w:t>
            </w:r>
          </w:p>
        </w:tc>
      </w:tr>
      <w:tr>
        <w:trPr>
          <w:cantSplit/>
        </w:trPr>
        <w:tc>
          <w:tcPr>
            <w:tcW w:type="dxa" w:w="2351"/>
          </w:tcPr>
          <w:p/>
        </w:tc>
        <w:tc>
          <w:tcPr>
            <w:tcW w:type="dxa" w:w="2351"/>
          </w:tcPr>
          <w:p/>
        </w:tc>
        <w:tc>
          <w:tcPr>
            <w:tcW w:type="dxa" w:w="2351"/>
          </w:tcPr>
          <w:p/>
        </w:tc>
        <w:tc>
          <w:tcPr>
            <w:tcW w:type="dxa" w:w="2351"/>
          </w:tcPr>
          <w:p>
            <w:r>
              <w:t>Amt Hohner Harde</w:t>
            </w:r>
          </w:p>
        </w:tc>
      </w:tr>
      <w:tr>
        <w:trPr>
          <w:cantSplit/>
        </w:trPr>
        <w:tc>
          <w:tcPr>
            <w:tcW w:type="dxa" w:w="2351"/>
          </w:tcPr>
          <w:p/>
        </w:tc>
        <w:tc>
          <w:tcPr>
            <w:tcW w:type="dxa" w:w="2351"/>
          </w:tcPr>
          <w:p/>
        </w:tc>
        <w:tc>
          <w:tcPr>
            <w:tcW w:type="dxa" w:w="2351"/>
          </w:tcPr>
          <w:p/>
        </w:tc>
        <w:tc>
          <w:tcPr>
            <w:tcW w:type="dxa" w:w="2351"/>
          </w:tcPr>
          <w:p>
            <w:r>
              <w:t xml:space="preserve"> die Gemeinden</w:t>
            </w:r>
            <w:r>
              <w:br/>
            </w:r>
            <w:r>
              <w:t>Bargstall, Breiholz, Christiansholm, Elsdorf-Westermühlen, Friedrichsgraben, Friedrichsholm, Hamdorf, Hohn, Königshügel, Lohe-Föhrden, Prinzenmoor, Sophienhamm</w:t>
            </w:r>
          </w:p>
        </w:tc>
      </w:tr>
      <w:tr>
        <w:trPr>
          <w:cantSplit/>
        </w:trPr>
        <w:tc>
          <w:tcPr>
            <w:tcW w:type="dxa" w:w="2351"/>
          </w:tcPr>
          <w:p/>
        </w:tc>
        <w:tc>
          <w:tcPr>
            <w:tcW w:type="dxa" w:w="2351"/>
          </w:tcPr>
          <w:p/>
        </w:tc>
        <w:tc>
          <w:tcPr>
            <w:tcW w:type="dxa" w:w="2351"/>
          </w:tcPr>
          <w:p/>
        </w:tc>
        <w:tc>
          <w:tcPr>
            <w:tcW w:type="dxa" w:w="2351"/>
          </w:tcPr>
          <w:p>
            <w:r>
              <w:t>Amt Hüttener Berge</w:t>
            </w:r>
          </w:p>
        </w:tc>
      </w:tr>
      <w:tr>
        <w:trPr>
          <w:cantSplit/>
        </w:trPr>
        <w:tc>
          <w:tcPr>
            <w:tcW w:type="dxa" w:w="2351"/>
          </w:tcPr>
          <w:p/>
        </w:tc>
        <w:tc>
          <w:tcPr>
            <w:tcW w:type="dxa" w:w="2351"/>
          </w:tcPr>
          <w:p/>
        </w:tc>
        <w:tc>
          <w:tcPr>
            <w:tcW w:type="dxa" w:w="2351"/>
          </w:tcPr>
          <w:p/>
        </w:tc>
        <w:tc>
          <w:tcPr>
            <w:tcW w:type="dxa" w:w="2351"/>
          </w:tcPr>
          <w:p>
            <w:r>
              <w:t xml:space="preserve"> die Gemeinden</w:t>
            </w:r>
            <w:r>
              <w:br/>
            </w:r>
            <w:r>
              <w:t>Ahlefeld-Bistensee, Ascheffel, Borgstedt, Brekendorf, Bünsdorf, Damendorf, Groß Wittensee, Haby, Holtsee, Holzbunge, Hütten, Klein Wittensee, Neu Duvenstedt, Osterby, Owschlag, Sehestedt</w:t>
            </w:r>
          </w:p>
        </w:tc>
      </w:tr>
      <w:tr>
        <w:trPr>
          <w:cantSplit/>
        </w:trPr>
        <w:tc>
          <w:tcPr>
            <w:tcW w:type="dxa" w:w="2351"/>
          </w:tcPr>
          <w:p/>
        </w:tc>
        <w:tc>
          <w:tcPr>
            <w:tcW w:type="dxa" w:w="2351"/>
          </w:tcPr>
          <w:p/>
        </w:tc>
        <w:tc>
          <w:tcPr>
            <w:tcW w:type="dxa" w:w="2351"/>
          </w:tcPr>
          <w:p/>
        </w:tc>
        <w:tc>
          <w:tcPr>
            <w:tcW w:type="dxa" w:w="2351"/>
          </w:tcPr>
          <w:p>
            <w:r>
              <w:t>Amt Jevenstedt</w:t>
            </w:r>
          </w:p>
        </w:tc>
      </w:tr>
      <w:tr>
        <w:trPr>
          <w:cantSplit/>
        </w:trPr>
        <w:tc>
          <w:tcPr>
            <w:tcW w:type="dxa" w:w="2351"/>
          </w:tcPr>
          <w:p/>
        </w:tc>
        <w:tc>
          <w:tcPr>
            <w:tcW w:type="dxa" w:w="2351"/>
          </w:tcPr>
          <w:p/>
        </w:tc>
        <w:tc>
          <w:tcPr>
            <w:tcW w:type="dxa" w:w="2351"/>
          </w:tcPr>
          <w:p/>
        </w:tc>
        <w:tc>
          <w:tcPr>
            <w:tcW w:type="dxa" w:w="2351"/>
          </w:tcPr>
          <w:p>
            <w:r>
              <w:t xml:space="preserve"> die Gemeinden</w:t>
            </w:r>
            <w:r>
              <w:br/>
            </w:r>
            <w:r>
              <w:t>Brinjahe, Embühren, Haale, Hamweddel, Hörsten, Jevenstedt, Luhnstedt, Schülp b. Rendsburg, Stafstedt, Westerrönfeld</w:t>
            </w:r>
          </w:p>
        </w:tc>
      </w:tr>
      <w:tr>
        <w:trPr>
          <w:cantSplit/>
        </w:trPr>
        <w:tc>
          <w:tcPr>
            <w:tcW w:type="dxa" w:w="2351"/>
          </w:tcPr>
          <w:p/>
        </w:tc>
        <w:tc>
          <w:tcPr>
            <w:tcW w:type="dxa" w:w="2351"/>
          </w:tcPr>
          <w:p/>
        </w:tc>
        <w:tc>
          <w:tcPr>
            <w:tcW w:type="dxa" w:w="2351"/>
          </w:tcPr>
          <w:p/>
        </w:tc>
        <w:tc>
          <w:tcPr>
            <w:tcW w:type="dxa" w:w="2351"/>
          </w:tcPr>
          <w:p>
            <w:r>
              <w:t>Amt Mittelholstein</w:t>
            </w:r>
          </w:p>
        </w:tc>
      </w:tr>
      <w:tr>
        <w:trPr>
          <w:cantSplit/>
        </w:trPr>
        <w:tc>
          <w:tcPr>
            <w:tcW w:type="dxa" w:w="2351"/>
          </w:tcPr>
          <w:p/>
        </w:tc>
        <w:tc>
          <w:tcPr>
            <w:tcW w:type="dxa" w:w="2351"/>
          </w:tcPr>
          <w:p/>
        </w:tc>
        <w:tc>
          <w:tcPr>
            <w:tcW w:type="dxa" w:w="2351"/>
          </w:tcPr>
          <w:p/>
        </w:tc>
        <w:tc>
          <w:tcPr>
            <w:tcW w:type="dxa" w:w="2351"/>
          </w:tcPr>
          <w:p>
            <w:r>
              <w:t xml:space="preserve"> die Gemeinden</w:t>
            </w:r>
            <w:r>
              <w:br/>
            </w:r>
            <w:r>
              <w:t>Arpsdorf, Aukrug, Beldorf, Bendorf, Beringstedt, Bornholt, Ehndorf, Gokels, Grauel, Hanerau-Hademarschen, Heinkenborstel, Hohenwestedt, Jahrsdorf, Lütjenwestedt, Meezen, Mörel, Nienborstel, Nindorf, Oldenbüttel, Osterstedt, Padenstedt, Rade b. Hohenwestedt, Remmels, Seefeld, Steenfeld, Tackesdorf, Tappendorf, Thaden, Todenbüttel, Wapelfeld</w:t>
            </w:r>
          </w:p>
        </w:tc>
      </w:tr>
      <w:tr>
        <w:trPr>
          <w:cantSplit/>
        </w:trPr>
        <w:tc>
          <w:tcPr>
            <w:tcW w:type="dxa" w:w="2351"/>
          </w:tcPr>
          <w:p/>
        </w:tc>
        <w:tc>
          <w:tcPr>
            <w:tcW w:type="dxa" w:w="2351"/>
          </w:tcPr>
          <w:p/>
        </w:tc>
        <w:tc>
          <w:tcPr>
            <w:tcW w:type="dxa" w:w="2351"/>
          </w:tcPr>
          <w:p/>
        </w:tc>
        <w:tc>
          <w:tcPr>
            <w:tcW w:type="dxa" w:w="2351"/>
          </w:tcPr>
          <w:p>
            <w:r>
              <w:t>Amt Nortorfer Land</w:t>
            </w:r>
          </w:p>
        </w:tc>
      </w:tr>
      <w:tr>
        <w:trPr>
          <w:cantSplit/>
        </w:trPr>
        <w:tc>
          <w:tcPr>
            <w:tcW w:type="dxa" w:w="2351"/>
          </w:tcPr>
          <w:p/>
        </w:tc>
        <w:tc>
          <w:tcPr>
            <w:tcW w:type="dxa" w:w="2351"/>
          </w:tcPr>
          <w:p/>
        </w:tc>
        <w:tc>
          <w:tcPr>
            <w:tcW w:type="dxa" w:w="2351"/>
          </w:tcPr>
          <w:p/>
        </w:tc>
        <w:tc>
          <w:tcPr>
            <w:tcW w:type="dxa" w:w="2351"/>
          </w:tcPr>
          <w:p>
            <w:r>
              <w:t xml:space="preserve"> die Gemeinden</w:t>
            </w:r>
            <w:r>
              <w:br/>
            </w:r>
            <w:r>
              <w:t>Bargstedt, Bokel, Borgdorf-Seedorf, Brammer, Dätgen, Eisendorf, Ellerdorf, Emkendorf, Gnutz, Groß Vollstedt, Krogaspe, Langwedel, Nortorf, Oldenhütten, Schülp b. Nortorf, Timmaspe, Warder</w:t>
            </w:r>
          </w:p>
        </w:tc>
      </w:tr>
      <w:tr>
        <w:trPr>
          <w:cantSplit/>
        </w:trPr>
        <w:tc>
          <w:tcPr>
            <w:tcW w:type="dxa" w:w="2351"/>
          </w:tcPr>
          <w:p/>
        </w:tc>
        <w:tc>
          <w:tcPr>
            <w:tcW w:type="dxa" w:w="2351"/>
          </w:tcPr>
          <w:p/>
        </w:tc>
        <w:tc>
          <w:tcPr>
            <w:tcW w:type="dxa" w:w="2351"/>
          </w:tcPr>
          <w:p/>
        </w:tc>
        <w:tc>
          <w:tcPr>
            <w:tcW w:type="dxa" w:w="2351"/>
          </w:tcPr>
          <w:p>
            <w:r>
              <w:t>Amt Schlei-Ostsee</w:t>
            </w:r>
          </w:p>
        </w:tc>
      </w:tr>
      <w:tr>
        <w:trPr>
          <w:cantSplit/>
        </w:trPr>
        <w:tc>
          <w:tcPr>
            <w:tcW w:type="dxa" w:w="2351"/>
          </w:tcPr>
          <w:p/>
        </w:tc>
        <w:tc>
          <w:tcPr>
            <w:tcW w:type="dxa" w:w="2351"/>
          </w:tcPr>
          <w:p/>
        </w:tc>
        <w:tc>
          <w:tcPr>
            <w:tcW w:type="dxa" w:w="2351"/>
          </w:tcPr>
          <w:p/>
        </w:tc>
        <w:tc>
          <w:tcPr>
            <w:tcW w:type="dxa" w:w="2351"/>
          </w:tcPr>
          <w:p>
            <w:r>
              <w:t xml:space="preserve"> die Gemeinden</w:t>
            </w:r>
            <w:r>
              <w:br/>
            </w:r>
            <w:r>
              <w:t>Altenhof, Barkelsby, Brodersby, Damp, Dörphof, Fleckeby, Gammelby, Goosefeld, Güby, Holzdorf, Hummelfeld, Karby, Kosel, Loose, Rieseby, Thumby, Waabs, Windeby, Winnemark</w:t>
            </w:r>
          </w:p>
        </w:tc>
      </w:tr>
      <w:tr>
        <w:trPr>
          <w:cantSplit/>
        </w:trPr>
        <w:tc>
          <w:tcPr>
            <w:tcW w:type="dxa" w:w="2351"/>
          </w:tcPr>
          <w:p/>
        </w:tc>
        <w:tc>
          <w:tcPr>
            <w:tcW w:type="dxa" w:w="2351"/>
          </w:tcPr>
          <w:p/>
        </w:tc>
        <w:tc>
          <w:tcPr>
            <w:tcW w:type="dxa" w:w="4702"/>
            <w:gridSpan w:val="2"/>
          </w:tcPr>
          <w:p>
            <w:r>
              <w:t>(Übrige Gemeinden s. Wkr. 5)</w:t>
            </w:r>
          </w:p>
        </w:tc>
      </w:tr>
      <w:tr>
        <w:trPr>
          <w:cantSplit/>
        </w:trPr>
        <w:tc>
          <w:tcPr>
            <w:tcW w:type="dxa" w:w="2351"/>
          </w:tcPr>
          <w:p>
            <w:r>
              <w:t>5</w:t>
            </w:r>
          </w:p>
        </w:tc>
        <w:tc>
          <w:tcPr>
            <w:tcW w:type="dxa" w:w="2351"/>
          </w:tcPr>
          <w:p>
            <w:r>
              <w:t>Kiel</w:t>
            </w:r>
          </w:p>
        </w:tc>
        <w:tc>
          <w:tcPr>
            <w:tcW w:type="dxa" w:w="4702"/>
            <w:gridSpan w:val="2"/>
          </w:tcPr>
          <w:p>
            <w:r>
              <w:t>Kreisfreie Stadt Kiel</w:t>
            </w:r>
          </w:p>
        </w:tc>
      </w:tr>
      <w:tr>
        <w:trPr>
          <w:cantSplit/>
        </w:trPr>
        <w:tc>
          <w:tcPr>
            <w:tcW w:type="dxa" w:w="2351"/>
          </w:tcPr>
          <w:p/>
        </w:tc>
        <w:tc>
          <w:tcPr>
            <w:tcW w:type="dxa" w:w="2351"/>
          </w:tcPr>
          <w:p/>
        </w:tc>
        <w:tc>
          <w:tcPr>
            <w:tcW w:type="dxa" w:w="4702"/>
            <w:gridSpan w:val="2"/>
          </w:tcPr>
          <w:p>
            <w:r>
              <w:t>vom Kreis Rendsburg-Eckernförde</w:t>
            </w:r>
          </w:p>
        </w:tc>
      </w:tr>
      <w:tr>
        <w:trPr>
          <w:cantSplit/>
        </w:trPr>
        <w:tc>
          <w:tcPr>
            <w:tcW w:type="dxa" w:w="2351"/>
          </w:tcPr>
          <w:p/>
        </w:tc>
        <w:tc>
          <w:tcPr>
            <w:tcW w:type="dxa" w:w="2351"/>
          </w:tcPr>
          <w:p/>
        </w:tc>
        <w:tc>
          <w:tcPr>
            <w:tcW w:type="dxa" w:w="2351"/>
          </w:tcPr>
          <w:p/>
        </w:tc>
        <w:tc>
          <w:tcPr>
            <w:tcW w:type="dxa" w:w="2351"/>
          </w:tcPr>
          <w:p>
            <w:r>
              <w:t>amtsfreie Gemeinden</w:t>
            </w:r>
            <w:r>
              <w:br/>
            </w:r>
            <w:r>
              <w:t>Altenholz, Kronshagen</w:t>
            </w:r>
          </w:p>
        </w:tc>
      </w:tr>
      <w:tr>
        <w:trPr>
          <w:cantSplit/>
        </w:trPr>
        <w:tc>
          <w:tcPr>
            <w:tcW w:type="dxa" w:w="2351"/>
          </w:tcPr>
          <w:p/>
        </w:tc>
        <w:tc>
          <w:tcPr>
            <w:tcW w:type="dxa" w:w="2351"/>
          </w:tcPr>
          <w:p/>
        </w:tc>
        <w:tc>
          <w:tcPr>
            <w:tcW w:type="dxa" w:w="4702"/>
            <w:gridSpan w:val="2"/>
          </w:tcPr>
          <w:p>
            <w:r>
              <w:t>(Übrige Gemeinden s. Wkr. 4)</w:t>
            </w:r>
          </w:p>
        </w:tc>
      </w:tr>
      <w:tr>
        <w:trPr>
          <w:cantSplit/>
        </w:trPr>
        <w:tc>
          <w:tcPr>
            <w:tcW w:type="dxa" w:w="2351"/>
          </w:tcPr>
          <w:p>
            <w:r>
              <w:t>6</w:t>
            </w:r>
          </w:p>
        </w:tc>
        <w:tc>
          <w:tcPr>
            <w:tcW w:type="dxa" w:w="2351"/>
          </w:tcPr>
          <w:p>
            <w:r>
              <w:t>Plön – Neumünster</w:t>
            </w:r>
          </w:p>
        </w:tc>
        <w:tc>
          <w:tcPr>
            <w:tcW w:type="dxa" w:w="4702"/>
            <w:gridSpan w:val="2"/>
          </w:tcPr>
          <w:p>
            <w:r>
              <w:t>Kreisfreie Stadt Neumünster</w:t>
            </w:r>
          </w:p>
        </w:tc>
      </w:tr>
      <w:tr>
        <w:trPr>
          <w:cantSplit/>
        </w:trPr>
        <w:tc>
          <w:tcPr>
            <w:tcW w:type="dxa" w:w="2351"/>
          </w:tcPr>
          <w:p/>
        </w:tc>
        <w:tc>
          <w:tcPr>
            <w:tcW w:type="dxa" w:w="2351"/>
          </w:tcPr>
          <w:p/>
        </w:tc>
        <w:tc>
          <w:tcPr>
            <w:tcW w:type="dxa" w:w="4702"/>
            <w:gridSpan w:val="2"/>
          </w:tcPr>
          <w:p>
            <w:r>
              <w:t>Kreis Plön</w:t>
            </w:r>
          </w:p>
        </w:tc>
      </w:tr>
      <w:tr>
        <w:trPr>
          <w:cantSplit/>
        </w:trPr>
        <w:tc>
          <w:tcPr>
            <w:tcW w:type="dxa" w:w="2351"/>
          </w:tcPr>
          <w:p/>
        </w:tc>
        <w:tc>
          <w:tcPr>
            <w:tcW w:type="dxa" w:w="2351"/>
          </w:tcPr>
          <w:p/>
        </w:tc>
        <w:tc>
          <w:tcPr>
            <w:tcW w:type="dxa" w:w="4702"/>
            <w:gridSpan w:val="2"/>
          </w:tcPr>
          <w:p>
            <w:r>
              <w:t>vom Kreis Segeberg</w:t>
            </w:r>
          </w:p>
        </w:tc>
      </w:tr>
      <w:tr>
        <w:trPr>
          <w:cantSplit/>
        </w:trPr>
        <w:tc>
          <w:tcPr>
            <w:tcW w:type="dxa" w:w="2351"/>
          </w:tcPr>
          <w:p/>
        </w:tc>
        <w:tc>
          <w:tcPr>
            <w:tcW w:type="dxa" w:w="2351"/>
          </w:tcPr>
          <w:p/>
        </w:tc>
        <w:tc>
          <w:tcPr>
            <w:tcW w:type="dxa" w:w="2351"/>
          </w:tcPr>
          <w:p/>
        </w:tc>
        <w:tc>
          <w:tcPr>
            <w:tcW w:type="dxa" w:w="2351"/>
          </w:tcPr>
          <w:p>
            <w:r>
              <w:t>Amt Boostedt-Rickling</w:t>
            </w:r>
          </w:p>
        </w:tc>
      </w:tr>
      <w:tr>
        <w:trPr>
          <w:cantSplit/>
        </w:trPr>
        <w:tc>
          <w:tcPr>
            <w:tcW w:type="dxa" w:w="2351"/>
          </w:tcPr>
          <w:p/>
        </w:tc>
        <w:tc>
          <w:tcPr>
            <w:tcW w:type="dxa" w:w="2351"/>
          </w:tcPr>
          <w:p/>
        </w:tc>
        <w:tc>
          <w:tcPr>
            <w:tcW w:type="dxa" w:w="2351"/>
          </w:tcPr>
          <w:p/>
        </w:tc>
        <w:tc>
          <w:tcPr>
            <w:tcW w:type="dxa" w:w="2351"/>
          </w:tcPr>
          <w:p>
            <w:r>
              <w:t xml:space="preserve"> die Gemeinden</w:t>
            </w:r>
            <w:r>
              <w:br/>
            </w:r>
            <w:r>
              <w:t>Boostedt, Daldorf, Groß Kummerfeld, Heidmühlen, Latendorf, Rickling</w:t>
            </w:r>
          </w:p>
        </w:tc>
      </w:tr>
      <w:tr>
        <w:trPr>
          <w:cantSplit/>
        </w:trPr>
        <w:tc>
          <w:tcPr>
            <w:tcW w:type="dxa" w:w="2351"/>
          </w:tcPr>
          <w:p/>
        </w:tc>
        <w:tc>
          <w:tcPr>
            <w:tcW w:type="dxa" w:w="2351"/>
          </w:tcPr>
          <w:p/>
        </w:tc>
        <w:tc>
          <w:tcPr>
            <w:tcW w:type="dxa" w:w="4702"/>
            <w:gridSpan w:val="2"/>
          </w:tcPr>
          <w:p>
            <w:r>
              <w:t>(Übrige Gemeinden s. Wkr. 3, 8)</w:t>
            </w:r>
          </w:p>
        </w:tc>
      </w:tr>
      <w:tr>
        <w:trPr>
          <w:cantSplit/>
        </w:trPr>
        <w:tc>
          <w:tcPr>
            <w:tcW w:type="dxa" w:w="2351"/>
          </w:tcPr>
          <w:p>
            <w:r>
              <w:t>7</w:t>
            </w:r>
          </w:p>
        </w:tc>
        <w:tc>
          <w:tcPr>
            <w:tcW w:type="dxa" w:w="2351"/>
          </w:tcPr>
          <w:p>
            <w:r>
              <w:t>Pinneberg</w:t>
            </w:r>
          </w:p>
        </w:tc>
        <w:tc>
          <w:tcPr>
            <w:tcW w:type="dxa" w:w="4702"/>
            <w:gridSpan w:val="2"/>
          </w:tcPr>
          <w:p>
            <w:r>
              <w:t>Kreis Pinneberg</w:t>
            </w:r>
          </w:p>
        </w:tc>
      </w:tr>
      <w:tr>
        <w:trPr>
          <w:cantSplit/>
        </w:trPr>
        <w:tc>
          <w:tcPr>
            <w:tcW w:type="dxa" w:w="2351"/>
          </w:tcPr>
          <w:p>
            <w:r>
              <w:t>8</w:t>
            </w:r>
          </w:p>
        </w:tc>
        <w:tc>
          <w:tcPr>
            <w:tcW w:type="dxa" w:w="2351"/>
          </w:tcPr>
          <w:p>
            <w:r>
              <w:t>Segeberg – Stormarn-Mitte</w:t>
            </w:r>
          </w:p>
        </w:tc>
        <w:tc>
          <w:tcPr>
            <w:tcW w:type="dxa" w:w="4702"/>
            <w:gridSpan w:val="2"/>
          </w:tcPr>
          <w:p>
            <w:r>
              <w:t>Vom Kreis Segeberg</w:t>
            </w:r>
          </w:p>
        </w:tc>
      </w:tr>
      <w:tr>
        <w:trPr>
          <w:cantSplit/>
        </w:trPr>
        <w:tc>
          <w:tcPr>
            <w:tcW w:type="dxa" w:w="2351"/>
          </w:tcPr>
          <w:p/>
        </w:tc>
        <w:tc>
          <w:tcPr>
            <w:tcW w:type="dxa" w:w="2351"/>
          </w:tcPr>
          <w:p/>
        </w:tc>
        <w:tc>
          <w:tcPr>
            <w:tcW w:type="dxa" w:w="2351"/>
          </w:tcPr>
          <w:p/>
        </w:tc>
        <w:tc>
          <w:tcPr>
            <w:tcW w:type="dxa" w:w="2351"/>
          </w:tcPr>
          <w:p>
            <w:r>
              <w:t>amtsfreie Gemeinden</w:t>
            </w:r>
            <w:r>
              <w:br/>
            </w:r>
            <w:r>
              <w:t>Bad Segeberg, Ellerau, Henstedt-Ulzburg, Kaltenkirchen, Norderstedt, Wahlstedt</w:t>
            </w:r>
          </w:p>
        </w:tc>
      </w:tr>
      <w:tr>
        <w:trPr>
          <w:cantSplit/>
        </w:trPr>
        <w:tc>
          <w:tcPr>
            <w:tcW w:type="dxa" w:w="2351"/>
          </w:tcPr>
          <w:p/>
        </w:tc>
        <w:tc>
          <w:tcPr>
            <w:tcW w:type="dxa" w:w="2351"/>
          </w:tcPr>
          <w:p/>
        </w:tc>
        <w:tc>
          <w:tcPr>
            <w:tcW w:type="dxa" w:w="2351"/>
          </w:tcPr>
          <w:p/>
        </w:tc>
        <w:tc>
          <w:tcPr>
            <w:tcW w:type="dxa" w:w="2351"/>
          </w:tcPr>
          <w:p>
            <w:r>
              <w:t>Amt Auenland Südholstein</w:t>
            </w:r>
          </w:p>
        </w:tc>
      </w:tr>
      <w:tr>
        <w:trPr>
          <w:cantSplit/>
        </w:trPr>
        <w:tc>
          <w:tcPr>
            <w:tcW w:type="dxa" w:w="2351"/>
          </w:tcPr>
          <w:p/>
        </w:tc>
        <w:tc>
          <w:tcPr>
            <w:tcW w:type="dxa" w:w="2351"/>
          </w:tcPr>
          <w:p/>
        </w:tc>
        <w:tc>
          <w:tcPr>
            <w:tcW w:type="dxa" w:w="2351"/>
          </w:tcPr>
          <w:p/>
        </w:tc>
        <w:tc>
          <w:tcPr>
            <w:tcW w:type="dxa" w:w="2351"/>
          </w:tcPr>
          <w:p>
            <w:r>
              <w:t xml:space="preserve"> die Gemeinden</w:t>
            </w:r>
            <w:r>
              <w:br/>
            </w:r>
            <w:r>
              <w:t>Alveslohe, Hartenholm, Hasenmoor, Lentföhrden, Nützen, Schmalfeld</w:t>
            </w:r>
          </w:p>
        </w:tc>
      </w:tr>
      <w:tr>
        <w:trPr>
          <w:cantSplit/>
        </w:trPr>
        <w:tc>
          <w:tcPr>
            <w:tcW w:type="dxa" w:w="2351"/>
          </w:tcPr>
          <w:p/>
        </w:tc>
        <w:tc>
          <w:tcPr>
            <w:tcW w:type="dxa" w:w="2351"/>
          </w:tcPr>
          <w:p/>
        </w:tc>
        <w:tc>
          <w:tcPr>
            <w:tcW w:type="dxa" w:w="2351"/>
          </w:tcPr>
          <w:p/>
        </w:tc>
        <w:tc>
          <w:tcPr>
            <w:tcW w:type="dxa" w:w="2351"/>
          </w:tcPr>
          <w:p>
            <w:r>
              <w:t>Amt Bornhöved</w:t>
            </w:r>
          </w:p>
        </w:tc>
      </w:tr>
      <w:tr>
        <w:trPr>
          <w:cantSplit/>
        </w:trPr>
        <w:tc>
          <w:tcPr>
            <w:tcW w:type="dxa" w:w="2351"/>
          </w:tcPr>
          <w:p/>
        </w:tc>
        <w:tc>
          <w:tcPr>
            <w:tcW w:type="dxa" w:w="2351"/>
          </w:tcPr>
          <w:p/>
        </w:tc>
        <w:tc>
          <w:tcPr>
            <w:tcW w:type="dxa" w:w="2351"/>
          </w:tcPr>
          <w:p/>
        </w:tc>
        <w:tc>
          <w:tcPr>
            <w:tcW w:type="dxa" w:w="2351"/>
          </w:tcPr>
          <w:p>
            <w:r>
              <w:t xml:space="preserve"> die Gemeinden</w:t>
            </w:r>
            <w:r>
              <w:br/>
            </w:r>
            <w:r>
              <w:t>Bornhöved, Damsdorf, Gönnebek, Schmalensee, Stocksee, Tarbek, Tensfeld, Trappenkamp</w:t>
            </w:r>
          </w:p>
        </w:tc>
      </w:tr>
      <w:tr>
        <w:trPr>
          <w:cantSplit/>
        </w:trPr>
        <w:tc>
          <w:tcPr>
            <w:tcW w:type="dxa" w:w="2351"/>
          </w:tcPr>
          <w:p/>
        </w:tc>
        <w:tc>
          <w:tcPr>
            <w:tcW w:type="dxa" w:w="2351"/>
          </w:tcPr>
          <w:p/>
        </w:tc>
        <w:tc>
          <w:tcPr>
            <w:tcW w:type="dxa" w:w="2351"/>
          </w:tcPr>
          <w:p/>
        </w:tc>
        <w:tc>
          <w:tcPr>
            <w:tcW w:type="dxa" w:w="2351"/>
          </w:tcPr>
          <w:p>
            <w:r>
              <w:t>Amt Itzstedt</w:t>
            </w:r>
          </w:p>
        </w:tc>
      </w:tr>
      <w:tr>
        <w:trPr>
          <w:cantSplit/>
        </w:trPr>
        <w:tc>
          <w:tcPr>
            <w:tcW w:type="dxa" w:w="2351"/>
          </w:tcPr>
          <w:p/>
        </w:tc>
        <w:tc>
          <w:tcPr>
            <w:tcW w:type="dxa" w:w="2351"/>
          </w:tcPr>
          <w:p/>
        </w:tc>
        <w:tc>
          <w:tcPr>
            <w:tcW w:type="dxa" w:w="2351"/>
          </w:tcPr>
          <w:p/>
        </w:tc>
        <w:tc>
          <w:tcPr>
            <w:tcW w:type="dxa" w:w="2351"/>
          </w:tcPr>
          <w:p>
            <w:r>
              <w:t xml:space="preserve"> die Gemeinden</w:t>
            </w:r>
            <w:r>
              <w:br/>
            </w:r>
            <w:r>
              <w:t>Itzstedt, Kayhude, Nahe, Oering, Seth, Sülfeld, (ohne Tangstedt, s. Kreis Stormarn)</w:t>
            </w:r>
          </w:p>
        </w:tc>
      </w:tr>
      <w:tr>
        <w:trPr>
          <w:cantSplit/>
        </w:trPr>
        <w:tc>
          <w:tcPr>
            <w:tcW w:type="dxa" w:w="2351"/>
          </w:tcPr>
          <w:p/>
        </w:tc>
        <w:tc>
          <w:tcPr>
            <w:tcW w:type="dxa" w:w="2351"/>
          </w:tcPr>
          <w:p/>
        </w:tc>
        <w:tc>
          <w:tcPr>
            <w:tcW w:type="dxa" w:w="2351"/>
          </w:tcPr>
          <w:p/>
        </w:tc>
        <w:tc>
          <w:tcPr>
            <w:tcW w:type="dxa" w:w="2351"/>
          </w:tcPr>
          <w:p>
            <w:r>
              <w:t>Amt Kisdorf</w:t>
            </w:r>
          </w:p>
        </w:tc>
      </w:tr>
      <w:tr>
        <w:trPr>
          <w:cantSplit/>
        </w:trPr>
        <w:tc>
          <w:tcPr>
            <w:tcW w:type="dxa" w:w="2351"/>
          </w:tcPr>
          <w:p/>
        </w:tc>
        <w:tc>
          <w:tcPr>
            <w:tcW w:type="dxa" w:w="2351"/>
          </w:tcPr>
          <w:p/>
        </w:tc>
        <w:tc>
          <w:tcPr>
            <w:tcW w:type="dxa" w:w="2351"/>
          </w:tcPr>
          <w:p/>
        </w:tc>
        <w:tc>
          <w:tcPr>
            <w:tcW w:type="dxa" w:w="2351"/>
          </w:tcPr>
          <w:p>
            <w:r>
              <w:t xml:space="preserve"> die Gemeinden</w:t>
            </w:r>
            <w:r>
              <w:br/>
            </w:r>
            <w:r>
              <w:t>Hüttblek, Kattendorf, Kisdorf, Oersdorf, Sievershütten, Struvenhütten, Stuvenborn, Wakendorf II, Winsen</w:t>
            </w:r>
          </w:p>
        </w:tc>
      </w:tr>
      <w:tr>
        <w:trPr>
          <w:cantSplit/>
        </w:trPr>
        <w:tc>
          <w:tcPr>
            <w:tcW w:type="dxa" w:w="2351"/>
          </w:tcPr>
          <w:p/>
        </w:tc>
        <w:tc>
          <w:tcPr>
            <w:tcW w:type="dxa" w:w="2351"/>
          </w:tcPr>
          <w:p/>
        </w:tc>
        <w:tc>
          <w:tcPr>
            <w:tcW w:type="dxa" w:w="2351"/>
          </w:tcPr>
          <w:p/>
        </w:tc>
        <w:tc>
          <w:tcPr>
            <w:tcW w:type="dxa" w:w="2351"/>
          </w:tcPr>
          <w:p>
            <w:r>
              <w:t>Amt Leezen</w:t>
            </w:r>
          </w:p>
        </w:tc>
      </w:tr>
      <w:tr>
        <w:trPr>
          <w:cantSplit/>
        </w:trPr>
        <w:tc>
          <w:tcPr>
            <w:tcW w:type="dxa" w:w="2351"/>
          </w:tcPr>
          <w:p/>
        </w:tc>
        <w:tc>
          <w:tcPr>
            <w:tcW w:type="dxa" w:w="2351"/>
          </w:tcPr>
          <w:p/>
        </w:tc>
        <w:tc>
          <w:tcPr>
            <w:tcW w:type="dxa" w:w="2351"/>
          </w:tcPr>
          <w:p/>
        </w:tc>
        <w:tc>
          <w:tcPr>
            <w:tcW w:type="dxa" w:w="2351"/>
          </w:tcPr>
          <w:p>
            <w:r>
              <w:t xml:space="preserve"> die Gemeinden</w:t>
            </w:r>
            <w:r>
              <w:br/>
            </w:r>
            <w:r>
              <w:t>Bark, Bebensee, Fredesdorf, Groß Niendorf, Högersdorf, Kükels, Leezen, Mözen, Neversdorf, Schwissel, Todesfelde, Wittenborn</w:t>
            </w:r>
          </w:p>
        </w:tc>
      </w:tr>
      <w:tr>
        <w:trPr>
          <w:cantSplit/>
        </w:trPr>
        <w:tc>
          <w:tcPr>
            <w:tcW w:type="dxa" w:w="2351"/>
          </w:tcPr>
          <w:p/>
        </w:tc>
        <w:tc>
          <w:tcPr>
            <w:tcW w:type="dxa" w:w="2351"/>
          </w:tcPr>
          <w:p/>
        </w:tc>
        <w:tc>
          <w:tcPr>
            <w:tcW w:type="dxa" w:w="2351"/>
          </w:tcPr>
          <w:p/>
        </w:tc>
        <w:tc>
          <w:tcPr>
            <w:tcW w:type="dxa" w:w="2351"/>
          </w:tcPr>
          <w:p>
            <w:r>
              <w:t>Amt Trave-Land</w:t>
            </w:r>
          </w:p>
        </w:tc>
      </w:tr>
      <w:tr>
        <w:trPr>
          <w:cantSplit/>
        </w:trPr>
        <w:tc>
          <w:tcPr>
            <w:tcW w:type="dxa" w:w="2351"/>
          </w:tcPr>
          <w:p/>
        </w:tc>
        <w:tc>
          <w:tcPr>
            <w:tcW w:type="dxa" w:w="2351"/>
          </w:tcPr>
          <w:p/>
        </w:tc>
        <w:tc>
          <w:tcPr>
            <w:tcW w:type="dxa" w:w="2351"/>
          </w:tcPr>
          <w:p/>
        </w:tc>
        <w:tc>
          <w:tcPr>
            <w:tcW w:type="dxa" w:w="2351"/>
          </w:tcPr>
          <w:p>
            <w:r>
              <w:t xml:space="preserve"> die Gemeinden</w:t>
            </w:r>
            <w:r>
              <w:br/>
            </w:r>
            <w:r>
              <w:t>Bahrenhof, Blunk, Bühnsdorf, Dreggers, Fahrenkrug, Geschendorf, Glasau, Groß Rönnau, Klein Gladebrügge, Klein Rönnau, Krems II, Negernbötel, Nehms, Neuengörs, Pronstorf, Rohlstorf, Schackendorf, Schieren, Seedorf, Stipsdorf, Strukdorf, Travenhorst, Traventhal, Wakendorf I, Weede, Wensin, Westerrade</w:t>
            </w:r>
          </w:p>
        </w:tc>
      </w:tr>
      <w:tr>
        <w:trPr>
          <w:cantSplit/>
        </w:trPr>
        <w:tc>
          <w:tcPr>
            <w:tcW w:type="dxa" w:w="2351"/>
          </w:tcPr>
          <w:p/>
        </w:tc>
        <w:tc>
          <w:tcPr>
            <w:tcW w:type="dxa" w:w="2351"/>
          </w:tcPr>
          <w:p/>
        </w:tc>
        <w:tc>
          <w:tcPr>
            <w:tcW w:type="dxa" w:w="4702"/>
            <w:gridSpan w:val="2"/>
          </w:tcPr>
          <w:p>
            <w:r>
              <w:t>(Übrige Gemeinden s. Wkr. 3, 6)</w:t>
            </w:r>
          </w:p>
        </w:tc>
      </w:tr>
      <w:tr>
        <w:trPr>
          <w:cantSplit/>
        </w:trPr>
        <w:tc>
          <w:tcPr>
            <w:tcW w:type="dxa" w:w="2351"/>
          </w:tcPr>
          <w:p/>
        </w:tc>
        <w:tc>
          <w:tcPr>
            <w:tcW w:type="dxa" w:w="2351"/>
          </w:tcPr>
          <w:p/>
        </w:tc>
        <w:tc>
          <w:tcPr>
            <w:tcW w:type="dxa" w:w="4702"/>
            <w:gridSpan w:val="2"/>
          </w:tcPr>
          <w:p>
            <w:r>
              <w:t>vom Kreis Stormarn</w:t>
            </w:r>
          </w:p>
        </w:tc>
      </w:tr>
      <w:tr>
        <w:trPr>
          <w:cantSplit/>
        </w:trPr>
        <w:tc>
          <w:tcPr>
            <w:tcW w:type="dxa" w:w="2351"/>
          </w:tcPr>
          <w:p/>
        </w:tc>
        <w:tc>
          <w:tcPr>
            <w:tcW w:type="dxa" w:w="2351"/>
          </w:tcPr>
          <w:p/>
        </w:tc>
        <w:tc>
          <w:tcPr>
            <w:tcW w:type="dxa" w:w="2351"/>
          </w:tcPr>
          <w:p/>
        </w:tc>
        <w:tc>
          <w:tcPr>
            <w:tcW w:type="dxa" w:w="2351"/>
          </w:tcPr>
          <w:p>
            <w:r>
              <w:t>amtsfreie Gemeinden</w:t>
            </w:r>
            <w:r>
              <w:br/>
            </w:r>
            <w:r>
              <w:t>Ammersbek, Bad Oldesloe, Bargteheide</w:t>
            </w:r>
          </w:p>
        </w:tc>
      </w:tr>
      <w:tr>
        <w:trPr>
          <w:cantSplit/>
        </w:trPr>
        <w:tc>
          <w:tcPr>
            <w:tcW w:type="dxa" w:w="2351"/>
          </w:tcPr>
          <w:p/>
        </w:tc>
        <w:tc>
          <w:tcPr>
            <w:tcW w:type="dxa" w:w="2351"/>
          </w:tcPr>
          <w:p/>
        </w:tc>
        <w:tc>
          <w:tcPr>
            <w:tcW w:type="dxa" w:w="2351"/>
          </w:tcPr>
          <w:p/>
        </w:tc>
        <w:tc>
          <w:tcPr>
            <w:tcW w:type="dxa" w:w="2351"/>
          </w:tcPr>
          <w:p>
            <w:r>
              <w:t>Amt Bad Oldesloe-Land</w:t>
            </w:r>
          </w:p>
        </w:tc>
      </w:tr>
      <w:tr>
        <w:trPr>
          <w:cantSplit/>
        </w:trPr>
        <w:tc>
          <w:tcPr>
            <w:tcW w:type="dxa" w:w="2351"/>
          </w:tcPr>
          <w:p/>
        </w:tc>
        <w:tc>
          <w:tcPr>
            <w:tcW w:type="dxa" w:w="2351"/>
          </w:tcPr>
          <w:p/>
        </w:tc>
        <w:tc>
          <w:tcPr>
            <w:tcW w:type="dxa" w:w="2351"/>
          </w:tcPr>
          <w:p/>
        </w:tc>
        <w:tc>
          <w:tcPr>
            <w:tcW w:type="dxa" w:w="2351"/>
          </w:tcPr>
          <w:p>
            <w:r>
              <w:t xml:space="preserve"> die Gemeinden</w:t>
            </w:r>
            <w:r>
              <w:br/>
            </w:r>
            <w:r>
              <w:t>Grabau, Lasbek, Meddewade, Neritz, Pölitz, Rethwisch, Rümpel, Steinburg, Travenbrück</w:t>
            </w:r>
          </w:p>
        </w:tc>
      </w:tr>
      <w:tr>
        <w:trPr>
          <w:cantSplit/>
        </w:trPr>
        <w:tc>
          <w:tcPr>
            <w:tcW w:type="dxa" w:w="2351"/>
          </w:tcPr>
          <w:p/>
        </w:tc>
        <w:tc>
          <w:tcPr>
            <w:tcW w:type="dxa" w:w="2351"/>
          </w:tcPr>
          <w:p/>
        </w:tc>
        <w:tc>
          <w:tcPr>
            <w:tcW w:type="dxa" w:w="2351"/>
          </w:tcPr>
          <w:p/>
        </w:tc>
        <w:tc>
          <w:tcPr>
            <w:tcW w:type="dxa" w:w="2351"/>
          </w:tcPr>
          <w:p>
            <w:r>
              <w:t>Amt Bargteheide-Land</w:t>
            </w:r>
          </w:p>
        </w:tc>
      </w:tr>
      <w:tr>
        <w:trPr>
          <w:cantSplit/>
        </w:trPr>
        <w:tc>
          <w:tcPr>
            <w:tcW w:type="dxa" w:w="2351"/>
          </w:tcPr>
          <w:p/>
        </w:tc>
        <w:tc>
          <w:tcPr>
            <w:tcW w:type="dxa" w:w="2351"/>
          </w:tcPr>
          <w:p/>
        </w:tc>
        <w:tc>
          <w:tcPr>
            <w:tcW w:type="dxa" w:w="2351"/>
          </w:tcPr>
          <w:p/>
        </w:tc>
        <w:tc>
          <w:tcPr>
            <w:tcW w:type="dxa" w:w="2351"/>
          </w:tcPr>
          <w:p>
            <w:r>
              <w:t xml:space="preserve"> die Gemeinden</w:t>
            </w:r>
            <w:r>
              <w:br/>
            </w:r>
            <w:r>
              <w:t>Bargfeld-Stegen, Delingsdorf, Elmenhorst, Hammoor, Jersbek, Nienwohld, Todendorf, Tremsbüttel</w:t>
            </w:r>
          </w:p>
        </w:tc>
      </w:tr>
      <w:tr>
        <w:trPr>
          <w:cantSplit/>
        </w:trPr>
        <w:tc>
          <w:tcPr>
            <w:tcW w:type="dxa" w:w="2351"/>
          </w:tcPr>
          <w:p/>
        </w:tc>
        <w:tc>
          <w:tcPr>
            <w:tcW w:type="dxa" w:w="2351"/>
          </w:tcPr>
          <w:p/>
        </w:tc>
        <w:tc>
          <w:tcPr>
            <w:tcW w:type="dxa" w:w="2351"/>
          </w:tcPr>
          <w:p/>
        </w:tc>
        <w:tc>
          <w:tcPr>
            <w:tcW w:type="dxa" w:w="2351"/>
          </w:tcPr>
          <w:p>
            <w:r>
              <w:t>Gemeinde Tangstedt (Amt Itzstedt, Krs. Segeberg)</w:t>
            </w:r>
          </w:p>
        </w:tc>
      </w:tr>
      <w:tr>
        <w:trPr>
          <w:cantSplit/>
        </w:trPr>
        <w:tc>
          <w:tcPr>
            <w:tcW w:type="dxa" w:w="2351"/>
          </w:tcPr>
          <w:p/>
        </w:tc>
        <w:tc>
          <w:tcPr>
            <w:tcW w:type="dxa" w:w="2351"/>
          </w:tcPr>
          <w:p/>
        </w:tc>
        <w:tc>
          <w:tcPr>
            <w:tcW w:type="dxa" w:w="4702"/>
            <w:gridSpan w:val="2"/>
          </w:tcPr>
          <w:p>
            <w:r>
              <w:t>(Übrige Gemeinden s. Wkr. 9, 10)</w:t>
            </w:r>
          </w:p>
        </w:tc>
      </w:tr>
      <w:tr>
        <w:trPr>
          <w:cantSplit/>
        </w:trPr>
        <w:tc>
          <w:tcPr>
            <w:tcW w:type="dxa" w:w="2351"/>
          </w:tcPr>
          <w:p>
            <w:r>
              <w:t>9</w:t>
            </w:r>
          </w:p>
        </w:tc>
        <w:tc>
          <w:tcPr>
            <w:tcW w:type="dxa" w:w="2351"/>
          </w:tcPr>
          <w:p>
            <w:r>
              <w:t>Ostholstein – Stormarn-Nord</w:t>
            </w:r>
          </w:p>
        </w:tc>
        <w:tc>
          <w:tcPr>
            <w:tcW w:type="dxa" w:w="4702"/>
            <w:gridSpan w:val="2"/>
          </w:tcPr>
          <w:p>
            <w:r>
              <w:t>Kreis Ostholstein</w:t>
            </w:r>
          </w:p>
        </w:tc>
      </w:tr>
      <w:tr>
        <w:trPr>
          <w:cantSplit/>
        </w:trPr>
        <w:tc>
          <w:tcPr>
            <w:tcW w:type="dxa" w:w="2351"/>
          </w:tcPr>
          <w:p/>
        </w:tc>
        <w:tc>
          <w:tcPr>
            <w:tcW w:type="dxa" w:w="2351"/>
          </w:tcPr>
          <w:p/>
        </w:tc>
        <w:tc>
          <w:tcPr>
            <w:tcW w:type="dxa" w:w="4702"/>
            <w:gridSpan w:val="2"/>
          </w:tcPr>
          <w:p>
            <w:r>
              <w:t>vom Kreis Stormarn</w:t>
            </w:r>
          </w:p>
        </w:tc>
      </w:tr>
      <w:tr>
        <w:trPr>
          <w:cantSplit/>
        </w:trPr>
        <w:tc>
          <w:tcPr>
            <w:tcW w:type="dxa" w:w="2351"/>
          </w:tcPr>
          <w:p/>
        </w:tc>
        <w:tc>
          <w:tcPr>
            <w:tcW w:type="dxa" w:w="2351"/>
          </w:tcPr>
          <w:p/>
        </w:tc>
        <w:tc>
          <w:tcPr>
            <w:tcW w:type="dxa" w:w="2351"/>
          </w:tcPr>
          <w:p/>
        </w:tc>
        <w:tc>
          <w:tcPr>
            <w:tcW w:type="dxa" w:w="2351"/>
          </w:tcPr>
          <w:p>
            <w:r>
              <w:t>amtsfreie Gemeinde Reinfeld (Holstein)</w:t>
            </w:r>
          </w:p>
        </w:tc>
      </w:tr>
      <w:tr>
        <w:trPr>
          <w:cantSplit/>
        </w:trPr>
        <w:tc>
          <w:tcPr>
            <w:tcW w:type="dxa" w:w="2351"/>
          </w:tcPr>
          <w:p/>
        </w:tc>
        <w:tc>
          <w:tcPr>
            <w:tcW w:type="dxa" w:w="2351"/>
          </w:tcPr>
          <w:p/>
        </w:tc>
        <w:tc>
          <w:tcPr>
            <w:tcW w:type="dxa" w:w="2351"/>
          </w:tcPr>
          <w:p/>
        </w:tc>
        <w:tc>
          <w:tcPr>
            <w:tcW w:type="dxa" w:w="2351"/>
          </w:tcPr>
          <w:p>
            <w:r>
              <w:t>Amt Nordstormarn</w:t>
            </w:r>
          </w:p>
        </w:tc>
      </w:tr>
      <w:tr>
        <w:trPr>
          <w:cantSplit/>
        </w:trPr>
        <w:tc>
          <w:tcPr>
            <w:tcW w:type="dxa" w:w="2351"/>
          </w:tcPr>
          <w:p/>
        </w:tc>
        <w:tc>
          <w:tcPr>
            <w:tcW w:type="dxa" w:w="2351"/>
          </w:tcPr>
          <w:p/>
        </w:tc>
        <w:tc>
          <w:tcPr>
            <w:tcW w:type="dxa" w:w="2351"/>
          </w:tcPr>
          <w:p/>
        </w:tc>
        <w:tc>
          <w:tcPr>
            <w:tcW w:type="dxa" w:w="2351"/>
          </w:tcPr>
          <w:p>
            <w:r>
              <w:t xml:space="preserve"> die Gemeinden</w:t>
            </w:r>
            <w:r>
              <w:br/>
            </w:r>
            <w:r>
              <w:t>Badendorf, Barnitz, Feldhorst, Hamberge, Heidekamp, Heilshoop, Klein Wesenberg, Mönkhagen, Rehhorst, Wesenberg, Westerau, Zarpen</w:t>
            </w:r>
          </w:p>
        </w:tc>
      </w:tr>
      <w:tr>
        <w:trPr>
          <w:cantSplit/>
        </w:trPr>
        <w:tc>
          <w:tcPr>
            <w:tcW w:type="dxa" w:w="2351"/>
          </w:tcPr>
          <w:p/>
        </w:tc>
        <w:tc>
          <w:tcPr>
            <w:tcW w:type="dxa" w:w="2351"/>
          </w:tcPr>
          <w:p/>
        </w:tc>
        <w:tc>
          <w:tcPr>
            <w:tcW w:type="dxa" w:w="4702"/>
            <w:gridSpan w:val="2"/>
          </w:tcPr>
          <w:p>
            <w:r>
              <w:t>(Übrige Gemeinden s. Wkr. 8, 10)</w:t>
            </w:r>
          </w:p>
        </w:tc>
      </w:tr>
      <w:tr>
        <w:trPr>
          <w:cantSplit/>
        </w:trPr>
        <w:tc>
          <w:tcPr>
            <w:tcW w:type="dxa" w:w="2351"/>
          </w:tcPr>
          <w:p>
            <w:r>
              <w:t>10</w:t>
            </w:r>
          </w:p>
        </w:tc>
        <w:tc>
          <w:tcPr>
            <w:tcW w:type="dxa" w:w="2351"/>
          </w:tcPr>
          <w:p>
            <w:r>
              <w:t>Herzogtum Lauenburg – Stormarn-Süd</w:t>
            </w:r>
          </w:p>
        </w:tc>
        <w:tc>
          <w:tcPr>
            <w:tcW w:type="dxa" w:w="4702"/>
            <w:gridSpan w:val="2"/>
          </w:tcPr>
          <w:p>
            <w:r>
              <w:t>Vom Kreis Herzogtum Lauenburg</w:t>
            </w:r>
          </w:p>
        </w:tc>
      </w:tr>
      <w:tr>
        <w:trPr>
          <w:cantSplit/>
        </w:trPr>
        <w:tc>
          <w:tcPr>
            <w:tcW w:type="dxa" w:w="2351"/>
          </w:tcPr>
          <w:p/>
        </w:tc>
        <w:tc>
          <w:tcPr>
            <w:tcW w:type="dxa" w:w="2351"/>
          </w:tcPr>
          <w:p/>
        </w:tc>
        <w:tc>
          <w:tcPr>
            <w:tcW w:type="dxa" w:w="2351"/>
          </w:tcPr>
          <w:p/>
        </w:tc>
        <w:tc>
          <w:tcPr>
            <w:tcW w:type="dxa" w:w="2351"/>
          </w:tcPr>
          <w:p>
            <w:r>
              <w:t>amtsfreie Gemeinden</w:t>
            </w:r>
            <w:r>
              <w:br/>
            </w:r>
            <w:r>
              <w:t>Geesthacht, Lauenburg/Elbe, Mölln, Ratzeburg, Schwarzenbek, Wentorf bei Hamburg</w:t>
            </w:r>
          </w:p>
        </w:tc>
      </w:tr>
      <w:tr>
        <w:trPr>
          <w:cantSplit/>
        </w:trPr>
        <w:tc>
          <w:tcPr>
            <w:tcW w:type="dxa" w:w="2351"/>
          </w:tcPr>
          <w:p/>
        </w:tc>
        <w:tc>
          <w:tcPr>
            <w:tcW w:type="dxa" w:w="2351"/>
          </w:tcPr>
          <w:p/>
        </w:tc>
        <w:tc>
          <w:tcPr>
            <w:tcW w:type="dxa" w:w="2351"/>
          </w:tcPr>
          <w:p/>
        </w:tc>
        <w:tc>
          <w:tcPr>
            <w:tcW w:type="dxa" w:w="2351"/>
          </w:tcPr>
          <w:p>
            <w:r>
              <w:t>Amt Breitenfelde</w:t>
            </w:r>
          </w:p>
        </w:tc>
      </w:tr>
      <w:tr>
        <w:trPr>
          <w:cantSplit/>
        </w:trPr>
        <w:tc>
          <w:tcPr>
            <w:tcW w:type="dxa" w:w="2351"/>
          </w:tcPr>
          <w:p/>
        </w:tc>
        <w:tc>
          <w:tcPr>
            <w:tcW w:type="dxa" w:w="2351"/>
          </w:tcPr>
          <w:p/>
        </w:tc>
        <w:tc>
          <w:tcPr>
            <w:tcW w:type="dxa" w:w="2351"/>
          </w:tcPr>
          <w:p/>
        </w:tc>
        <w:tc>
          <w:tcPr>
            <w:tcW w:type="dxa" w:w="2351"/>
          </w:tcPr>
          <w:p>
            <w:r>
              <w:t xml:space="preserve"> die Gemeinden</w:t>
            </w:r>
            <w:r>
              <w:br/>
            </w:r>
            <w:r>
              <w:t>Alt-Mölln, Bälau, Borstorf, Breitenfelde, Grambek, Hornbek, Lehmrade, Niendorf/Stecknitz, Schretstaken, Talkau, Woltersdorf</w:t>
            </w:r>
          </w:p>
        </w:tc>
      </w:tr>
      <w:tr>
        <w:trPr>
          <w:cantSplit/>
        </w:trPr>
        <w:tc>
          <w:tcPr>
            <w:tcW w:type="dxa" w:w="2351"/>
          </w:tcPr>
          <w:p/>
        </w:tc>
        <w:tc>
          <w:tcPr>
            <w:tcW w:type="dxa" w:w="2351"/>
          </w:tcPr>
          <w:p/>
        </w:tc>
        <w:tc>
          <w:tcPr>
            <w:tcW w:type="dxa" w:w="2351"/>
          </w:tcPr>
          <w:p/>
        </w:tc>
        <w:tc>
          <w:tcPr>
            <w:tcW w:type="dxa" w:w="2351"/>
          </w:tcPr>
          <w:p>
            <w:r>
              <w:t>Amt Büchen</w:t>
            </w:r>
          </w:p>
        </w:tc>
      </w:tr>
      <w:tr>
        <w:trPr>
          <w:cantSplit/>
        </w:trPr>
        <w:tc>
          <w:tcPr>
            <w:tcW w:type="dxa" w:w="2351"/>
          </w:tcPr>
          <w:p/>
        </w:tc>
        <w:tc>
          <w:tcPr>
            <w:tcW w:type="dxa" w:w="2351"/>
          </w:tcPr>
          <w:p/>
        </w:tc>
        <w:tc>
          <w:tcPr>
            <w:tcW w:type="dxa" w:w="2351"/>
          </w:tcPr>
          <w:p/>
        </w:tc>
        <w:tc>
          <w:tcPr>
            <w:tcW w:type="dxa" w:w="2351"/>
          </w:tcPr>
          <w:p>
            <w:r>
              <w:t xml:space="preserve"> die Gemeinden</w:t>
            </w:r>
            <w:r>
              <w:br/>
            </w:r>
            <w:r>
              <w:t>Besenthal, Bröthen, Büchen, Fitzen, Göttin, Gudow, Güster, Klein Pampau, Langenlehsten, Müssen, Roseburg, Schulendorf, Siebeneichen, Tramm, Witzeeze</w:t>
            </w:r>
          </w:p>
        </w:tc>
      </w:tr>
      <w:tr>
        <w:trPr>
          <w:cantSplit/>
        </w:trPr>
        <w:tc>
          <w:tcPr>
            <w:tcW w:type="dxa" w:w="2351"/>
          </w:tcPr>
          <w:p/>
        </w:tc>
        <w:tc>
          <w:tcPr>
            <w:tcW w:type="dxa" w:w="2351"/>
          </w:tcPr>
          <w:p/>
        </w:tc>
        <w:tc>
          <w:tcPr>
            <w:tcW w:type="dxa" w:w="2351"/>
          </w:tcPr>
          <w:p/>
        </w:tc>
        <w:tc>
          <w:tcPr>
            <w:tcW w:type="dxa" w:w="2351"/>
          </w:tcPr>
          <w:p>
            <w:r>
              <w:t>Amt Hohe Elbgeest</w:t>
            </w:r>
          </w:p>
        </w:tc>
      </w:tr>
      <w:tr>
        <w:trPr>
          <w:cantSplit/>
        </w:trPr>
        <w:tc>
          <w:tcPr>
            <w:tcW w:type="dxa" w:w="2351"/>
          </w:tcPr>
          <w:p/>
        </w:tc>
        <w:tc>
          <w:tcPr>
            <w:tcW w:type="dxa" w:w="2351"/>
          </w:tcPr>
          <w:p/>
        </w:tc>
        <w:tc>
          <w:tcPr>
            <w:tcW w:type="dxa" w:w="2351"/>
          </w:tcPr>
          <w:p/>
        </w:tc>
        <w:tc>
          <w:tcPr>
            <w:tcW w:type="dxa" w:w="2351"/>
          </w:tcPr>
          <w:p>
            <w:r>
              <w:t xml:space="preserve"> die Gemeinden</w:t>
            </w:r>
            <w:r>
              <w:br/>
            </w:r>
            <w:r>
              <w:t>Aumühle, Börnsen, Dassendorf, Escheburg, Hamwarde, Hohenhorn, Kröppelshagen-Fahrendorf, Wiershop, Wohltorf, Worth</w:t>
            </w:r>
          </w:p>
        </w:tc>
      </w:tr>
      <w:tr>
        <w:trPr>
          <w:cantSplit/>
        </w:trPr>
        <w:tc>
          <w:tcPr>
            <w:tcW w:type="dxa" w:w="2351"/>
          </w:tcPr>
          <w:p/>
        </w:tc>
        <w:tc>
          <w:tcPr>
            <w:tcW w:type="dxa" w:w="2351"/>
          </w:tcPr>
          <w:p/>
        </w:tc>
        <w:tc>
          <w:tcPr>
            <w:tcW w:type="dxa" w:w="2351"/>
          </w:tcPr>
          <w:p/>
        </w:tc>
        <w:tc>
          <w:tcPr>
            <w:tcW w:type="dxa" w:w="2351"/>
          </w:tcPr>
          <w:p>
            <w:r>
              <w:t>Amt Lauenburgische Seen</w:t>
            </w:r>
          </w:p>
        </w:tc>
      </w:tr>
      <w:tr>
        <w:trPr>
          <w:cantSplit/>
        </w:trPr>
        <w:tc>
          <w:tcPr>
            <w:tcW w:type="dxa" w:w="2351"/>
          </w:tcPr>
          <w:p/>
        </w:tc>
        <w:tc>
          <w:tcPr>
            <w:tcW w:type="dxa" w:w="2351"/>
          </w:tcPr>
          <w:p/>
        </w:tc>
        <w:tc>
          <w:tcPr>
            <w:tcW w:type="dxa" w:w="2351"/>
          </w:tcPr>
          <w:p/>
        </w:tc>
        <w:tc>
          <w:tcPr>
            <w:tcW w:type="dxa" w:w="2351"/>
          </w:tcPr>
          <w:p>
            <w:r>
              <w:t xml:space="preserve"> die Gemeinden</w:t>
            </w:r>
            <w:r>
              <w:br/>
            </w:r>
            <w:r>
              <w:t>Albsfelde, Bäk, Brunsmark, Buchholz, Einhaus, Fredeburg, Giesensdorf, Groß Disnack, Groß Grönau, Groß Sarau, Harmsdorf, Hollenbek, Horst, Kittlitz, Klein Zecher, Kulpin, Mechow, Mustin, Pogeez, Römnitz, Salem, Schmilau, Seedorf, Sterley, Ziethen</w:t>
            </w:r>
          </w:p>
        </w:tc>
      </w:tr>
      <w:tr>
        <w:trPr>
          <w:cantSplit/>
        </w:trPr>
        <w:tc>
          <w:tcPr>
            <w:tcW w:type="dxa" w:w="2351"/>
          </w:tcPr>
          <w:p/>
        </w:tc>
        <w:tc>
          <w:tcPr>
            <w:tcW w:type="dxa" w:w="2351"/>
          </w:tcPr>
          <w:p/>
        </w:tc>
        <w:tc>
          <w:tcPr>
            <w:tcW w:type="dxa" w:w="2351"/>
          </w:tcPr>
          <w:p/>
        </w:tc>
        <w:tc>
          <w:tcPr>
            <w:tcW w:type="dxa" w:w="2351"/>
          </w:tcPr>
          <w:p>
            <w:r>
              <w:t>Amt Lütau</w:t>
            </w:r>
          </w:p>
        </w:tc>
      </w:tr>
      <w:tr>
        <w:trPr>
          <w:cantSplit/>
        </w:trPr>
        <w:tc>
          <w:tcPr>
            <w:tcW w:type="dxa" w:w="2351"/>
          </w:tcPr>
          <w:p/>
        </w:tc>
        <w:tc>
          <w:tcPr>
            <w:tcW w:type="dxa" w:w="2351"/>
          </w:tcPr>
          <w:p/>
        </w:tc>
        <w:tc>
          <w:tcPr>
            <w:tcW w:type="dxa" w:w="2351"/>
          </w:tcPr>
          <w:p/>
        </w:tc>
        <w:tc>
          <w:tcPr>
            <w:tcW w:type="dxa" w:w="2351"/>
          </w:tcPr>
          <w:p>
            <w:r>
              <w:t xml:space="preserve"> die Gemeinden</w:t>
            </w:r>
            <w:r>
              <w:br/>
            </w:r>
            <w:r>
              <w:t>Basedow, Buchhorst, Dalldorf, Juliusburg, Krüzen, Krukow, Lanze, Lütau, Schnakenbek, Wangelau</w:t>
            </w:r>
          </w:p>
        </w:tc>
      </w:tr>
      <w:tr>
        <w:trPr>
          <w:cantSplit/>
        </w:trPr>
        <w:tc>
          <w:tcPr>
            <w:tcW w:type="dxa" w:w="2351"/>
          </w:tcPr>
          <w:p/>
        </w:tc>
        <w:tc>
          <w:tcPr>
            <w:tcW w:type="dxa" w:w="2351"/>
          </w:tcPr>
          <w:p/>
        </w:tc>
        <w:tc>
          <w:tcPr>
            <w:tcW w:type="dxa" w:w="2351"/>
          </w:tcPr>
          <w:p/>
        </w:tc>
        <w:tc>
          <w:tcPr>
            <w:tcW w:type="dxa" w:w="2351"/>
          </w:tcPr>
          <w:p>
            <w:r>
              <w:t>Amt Schwarzenbek-Land</w:t>
            </w:r>
          </w:p>
        </w:tc>
      </w:tr>
      <w:tr>
        <w:trPr>
          <w:cantSplit/>
        </w:trPr>
        <w:tc>
          <w:tcPr>
            <w:tcW w:type="dxa" w:w="2351"/>
          </w:tcPr>
          <w:p/>
        </w:tc>
        <w:tc>
          <w:tcPr>
            <w:tcW w:type="dxa" w:w="2351"/>
          </w:tcPr>
          <w:p/>
        </w:tc>
        <w:tc>
          <w:tcPr>
            <w:tcW w:type="dxa" w:w="2351"/>
          </w:tcPr>
          <w:p/>
        </w:tc>
        <w:tc>
          <w:tcPr>
            <w:tcW w:type="dxa" w:w="2351"/>
          </w:tcPr>
          <w:p>
            <w:r>
              <w:t xml:space="preserve"> die Gemeinden</w:t>
            </w:r>
            <w:r>
              <w:br/>
            </w:r>
            <w:r>
              <w:t>Basthorst, Brunstorf, Dahmker, Elmenhorst, Fuhlenhagen, Grabau, Groß Pampau, Grove, Gülzow, Hamfelde, Havekost, Kankelau, Kasseburg, Köthel, Kollow, Kuddewörde, Möhnsen, Mühlenrade, Sahms</w:t>
            </w:r>
          </w:p>
        </w:tc>
      </w:tr>
      <w:tr>
        <w:trPr>
          <w:cantSplit/>
        </w:trPr>
        <w:tc>
          <w:tcPr>
            <w:tcW w:type="dxa" w:w="2351"/>
          </w:tcPr>
          <w:p/>
        </w:tc>
        <w:tc>
          <w:tcPr>
            <w:tcW w:type="dxa" w:w="2351"/>
          </w:tcPr>
          <w:p/>
        </w:tc>
        <w:tc>
          <w:tcPr>
            <w:tcW w:type="dxa" w:w="2351"/>
          </w:tcPr>
          <w:p/>
        </w:tc>
        <w:tc>
          <w:tcPr>
            <w:tcW w:type="dxa" w:w="2351"/>
          </w:tcPr>
          <w:p>
            <w:r>
              <w:t>vom Amt Sandesneben-Nusse</w:t>
            </w:r>
          </w:p>
        </w:tc>
      </w:tr>
      <w:tr>
        <w:trPr>
          <w:cantSplit/>
        </w:trPr>
        <w:tc>
          <w:tcPr>
            <w:tcW w:type="dxa" w:w="2351"/>
          </w:tcPr>
          <w:p/>
        </w:tc>
        <w:tc>
          <w:tcPr>
            <w:tcW w:type="dxa" w:w="2351"/>
          </w:tcPr>
          <w:p/>
        </w:tc>
        <w:tc>
          <w:tcPr>
            <w:tcW w:type="dxa" w:w="2351"/>
          </w:tcPr>
          <w:p/>
        </w:tc>
        <w:tc>
          <w:tcPr>
            <w:tcW w:type="dxa" w:w="2351"/>
          </w:tcPr>
          <w:p>
            <w:r>
              <w:t xml:space="preserve"> die Gemeinden</w:t>
            </w:r>
            <w:r>
              <w:br/>
            </w:r>
            <w:r>
              <w:t>Duvensee, Koberg, Kühsen, Lankau, Nusse, Panten, Poggensee, Ritzerau, Walksfelde</w:t>
            </w:r>
          </w:p>
        </w:tc>
      </w:tr>
      <w:tr>
        <w:trPr>
          <w:cantSplit/>
        </w:trPr>
        <w:tc>
          <w:tcPr>
            <w:tcW w:type="dxa" w:w="2351"/>
          </w:tcPr>
          <w:p/>
        </w:tc>
        <w:tc>
          <w:tcPr>
            <w:tcW w:type="dxa" w:w="2351"/>
          </w:tcPr>
          <w:p/>
        </w:tc>
        <w:tc>
          <w:tcPr>
            <w:tcW w:type="dxa" w:w="4702"/>
            <w:gridSpan w:val="2"/>
          </w:tcPr>
          <w:p>
            <w:r>
              <w:t>(Übrige Gemeinden s. Wkr. 11)</w:t>
            </w:r>
          </w:p>
        </w:tc>
      </w:tr>
      <w:tr>
        <w:trPr>
          <w:cantSplit/>
        </w:trPr>
        <w:tc>
          <w:tcPr>
            <w:tcW w:type="dxa" w:w="2351"/>
          </w:tcPr>
          <w:p/>
        </w:tc>
        <w:tc>
          <w:tcPr>
            <w:tcW w:type="dxa" w:w="2351"/>
          </w:tcPr>
          <w:p/>
        </w:tc>
        <w:tc>
          <w:tcPr>
            <w:tcW w:type="dxa" w:w="4702"/>
            <w:gridSpan w:val="2"/>
          </w:tcPr>
          <w:p>
            <w:r>
              <w:t>vom Kreis Stormarn</w:t>
            </w:r>
          </w:p>
        </w:tc>
      </w:tr>
      <w:tr>
        <w:trPr>
          <w:cantSplit/>
        </w:trPr>
        <w:tc>
          <w:tcPr>
            <w:tcW w:type="dxa" w:w="2351"/>
          </w:tcPr>
          <w:p/>
        </w:tc>
        <w:tc>
          <w:tcPr>
            <w:tcW w:type="dxa" w:w="2351"/>
          </w:tcPr>
          <w:p/>
        </w:tc>
        <w:tc>
          <w:tcPr>
            <w:tcW w:type="dxa" w:w="2351"/>
          </w:tcPr>
          <w:p/>
        </w:tc>
        <w:tc>
          <w:tcPr>
            <w:tcW w:type="dxa" w:w="2351"/>
          </w:tcPr>
          <w:p>
            <w:r>
              <w:t>amtsfreie Gemeinden</w:t>
            </w:r>
            <w:r>
              <w:br/>
            </w:r>
            <w:r>
              <w:t>Ahrensburg, Barsbüttel, Glinde, Großhansdorf, Oststeinbek, Reinbek</w:t>
            </w:r>
          </w:p>
        </w:tc>
      </w:tr>
      <w:tr>
        <w:trPr>
          <w:cantSplit/>
        </w:trPr>
        <w:tc>
          <w:tcPr>
            <w:tcW w:type="dxa" w:w="2351"/>
          </w:tcPr>
          <w:p/>
        </w:tc>
        <w:tc>
          <w:tcPr>
            <w:tcW w:type="dxa" w:w="2351"/>
          </w:tcPr>
          <w:p/>
        </w:tc>
        <w:tc>
          <w:tcPr>
            <w:tcW w:type="dxa" w:w="2351"/>
          </w:tcPr>
          <w:p/>
        </w:tc>
        <w:tc>
          <w:tcPr>
            <w:tcW w:type="dxa" w:w="2351"/>
          </w:tcPr>
          <w:p>
            <w:r>
              <w:t>Amt Siek</w:t>
            </w:r>
          </w:p>
        </w:tc>
      </w:tr>
      <w:tr>
        <w:trPr>
          <w:cantSplit/>
        </w:trPr>
        <w:tc>
          <w:tcPr>
            <w:tcW w:type="dxa" w:w="2351"/>
          </w:tcPr>
          <w:p/>
        </w:tc>
        <w:tc>
          <w:tcPr>
            <w:tcW w:type="dxa" w:w="2351"/>
          </w:tcPr>
          <w:p/>
        </w:tc>
        <w:tc>
          <w:tcPr>
            <w:tcW w:type="dxa" w:w="2351"/>
          </w:tcPr>
          <w:p/>
        </w:tc>
        <w:tc>
          <w:tcPr>
            <w:tcW w:type="dxa" w:w="2351"/>
          </w:tcPr>
          <w:p>
            <w:r>
              <w:t xml:space="preserve"> die Gemeinden</w:t>
            </w:r>
            <w:r>
              <w:br/>
            </w:r>
            <w:r>
              <w:t>Braak, Brunsbek, Hoisdorf, Siek, Stapelfeld</w:t>
            </w:r>
          </w:p>
        </w:tc>
      </w:tr>
      <w:tr>
        <w:trPr>
          <w:cantSplit/>
        </w:trPr>
        <w:tc>
          <w:tcPr>
            <w:tcW w:type="dxa" w:w="2351"/>
          </w:tcPr>
          <w:p/>
        </w:tc>
        <w:tc>
          <w:tcPr>
            <w:tcW w:type="dxa" w:w="2351"/>
          </w:tcPr>
          <w:p/>
        </w:tc>
        <w:tc>
          <w:tcPr>
            <w:tcW w:type="dxa" w:w="2351"/>
          </w:tcPr>
          <w:p/>
        </w:tc>
        <w:tc>
          <w:tcPr>
            <w:tcW w:type="dxa" w:w="2351"/>
          </w:tcPr>
          <w:p>
            <w:r>
              <w:t>Amt Trittau</w:t>
            </w:r>
          </w:p>
        </w:tc>
      </w:tr>
      <w:tr>
        <w:trPr>
          <w:cantSplit/>
        </w:trPr>
        <w:tc>
          <w:tcPr>
            <w:tcW w:type="dxa" w:w="2351"/>
          </w:tcPr>
          <w:p/>
        </w:tc>
        <w:tc>
          <w:tcPr>
            <w:tcW w:type="dxa" w:w="2351"/>
          </w:tcPr>
          <w:p/>
        </w:tc>
        <w:tc>
          <w:tcPr>
            <w:tcW w:type="dxa" w:w="2351"/>
          </w:tcPr>
          <w:p/>
        </w:tc>
        <w:tc>
          <w:tcPr>
            <w:tcW w:type="dxa" w:w="2351"/>
          </w:tcPr>
          <w:p>
            <w:r>
              <w:t xml:space="preserve"> die Gemeinden</w:t>
            </w:r>
            <w:r>
              <w:br/>
            </w:r>
            <w:r>
              <w:t>Grande, Grönwohld, Großensee, Hamfelde, Hohenfelde, Köthel, Lütjensee, Rausdorf, Trittau, Witzhave</w:t>
            </w:r>
          </w:p>
        </w:tc>
      </w:tr>
      <w:tr>
        <w:trPr>
          <w:cantSplit/>
        </w:trPr>
        <w:tc>
          <w:tcPr>
            <w:tcW w:type="dxa" w:w="2351"/>
          </w:tcPr>
          <w:p/>
        </w:tc>
        <w:tc>
          <w:tcPr>
            <w:tcW w:type="dxa" w:w="2351"/>
          </w:tcPr>
          <w:p/>
        </w:tc>
        <w:tc>
          <w:tcPr>
            <w:tcW w:type="dxa" w:w="4702"/>
            <w:gridSpan w:val="2"/>
          </w:tcPr>
          <w:p>
            <w:r>
              <w:t>(Übrige Gemeinden s. Wkr. 8, 9)</w:t>
            </w:r>
          </w:p>
        </w:tc>
      </w:tr>
      <w:tr>
        <w:trPr>
          <w:cantSplit/>
        </w:trPr>
        <w:tc>
          <w:tcPr>
            <w:tcW w:type="dxa" w:w="2351"/>
          </w:tcPr>
          <w:p>
            <w:r>
              <w:t>11</w:t>
            </w:r>
          </w:p>
        </w:tc>
        <w:tc>
          <w:tcPr>
            <w:tcW w:type="dxa" w:w="2351"/>
          </w:tcPr>
          <w:p>
            <w:r>
              <w:t>Lübeck</w:t>
            </w:r>
          </w:p>
        </w:tc>
        <w:tc>
          <w:tcPr>
            <w:tcW w:type="dxa" w:w="4702"/>
            <w:gridSpan w:val="2"/>
          </w:tcPr>
          <w:p>
            <w:r>
              <w:t>Kreisfreie Stadt Lübeck</w:t>
            </w:r>
          </w:p>
        </w:tc>
      </w:tr>
      <w:tr>
        <w:trPr>
          <w:cantSplit/>
        </w:trPr>
        <w:tc>
          <w:tcPr>
            <w:tcW w:type="dxa" w:w="2351"/>
          </w:tcPr>
          <w:p/>
        </w:tc>
        <w:tc>
          <w:tcPr>
            <w:tcW w:type="dxa" w:w="2351"/>
          </w:tcPr>
          <w:p/>
        </w:tc>
        <w:tc>
          <w:tcPr>
            <w:tcW w:type="dxa" w:w="4702"/>
            <w:gridSpan w:val="2"/>
          </w:tcPr>
          <w:p>
            <w:r>
              <w:t>vom Kreis Herzogtum Lauenburg</w:t>
            </w:r>
          </w:p>
        </w:tc>
      </w:tr>
      <w:tr>
        <w:trPr>
          <w:cantSplit/>
        </w:trPr>
        <w:tc>
          <w:tcPr>
            <w:tcW w:type="dxa" w:w="2351"/>
          </w:tcPr>
          <w:p/>
        </w:tc>
        <w:tc>
          <w:tcPr>
            <w:tcW w:type="dxa" w:w="2351"/>
          </w:tcPr>
          <w:p/>
        </w:tc>
        <w:tc>
          <w:tcPr>
            <w:tcW w:type="dxa" w:w="2351"/>
          </w:tcPr>
          <w:p/>
        </w:tc>
        <w:tc>
          <w:tcPr>
            <w:tcW w:type="dxa" w:w="2351"/>
          </w:tcPr>
          <w:p>
            <w:r>
              <w:t>Amt Berkenthin</w:t>
            </w:r>
          </w:p>
        </w:tc>
      </w:tr>
      <w:tr>
        <w:trPr>
          <w:cantSplit/>
        </w:trPr>
        <w:tc>
          <w:tcPr>
            <w:tcW w:type="dxa" w:w="2351"/>
          </w:tcPr>
          <w:p/>
        </w:tc>
        <w:tc>
          <w:tcPr>
            <w:tcW w:type="dxa" w:w="2351"/>
          </w:tcPr>
          <w:p/>
        </w:tc>
        <w:tc>
          <w:tcPr>
            <w:tcW w:type="dxa" w:w="2351"/>
          </w:tcPr>
          <w:p/>
        </w:tc>
        <w:tc>
          <w:tcPr>
            <w:tcW w:type="dxa" w:w="2351"/>
          </w:tcPr>
          <w:p>
            <w:r>
              <w:t xml:space="preserve"> die Gemeinden</w:t>
            </w:r>
            <w:r>
              <w:br/>
            </w:r>
            <w:r>
              <w:t>Behlendorf, Berkenthin, Bliestorf, Düchelsdorf, Göldenitz, Kastorf, Klempau, Krummesse, Niendorf bei Berkenthin, Rondeshagen, Sierksrade</w:t>
            </w:r>
          </w:p>
        </w:tc>
      </w:tr>
      <w:tr>
        <w:trPr>
          <w:cantSplit/>
        </w:trPr>
        <w:tc>
          <w:tcPr>
            <w:tcW w:type="dxa" w:w="2351"/>
          </w:tcPr>
          <w:p/>
        </w:tc>
        <w:tc>
          <w:tcPr>
            <w:tcW w:type="dxa" w:w="2351"/>
          </w:tcPr>
          <w:p/>
        </w:tc>
        <w:tc>
          <w:tcPr>
            <w:tcW w:type="dxa" w:w="2351"/>
          </w:tcPr>
          <w:p/>
        </w:tc>
        <w:tc>
          <w:tcPr>
            <w:tcW w:type="dxa" w:w="2351"/>
          </w:tcPr>
          <w:p>
            <w:r>
              <w:t>vom Amt Sandesneben-Nusse</w:t>
            </w:r>
          </w:p>
        </w:tc>
      </w:tr>
      <w:tr>
        <w:trPr>
          <w:cantSplit/>
        </w:trPr>
        <w:tc>
          <w:tcPr>
            <w:tcW w:type="dxa" w:w="2351"/>
          </w:tcPr>
          <w:p/>
        </w:tc>
        <w:tc>
          <w:tcPr>
            <w:tcW w:type="dxa" w:w="2351"/>
          </w:tcPr>
          <w:p/>
        </w:tc>
        <w:tc>
          <w:tcPr>
            <w:tcW w:type="dxa" w:w="2351"/>
          </w:tcPr>
          <w:p/>
        </w:tc>
        <w:tc>
          <w:tcPr>
            <w:tcW w:type="dxa" w:w="2351"/>
          </w:tcPr>
          <w:p>
            <w:r>
              <w:t xml:space="preserve"> die Gemeinden</w:t>
            </w:r>
            <w:r>
              <w:br/>
            </w:r>
            <w:r>
              <w:t>Grinau, Groß Boden, Groß Schenkenberg, Klinkrade, Labenz, Linau, Lüchow, Sandesneben, Schiphorst, Schönberg, Schürensöhlen, Siebenbäumen, Sirksfelde, Steinhorst, Stubben, Wentorf (Amt Sandesneben)</w:t>
            </w:r>
          </w:p>
        </w:tc>
      </w:tr>
      <w:tr>
        <w:trPr>
          <w:cantSplit/>
        </w:trPr>
        <w:tc>
          <w:tcPr>
            <w:tcW w:type="dxa" w:w="2351"/>
          </w:tcPr>
          <w:p/>
        </w:tc>
        <w:tc>
          <w:tcPr>
            <w:tcW w:type="dxa" w:w="2351"/>
          </w:tcPr>
          <w:p/>
        </w:tc>
        <w:tc>
          <w:tcPr>
            <w:tcW w:type="dxa" w:w="4702"/>
            <w:gridSpan w:val="2"/>
          </w:tcPr>
          <w:p>
            <w:r>
              <w:t>(Übrige Gemeinden s. Wkr. 10)</w:t>
            </w:r>
          </w:p>
        </w:tc>
      </w:tr>
      <w:tr>
        <w:trPr>
          <w:cantSplit/>
        </w:trPr>
        <w:tc>
          <w:tcPr>
            <w:tcW w:type="dxa" w:w="9404"/>
            <w:gridSpan w:val="4"/>
          </w:tcPr>
          <w:p>
            <w:r>
              <w:rPr>
                <w:b/>
              </w:rPr>
              <w:t>Mecklenburg-Vorpommern</w:t>
            </w:r>
          </w:p>
        </w:tc>
      </w:tr>
      <w:tr>
        <w:trPr>
          <w:cantSplit/>
        </w:trPr>
        <w:tc>
          <w:tcPr>
            <w:tcW w:type="dxa" w:w="2351"/>
          </w:tcPr>
          <w:p>
            <w:r>
              <w:t>12</w:t>
            </w:r>
          </w:p>
        </w:tc>
        <w:tc>
          <w:tcPr>
            <w:tcW w:type="dxa" w:w="2351"/>
            <w:vMerge w:val="restart"/>
          </w:tcPr>
          <w:p>
            <w:r>
              <w:t>Schwerin – Ludwigslust-Parchim I – Nordwestmecklenburg I</w:t>
            </w:r>
          </w:p>
        </w:tc>
        <w:tc>
          <w:tcPr>
            <w:tcW w:type="dxa" w:w="4702"/>
            <w:gridSpan w:val="2"/>
          </w:tcPr>
          <w:p>
            <w:r>
              <w:t>Kreisfreie Stadt Schwerin</w:t>
            </w:r>
          </w:p>
        </w:tc>
      </w:tr>
      <w:tr>
        <w:trPr>
          <w:cantSplit/>
        </w:trPr>
        <w:tc>
          <w:tcPr>
            <w:tcW w:type="dxa" w:w="2351"/>
          </w:tcPr>
          <w:p/>
        </w:tc>
        <w:tc>
          <w:tcPr>
            <w:tcW w:type="dxa" w:w="2351"/>
            <w:vMerge/>
          </w:tcPr>
          <w:p/>
        </w:tc>
        <w:tc>
          <w:tcPr>
            <w:tcW w:type="dxa" w:w="4702"/>
            <w:gridSpan w:val="2"/>
          </w:tcPr>
          <w:p>
            <w:r>
              <w:t>vom Landkreis Ludwigslust-Parchim</w:t>
            </w:r>
          </w:p>
        </w:tc>
      </w:tr>
      <w:tr>
        <w:trPr>
          <w:cantSplit/>
        </w:trPr>
        <w:tc>
          <w:tcPr>
            <w:tcW w:type="dxa" w:w="2351"/>
          </w:tcPr>
          <w:p/>
        </w:tc>
        <w:tc>
          <w:tcPr>
            <w:tcW w:type="dxa" w:w="2351"/>
          </w:tcPr>
          <w:p/>
        </w:tc>
        <w:tc>
          <w:tcPr>
            <w:tcW w:type="dxa" w:w="2351"/>
          </w:tcPr>
          <w:p/>
        </w:tc>
        <w:tc>
          <w:tcPr>
            <w:tcW w:type="dxa" w:w="2351"/>
          </w:tcPr>
          <w:p>
            <w:r>
              <w:t>amtsfreie Gemeinden</w:t>
            </w:r>
            <w:r>
              <w:br/>
            </w:r>
            <w:r>
              <w:t>Boizenburg/Elbe, Hagenow, Ludwigslust, Lübtheen</w:t>
            </w:r>
          </w:p>
        </w:tc>
      </w:tr>
      <w:tr>
        <w:trPr>
          <w:cantSplit/>
        </w:trPr>
        <w:tc>
          <w:tcPr>
            <w:tcW w:type="dxa" w:w="2351"/>
          </w:tcPr>
          <w:p/>
        </w:tc>
        <w:tc>
          <w:tcPr>
            <w:tcW w:type="dxa" w:w="2351"/>
          </w:tcPr>
          <w:p/>
        </w:tc>
        <w:tc>
          <w:tcPr>
            <w:tcW w:type="dxa" w:w="2351"/>
          </w:tcPr>
          <w:p/>
        </w:tc>
        <w:tc>
          <w:tcPr>
            <w:tcW w:type="dxa" w:w="2351"/>
          </w:tcPr>
          <w:p>
            <w:r>
              <w:t>Amt Boizenburg-Land</w:t>
            </w:r>
          </w:p>
        </w:tc>
      </w:tr>
      <w:tr>
        <w:trPr>
          <w:cantSplit/>
        </w:trPr>
        <w:tc>
          <w:tcPr>
            <w:tcW w:type="dxa" w:w="2351"/>
          </w:tcPr>
          <w:p/>
        </w:tc>
        <w:tc>
          <w:tcPr>
            <w:tcW w:type="dxa" w:w="2351"/>
          </w:tcPr>
          <w:p/>
        </w:tc>
        <w:tc>
          <w:tcPr>
            <w:tcW w:type="dxa" w:w="2351"/>
          </w:tcPr>
          <w:p/>
        </w:tc>
        <w:tc>
          <w:tcPr>
            <w:tcW w:type="dxa" w:w="2351"/>
          </w:tcPr>
          <w:p>
            <w:r>
              <w:t xml:space="preserve"> die Gemeinden</w:t>
            </w:r>
            <w:r>
              <w:br/>
            </w:r>
            <w:r>
              <w:t>Bengerstorf, Besitz, Brahlstorf, Dersenow, Gresse, Greven, Neu Gülze, Nostorf, Schwanheide, Teldau, Tessin b. Boizenburg</w:t>
            </w:r>
          </w:p>
        </w:tc>
      </w:tr>
      <w:tr>
        <w:trPr>
          <w:cantSplit/>
        </w:trPr>
        <w:tc>
          <w:tcPr>
            <w:tcW w:type="dxa" w:w="2351"/>
          </w:tcPr>
          <w:p/>
        </w:tc>
        <w:tc>
          <w:tcPr>
            <w:tcW w:type="dxa" w:w="2351"/>
          </w:tcPr>
          <w:p/>
        </w:tc>
        <w:tc>
          <w:tcPr>
            <w:tcW w:type="dxa" w:w="2351"/>
          </w:tcPr>
          <w:p/>
        </w:tc>
        <w:tc>
          <w:tcPr>
            <w:tcW w:type="dxa" w:w="2351"/>
          </w:tcPr>
          <w:p>
            <w:r>
              <w:t>Amt Dömitz-Malliß</w:t>
            </w:r>
          </w:p>
        </w:tc>
      </w:tr>
      <w:tr>
        <w:trPr>
          <w:cantSplit/>
        </w:trPr>
        <w:tc>
          <w:tcPr>
            <w:tcW w:type="dxa" w:w="2351"/>
          </w:tcPr>
          <w:p/>
        </w:tc>
        <w:tc>
          <w:tcPr>
            <w:tcW w:type="dxa" w:w="2351"/>
          </w:tcPr>
          <w:p/>
        </w:tc>
        <w:tc>
          <w:tcPr>
            <w:tcW w:type="dxa" w:w="2351"/>
          </w:tcPr>
          <w:p/>
        </w:tc>
        <w:tc>
          <w:tcPr>
            <w:tcW w:type="dxa" w:w="2351"/>
          </w:tcPr>
          <w:p>
            <w:r>
              <w:t xml:space="preserve"> die Gemeinden</w:t>
            </w:r>
            <w:r>
              <w:br/>
            </w:r>
            <w:r>
              <w:t>Dömitz, Grebs-Niendorf, Karenz, Malk Göhren, Malliß, Neu Kaliß, Vielank</w:t>
            </w:r>
          </w:p>
        </w:tc>
      </w:tr>
      <w:tr>
        <w:trPr>
          <w:cantSplit/>
        </w:trPr>
        <w:tc>
          <w:tcPr>
            <w:tcW w:type="dxa" w:w="2351"/>
          </w:tcPr>
          <w:p/>
        </w:tc>
        <w:tc>
          <w:tcPr>
            <w:tcW w:type="dxa" w:w="2351"/>
          </w:tcPr>
          <w:p/>
        </w:tc>
        <w:tc>
          <w:tcPr>
            <w:tcW w:type="dxa" w:w="2351"/>
          </w:tcPr>
          <w:p/>
        </w:tc>
        <w:tc>
          <w:tcPr>
            <w:tcW w:type="dxa" w:w="2351"/>
          </w:tcPr>
          <w:p>
            <w:r>
              <w:t>Amt Grabow</w:t>
            </w:r>
          </w:p>
        </w:tc>
      </w:tr>
      <w:tr>
        <w:trPr>
          <w:cantSplit/>
        </w:trPr>
        <w:tc>
          <w:tcPr>
            <w:tcW w:type="dxa" w:w="2351"/>
          </w:tcPr>
          <w:p/>
        </w:tc>
        <w:tc>
          <w:tcPr>
            <w:tcW w:type="dxa" w:w="2351"/>
          </w:tcPr>
          <w:p/>
        </w:tc>
        <w:tc>
          <w:tcPr>
            <w:tcW w:type="dxa" w:w="2351"/>
          </w:tcPr>
          <w:p/>
        </w:tc>
        <w:tc>
          <w:tcPr>
            <w:tcW w:type="dxa" w:w="2351"/>
          </w:tcPr>
          <w:p>
            <w:r>
              <w:t xml:space="preserve"> die Gemeinden</w:t>
            </w:r>
            <w:r>
              <w:br/>
            </w:r>
            <w:r>
              <w:t>Balow, Brunow, Dambeck, Eldena, Gorlosen, Grabow, Karstädt, Kremmin, Milow, Möllenbeck, Muchow, Prislich, Zierzow</w:t>
            </w:r>
          </w:p>
        </w:tc>
      </w:tr>
      <w:tr>
        <w:trPr>
          <w:cantSplit/>
        </w:trPr>
        <w:tc>
          <w:tcPr>
            <w:tcW w:type="dxa" w:w="2351"/>
          </w:tcPr>
          <w:p/>
        </w:tc>
        <w:tc>
          <w:tcPr>
            <w:tcW w:type="dxa" w:w="2351"/>
          </w:tcPr>
          <w:p/>
        </w:tc>
        <w:tc>
          <w:tcPr>
            <w:tcW w:type="dxa" w:w="2351"/>
          </w:tcPr>
          <w:p/>
        </w:tc>
        <w:tc>
          <w:tcPr>
            <w:tcW w:type="dxa" w:w="2351"/>
          </w:tcPr>
          <w:p>
            <w:r>
              <w:t>Amt Hagenow-Land</w:t>
            </w:r>
          </w:p>
        </w:tc>
      </w:tr>
      <w:tr>
        <w:trPr>
          <w:cantSplit/>
        </w:trPr>
        <w:tc>
          <w:tcPr>
            <w:tcW w:type="dxa" w:w="2351"/>
          </w:tcPr>
          <w:p/>
        </w:tc>
        <w:tc>
          <w:tcPr>
            <w:tcW w:type="dxa" w:w="2351"/>
          </w:tcPr>
          <w:p/>
        </w:tc>
        <w:tc>
          <w:tcPr>
            <w:tcW w:type="dxa" w:w="2351"/>
          </w:tcPr>
          <w:p/>
        </w:tc>
        <w:tc>
          <w:tcPr>
            <w:tcW w:type="dxa" w:w="2351"/>
          </w:tcPr>
          <w:p>
            <w:r>
              <w:t xml:space="preserve"> die Gemeinden</w:t>
            </w:r>
            <w:r>
              <w:br/>
            </w:r>
            <w:r>
              <w:t>Alt Zachun, Bandenitz, Belsch, Bobzin, Bresegard bei Picher, Gammelin, Groß Krams, Hoort, Hülseburg, Kirch Jesar, Kuhstorf, Moraas, Pätow-Steegen, Picher, Pritzier, Redefin, Strohkirchen, Toddin, Warlitz</w:t>
            </w:r>
          </w:p>
        </w:tc>
      </w:tr>
      <w:tr>
        <w:trPr>
          <w:cantSplit/>
        </w:trPr>
        <w:tc>
          <w:tcPr>
            <w:tcW w:type="dxa" w:w="2351"/>
          </w:tcPr>
          <w:p/>
        </w:tc>
        <w:tc>
          <w:tcPr>
            <w:tcW w:type="dxa" w:w="2351"/>
          </w:tcPr>
          <w:p/>
        </w:tc>
        <w:tc>
          <w:tcPr>
            <w:tcW w:type="dxa" w:w="2351"/>
          </w:tcPr>
          <w:p/>
        </w:tc>
        <w:tc>
          <w:tcPr>
            <w:tcW w:type="dxa" w:w="2351"/>
          </w:tcPr>
          <w:p>
            <w:r>
              <w:t>Amt Ludwigslust-Land</w:t>
            </w:r>
          </w:p>
        </w:tc>
      </w:tr>
      <w:tr>
        <w:trPr>
          <w:cantSplit/>
        </w:trPr>
        <w:tc>
          <w:tcPr>
            <w:tcW w:type="dxa" w:w="2351"/>
          </w:tcPr>
          <w:p/>
        </w:tc>
        <w:tc>
          <w:tcPr>
            <w:tcW w:type="dxa" w:w="2351"/>
          </w:tcPr>
          <w:p/>
        </w:tc>
        <w:tc>
          <w:tcPr>
            <w:tcW w:type="dxa" w:w="2351"/>
          </w:tcPr>
          <w:p/>
        </w:tc>
        <w:tc>
          <w:tcPr>
            <w:tcW w:type="dxa" w:w="2351"/>
          </w:tcPr>
          <w:p>
            <w:r>
              <w:t xml:space="preserve"> die Gemeinden</w:t>
            </w:r>
            <w:r>
              <w:br/>
            </w:r>
            <w:r>
              <w:t>Alt Krenzlin, Bresegard bei Eldena, Göhlen, Groß Laasch, Lübesse, Lüblow, Rastow, Sülstorf, Uelitz, Warlow, Wöbbelin</w:t>
            </w:r>
          </w:p>
        </w:tc>
      </w:tr>
      <w:tr>
        <w:trPr>
          <w:cantSplit/>
        </w:trPr>
        <w:tc>
          <w:tcPr>
            <w:tcW w:type="dxa" w:w="2351"/>
          </w:tcPr>
          <w:p/>
        </w:tc>
        <w:tc>
          <w:tcPr>
            <w:tcW w:type="dxa" w:w="2351"/>
          </w:tcPr>
          <w:p/>
        </w:tc>
        <w:tc>
          <w:tcPr>
            <w:tcW w:type="dxa" w:w="2351"/>
          </w:tcPr>
          <w:p/>
        </w:tc>
        <w:tc>
          <w:tcPr>
            <w:tcW w:type="dxa" w:w="2351"/>
          </w:tcPr>
          <w:p>
            <w:r>
              <w:t>Amt Neustadt-Glewe</w:t>
            </w:r>
          </w:p>
        </w:tc>
      </w:tr>
      <w:tr>
        <w:trPr>
          <w:cantSplit/>
        </w:trPr>
        <w:tc>
          <w:tcPr>
            <w:tcW w:type="dxa" w:w="2351"/>
          </w:tcPr>
          <w:p/>
        </w:tc>
        <w:tc>
          <w:tcPr>
            <w:tcW w:type="dxa" w:w="2351"/>
          </w:tcPr>
          <w:p/>
        </w:tc>
        <w:tc>
          <w:tcPr>
            <w:tcW w:type="dxa" w:w="2351"/>
          </w:tcPr>
          <w:p/>
        </w:tc>
        <w:tc>
          <w:tcPr>
            <w:tcW w:type="dxa" w:w="2351"/>
          </w:tcPr>
          <w:p>
            <w:r>
              <w:t xml:space="preserve"> die Gemeinden</w:t>
            </w:r>
            <w:r>
              <w:br/>
            </w:r>
            <w:r>
              <w:t>Blievenstorf, Brenz, Neustadt-Glewe</w:t>
            </w:r>
          </w:p>
        </w:tc>
      </w:tr>
      <w:tr>
        <w:trPr>
          <w:cantSplit/>
        </w:trPr>
        <w:tc>
          <w:tcPr>
            <w:tcW w:type="dxa" w:w="2351"/>
          </w:tcPr>
          <w:p/>
        </w:tc>
        <w:tc>
          <w:tcPr>
            <w:tcW w:type="dxa" w:w="2351"/>
          </w:tcPr>
          <w:p/>
        </w:tc>
        <w:tc>
          <w:tcPr>
            <w:tcW w:type="dxa" w:w="2351"/>
          </w:tcPr>
          <w:p/>
        </w:tc>
        <w:tc>
          <w:tcPr>
            <w:tcW w:type="dxa" w:w="2351"/>
          </w:tcPr>
          <w:p>
            <w:r>
              <w:t>Amt Stralendorf</w:t>
            </w:r>
          </w:p>
        </w:tc>
      </w:tr>
      <w:tr>
        <w:trPr>
          <w:cantSplit/>
        </w:trPr>
        <w:tc>
          <w:tcPr>
            <w:tcW w:type="dxa" w:w="2351"/>
          </w:tcPr>
          <w:p/>
        </w:tc>
        <w:tc>
          <w:tcPr>
            <w:tcW w:type="dxa" w:w="2351"/>
          </w:tcPr>
          <w:p/>
        </w:tc>
        <w:tc>
          <w:tcPr>
            <w:tcW w:type="dxa" w:w="2351"/>
          </w:tcPr>
          <w:p/>
        </w:tc>
        <w:tc>
          <w:tcPr>
            <w:tcW w:type="dxa" w:w="2351"/>
          </w:tcPr>
          <w:p>
            <w:r>
              <w:t xml:space="preserve"> die Gemeinden</w:t>
            </w:r>
            <w:r>
              <w:br/>
            </w:r>
            <w:r>
              <w:t>Dümmer, Holthusen, Klein Rogahn, Pampow, Schossin, Stralendorf, Warsow, Wittenförden, Zülow</w:t>
            </w:r>
          </w:p>
        </w:tc>
      </w:tr>
      <w:tr>
        <w:trPr>
          <w:cantSplit/>
        </w:trPr>
        <w:tc>
          <w:tcPr>
            <w:tcW w:type="dxa" w:w="2351"/>
          </w:tcPr>
          <w:p/>
        </w:tc>
        <w:tc>
          <w:tcPr>
            <w:tcW w:type="dxa" w:w="2351"/>
          </w:tcPr>
          <w:p/>
        </w:tc>
        <w:tc>
          <w:tcPr>
            <w:tcW w:type="dxa" w:w="2351"/>
          </w:tcPr>
          <w:p/>
        </w:tc>
        <w:tc>
          <w:tcPr>
            <w:tcW w:type="dxa" w:w="2351"/>
          </w:tcPr>
          <w:p>
            <w:r>
              <w:t>Amt Wittenburg</w:t>
            </w:r>
          </w:p>
        </w:tc>
      </w:tr>
      <w:tr>
        <w:trPr>
          <w:cantSplit/>
        </w:trPr>
        <w:tc>
          <w:tcPr>
            <w:tcW w:type="dxa" w:w="2351"/>
          </w:tcPr>
          <w:p/>
        </w:tc>
        <w:tc>
          <w:tcPr>
            <w:tcW w:type="dxa" w:w="2351"/>
          </w:tcPr>
          <w:p/>
        </w:tc>
        <w:tc>
          <w:tcPr>
            <w:tcW w:type="dxa" w:w="2351"/>
          </w:tcPr>
          <w:p/>
        </w:tc>
        <w:tc>
          <w:tcPr>
            <w:tcW w:type="dxa" w:w="2351"/>
          </w:tcPr>
          <w:p>
            <w:r>
              <w:t xml:space="preserve"> die Gemeinden</w:t>
            </w:r>
            <w:r>
              <w:br/>
            </w:r>
            <w:r>
              <w:t>Wittenburg, Wittendörp</w:t>
            </w:r>
          </w:p>
        </w:tc>
      </w:tr>
      <w:tr>
        <w:trPr>
          <w:cantSplit/>
        </w:trPr>
        <w:tc>
          <w:tcPr>
            <w:tcW w:type="dxa" w:w="2351"/>
          </w:tcPr>
          <w:p/>
        </w:tc>
        <w:tc>
          <w:tcPr>
            <w:tcW w:type="dxa" w:w="2351"/>
          </w:tcPr>
          <w:p/>
        </w:tc>
        <w:tc>
          <w:tcPr>
            <w:tcW w:type="dxa" w:w="2351"/>
          </w:tcPr>
          <w:p/>
        </w:tc>
        <w:tc>
          <w:tcPr>
            <w:tcW w:type="dxa" w:w="2351"/>
          </w:tcPr>
          <w:p>
            <w:r>
              <w:t>Amt Zarrentin</w:t>
            </w:r>
          </w:p>
        </w:tc>
      </w:tr>
      <w:tr>
        <w:trPr>
          <w:cantSplit/>
        </w:trPr>
        <w:tc>
          <w:tcPr>
            <w:tcW w:type="dxa" w:w="2351"/>
          </w:tcPr>
          <w:p/>
        </w:tc>
        <w:tc>
          <w:tcPr>
            <w:tcW w:type="dxa" w:w="2351"/>
          </w:tcPr>
          <w:p/>
        </w:tc>
        <w:tc>
          <w:tcPr>
            <w:tcW w:type="dxa" w:w="2351"/>
          </w:tcPr>
          <w:p/>
        </w:tc>
        <w:tc>
          <w:tcPr>
            <w:tcW w:type="dxa" w:w="2351"/>
          </w:tcPr>
          <w:p>
            <w:r>
              <w:t xml:space="preserve"> die Gemeinden</w:t>
            </w:r>
            <w:r>
              <w:br/>
            </w:r>
            <w:r>
              <w:t>Gallin, Kogel, Lüttow-Valluhn, Vellahn, Zarrentin am Schaalsee</w:t>
            </w:r>
          </w:p>
        </w:tc>
      </w:tr>
      <w:tr>
        <w:trPr>
          <w:cantSplit/>
        </w:trPr>
        <w:tc>
          <w:tcPr>
            <w:tcW w:type="dxa" w:w="2351"/>
          </w:tcPr>
          <w:p/>
        </w:tc>
        <w:tc>
          <w:tcPr>
            <w:tcW w:type="dxa" w:w="2351"/>
          </w:tcPr>
          <w:p/>
        </w:tc>
        <w:tc>
          <w:tcPr>
            <w:tcW w:type="dxa" w:w="4702"/>
            <w:gridSpan w:val="2"/>
          </w:tcPr>
          <w:p>
            <w:r>
              <w:t>(Übrige Gemeinden s. Wkr. 13)</w:t>
            </w:r>
          </w:p>
        </w:tc>
      </w:tr>
      <w:tr>
        <w:trPr>
          <w:cantSplit/>
        </w:trPr>
        <w:tc>
          <w:tcPr>
            <w:tcW w:type="dxa" w:w="2351"/>
          </w:tcPr>
          <w:p/>
        </w:tc>
        <w:tc>
          <w:tcPr>
            <w:tcW w:type="dxa" w:w="2351"/>
          </w:tcPr>
          <w:p/>
        </w:tc>
        <w:tc>
          <w:tcPr>
            <w:tcW w:type="dxa" w:w="4702"/>
            <w:gridSpan w:val="2"/>
          </w:tcPr>
          <w:p>
            <w:r>
              <w:t>vom Landkreis Nordwestmecklenburg</w:t>
            </w:r>
          </w:p>
        </w:tc>
      </w:tr>
      <w:tr>
        <w:trPr>
          <w:cantSplit/>
        </w:trPr>
        <w:tc>
          <w:tcPr>
            <w:tcW w:type="dxa" w:w="2351"/>
          </w:tcPr>
          <w:p/>
        </w:tc>
        <w:tc>
          <w:tcPr>
            <w:tcW w:type="dxa" w:w="2351"/>
          </w:tcPr>
          <w:p/>
        </w:tc>
        <w:tc>
          <w:tcPr>
            <w:tcW w:type="dxa" w:w="2351"/>
          </w:tcPr>
          <w:p/>
        </w:tc>
        <w:tc>
          <w:tcPr>
            <w:tcW w:type="dxa" w:w="2351"/>
          </w:tcPr>
          <w:p>
            <w:r>
              <w:t>Amt Gadebusch</w:t>
            </w:r>
          </w:p>
        </w:tc>
      </w:tr>
      <w:tr>
        <w:trPr>
          <w:cantSplit/>
        </w:trPr>
        <w:tc>
          <w:tcPr>
            <w:tcW w:type="dxa" w:w="2351"/>
          </w:tcPr>
          <w:p/>
        </w:tc>
        <w:tc>
          <w:tcPr>
            <w:tcW w:type="dxa" w:w="2351"/>
          </w:tcPr>
          <w:p/>
        </w:tc>
        <w:tc>
          <w:tcPr>
            <w:tcW w:type="dxa" w:w="2351"/>
          </w:tcPr>
          <w:p/>
        </w:tc>
        <w:tc>
          <w:tcPr>
            <w:tcW w:type="dxa" w:w="2351"/>
          </w:tcPr>
          <w:p>
            <w:r>
              <w:t xml:space="preserve"> die Gemeinden</w:t>
            </w:r>
            <w:r>
              <w:br/>
            </w:r>
            <w:r>
              <w:t>Dragun, Gadebusch, Kneese, Krembz, Mühlen Eichsen, Rögnitz, Roggendorf, Veelböken</w:t>
            </w:r>
          </w:p>
        </w:tc>
      </w:tr>
      <w:tr>
        <w:trPr>
          <w:cantSplit/>
        </w:trPr>
        <w:tc>
          <w:tcPr>
            <w:tcW w:type="dxa" w:w="2351"/>
          </w:tcPr>
          <w:p/>
        </w:tc>
        <w:tc>
          <w:tcPr>
            <w:tcW w:type="dxa" w:w="2351"/>
          </w:tcPr>
          <w:p/>
        </w:tc>
        <w:tc>
          <w:tcPr>
            <w:tcW w:type="dxa" w:w="2351"/>
          </w:tcPr>
          <w:p/>
        </w:tc>
        <w:tc>
          <w:tcPr>
            <w:tcW w:type="dxa" w:w="2351"/>
          </w:tcPr>
          <w:p>
            <w:r>
              <w:t>Amt Lützow-Lübstorf</w:t>
            </w:r>
          </w:p>
        </w:tc>
      </w:tr>
      <w:tr>
        <w:trPr>
          <w:cantSplit/>
        </w:trPr>
        <w:tc>
          <w:tcPr>
            <w:tcW w:type="dxa" w:w="2351"/>
          </w:tcPr>
          <w:p/>
        </w:tc>
        <w:tc>
          <w:tcPr>
            <w:tcW w:type="dxa" w:w="2351"/>
          </w:tcPr>
          <w:p/>
        </w:tc>
        <w:tc>
          <w:tcPr>
            <w:tcW w:type="dxa" w:w="2351"/>
          </w:tcPr>
          <w:p/>
        </w:tc>
        <w:tc>
          <w:tcPr>
            <w:tcW w:type="dxa" w:w="2351"/>
          </w:tcPr>
          <w:p>
            <w:r>
              <w:t xml:space="preserve"> die Gemeinden</w:t>
            </w:r>
            <w:r>
              <w:br/>
            </w:r>
            <w:r>
              <w:t>Alt Meteln, Brüsewitz, Cramonshagen, Dalberg-Wendelstorf, Gottesgabe, Grambow, Klein Trebbow, Lübstorf, Lützow, Perlin, Pingelshagen, Pokrent, Schildetal, Seehof, Zickhusen</w:t>
            </w:r>
          </w:p>
        </w:tc>
      </w:tr>
      <w:tr>
        <w:trPr>
          <w:cantSplit/>
        </w:trPr>
        <w:tc>
          <w:tcPr>
            <w:tcW w:type="dxa" w:w="2351"/>
          </w:tcPr>
          <w:p/>
        </w:tc>
        <w:tc>
          <w:tcPr>
            <w:tcW w:type="dxa" w:w="2351"/>
          </w:tcPr>
          <w:p/>
        </w:tc>
        <w:tc>
          <w:tcPr>
            <w:tcW w:type="dxa" w:w="2351"/>
          </w:tcPr>
          <w:p/>
        </w:tc>
        <w:tc>
          <w:tcPr>
            <w:tcW w:type="dxa" w:w="2351"/>
          </w:tcPr>
          <w:p>
            <w:r>
              <w:t>Amt Rehna</w:t>
            </w:r>
          </w:p>
        </w:tc>
      </w:tr>
      <w:tr>
        <w:trPr>
          <w:cantSplit/>
        </w:trPr>
        <w:tc>
          <w:tcPr>
            <w:tcW w:type="dxa" w:w="2351"/>
          </w:tcPr>
          <w:p/>
        </w:tc>
        <w:tc>
          <w:tcPr>
            <w:tcW w:type="dxa" w:w="2351"/>
          </w:tcPr>
          <w:p/>
        </w:tc>
        <w:tc>
          <w:tcPr>
            <w:tcW w:type="dxa" w:w="2351"/>
          </w:tcPr>
          <w:p/>
        </w:tc>
        <w:tc>
          <w:tcPr>
            <w:tcW w:type="dxa" w:w="2351"/>
          </w:tcPr>
          <w:p>
            <w:r>
              <w:t xml:space="preserve"> die Gemeinden</w:t>
            </w:r>
            <w:r>
              <w:br/>
            </w:r>
            <w:r>
              <w:t>Carlow, Dechow, Groß Molzahn, Holdorf, Königsfeld, Rehna, Rieps, Schlagsdorf, Thandorf, Utecht, Wedendorfersee</w:t>
            </w:r>
          </w:p>
        </w:tc>
      </w:tr>
      <w:tr>
        <w:trPr>
          <w:cantSplit/>
        </w:trPr>
        <w:tc>
          <w:tcPr>
            <w:tcW w:type="dxa" w:w="2351"/>
          </w:tcPr>
          <w:p/>
        </w:tc>
        <w:tc>
          <w:tcPr>
            <w:tcW w:type="dxa" w:w="2351"/>
          </w:tcPr>
          <w:p/>
        </w:tc>
        <w:tc>
          <w:tcPr>
            <w:tcW w:type="dxa" w:w="2351"/>
          </w:tcPr>
          <w:p/>
        </w:tc>
        <w:tc>
          <w:tcPr>
            <w:tcW w:type="dxa" w:w="2351"/>
          </w:tcPr>
          <w:p>
            <w:r>
              <w:t>Amt Schönberger Land</w:t>
            </w:r>
          </w:p>
        </w:tc>
      </w:tr>
      <w:tr>
        <w:trPr>
          <w:cantSplit/>
        </w:trPr>
        <w:tc>
          <w:tcPr>
            <w:tcW w:type="dxa" w:w="2351"/>
          </w:tcPr>
          <w:p/>
        </w:tc>
        <w:tc>
          <w:tcPr>
            <w:tcW w:type="dxa" w:w="2351"/>
          </w:tcPr>
          <w:p/>
        </w:tc>
        <w:tc>
          <w:tcPr>
            <w:tcW w:type="dxa" w:w="2351"/>
          </w:tcPr>
          <w:p/>
        </w:tc>
        <w:tc>
          <w:tcPr>
            <w:tcW w:type="dxa" w:w="2351"/>
          </w:tcPr>
          <w:p>
            <w:r>
              <w:t xml:space="preserve"> die Gemeinden</w:t>
            </w:r>
            <w:r>
              <w:br/>
            </w:r>
            <w:r>
              <w:t>Dassow, Grieben, Lüdersdorf, Menzendorf, Roduchelstorf, Schönberg, Selmsdorf, Siemz-Niendorf</w:t>
            </w:r>
          </w:p>
        </w:tc>
      </w:tr>
      <w:tr>
        <w:trPr>
          <w:cantSplit/>
        </w:trPr>
        <w:tc>
          <w:tcPr>
            <w:tcW w:type="dxa" w:w="2351"/>
          </w:tcPr>
          <w:p/>
        </w:tc>
        <w:tc>
          <w:tcPr>
            <w:tcW w:type="dxa" w:w="2351"/>
          </w:tcPr>
          <w:p/>
        </w:tc>
        <w:tc>
          <w:tcPr>
            <w:tcW w:type="dxa" w:w="4702"/>
            <w:gridSpan w:val="2"/>
          </w:tcPr>
          <w:p>
            <w:r>
              <w:t>(Übrige Gemeinden s. Wkr. 13)</w:t>
            </w:r>
          </w:p>
        </w:tc>
      </w:tr>
      <w:tr>
        <w:trPr>
          <w:cantSplit/>
        </w:trPr>
        <w:tc>
          <w:tcPr>
            <w:tcW w:type="dxa" w:w="2351"/>
          </w:tcPr>
          <w:p>
            <w:r>
              <w:t>13</w:t>
            </w:r>
          </w:p>
        </w:tc>
        <w:tc>
          <w:tcPr>
            <w:tcW w:type="dxa" w:w="2351"/>
            <w:vMerge w:val="restart"/>
          </w:tcPr>
          <w:p>
            <w:r>
              <w:t>Ludwigslust-Parchim II –</w:t>
            </w:r>
            <w:r>
              <w:br/>
            </w:r>
            <w:r>
              <w:t>Nordwestmecklenburg II –</w:t>
            </w:r>
            <w:r>
              <w:br/>
            </w:r>
            <w:r>
              <w:t>Landkreis Rostock I</w:t>
            </w:r>
          </w:p>
        </w:tc>
        <w:tc>
          <w:tcPr>
            <w:tcW w:type="dxa" w:w="4702"/>
            <w:gridSpan w:val="2"/>
          </w:tcPr>
          <w:p>
            <w:r>
              <w:t>Vom Landkreis Ludwigslust-Parchim</w:t>
            </w:r>
          </w:p>
        </w:tc>
      </w:tr>
      <w:tr>
        <w:trPr>
          <w:cantSplit/>
        </w:trPr>
        <w:tc>
          <w:tcPr>
            <w:tcW w:type="dxa" w:w="2351"/>
          </w:tcPr>
          <w:p/>
        </w:tc>
        <w:tc>
          <w:tcPr>
            <w:tcW w:type="dxa" w:w="2351"/>
            <w:vMerge/>
          </w:tcPr>
          <w:p/>
        </w:tc>
        <w:tc>
          <w:tcPr>
            <w:tcW w:type="dxa" w:w="2351"/>
          </w:tcPr>
          <w:p/>
        </w:tc>
        <w:tc>
          <w:tcPr>
            <w:tcW w:type="dxa" w:w="2351"/>
          </w:tcPr>
          <w:p>
            <w:r>
              <w:t>amtsfreie Gemeinde Parchim</w:t>
            </w:r>
          </w:p>
        </w:tc>
      </w:tr>
      <w:tr>
        <w:trPr>
          <w:cantSplit/>
        </w:trPr>
        <w:tc>
          <w:tcPr>
            <w:tcW w:type="dxa" w:w="2351"/>
          </w:tcPr>
          <w:p/>
        </w:tc>
        <w:tc>
          <w:tcPr>
            <w:tcW w:type="dxa" w:w="2351"/>
            <w:vMerge/>
          </w:tcPr>
          <w:p/>
        </w:tc>
        <w:tc>
          <w:tcPr>
            <w:tcW w:type="dxa" w:w="2351"/>
          </w:tcPr>
          <w:p/>
        </w:tc>
        <w:tc>
          <w:tcPr>
            <w:tcW w:type="dxa" w:w="2351"/>
          </w:tcPr>
          <w:p>
            <w:r>
              <w:t>Amt Crivitz</w:t>
            </w:r>
          </w:p>
        </w:tc>
      </w:tr>
      <w:tr>
        <w:trPr>
          <w:cantSplit/>
        </w:trPr>
        <w:tc>
          <w:tcPr>
            <w:tcW w:type="dxa" w:w="2351"/>
          </w:tcPr>
          <w:p/>
        </w:tc>
        <w:tc>
          <w:tcPr>
            <w:tcW w:type="dxa" w:w="2351"/>
          </w:tcPr>
          <w:p/>
        </w:tc>
        <w:tc>
          <w:tcPr>
            <w:tcW w:type="dxa" w:w="2351"/>
          </w:tcPr>
          <w:p/>
        </w:tc>
        <w:tc>
          <w:tcPr>
            <w:tcW w:type="dxa" w:w="2351"/>
          </w:tcPr>
          <w:p>
            <w:r>
              <w:t xml:space="preserve"> die Gemeinden</w:t>
            </w:r>
            <w:r>
              <w:br/>
            </w:r>
            <w:r>
              <w:t>Banzkow, Barnin, Bülow, Cambs, Crivitz, Demen, Dobin am See, Friedrichsruhe, Gneven, Langen Brütz, Leezen, Pinnow, Plate, Raben Steinfeld, Sukow, Tramm, Zapel</w:t>
            </w:r>
          </w:p>
        </w:tc>
      </w:tr>
      <w:tr>
        <w:trPr>
          <w:cantSplit/>
        </w:trPr>
        <w:tc>
          <w:tcPr>
            <w:tcW w:type="dxa" w:w="2351"/>
          </w:tcPr>
          <w:p/>
        </w:tc>
        <w:tc>
          <w:tcPr>
            <w:tcW w:type="dxa" w:w="2351"/>
          </w:tcPr>
          <w:p/>
        </w:tc>
        <w:tc>
          <w:tcPr>
            <w:tcW w:type="dxa" w:w="2351"/>
          </w:tcPr>
          <w:p/>
        </w:tc>
        <w:tc>
          <w:tcPr>
            <w:tcW w:type="dxa" w:w="2351"/>
          </w:tcPr>
          <w:p>
            <w:r>
              <w:t>Amt Eldenburg Lübz</w:t>
            </w:r>
          </w:p>
        </w:tc>
      </w:tr>
      <w:tr>
        <w:trPr>
          <w:cantSplit/>
        </w:trPr>
        <w:tc>
          <w:tcPr>
            <w:tcW w:type="dxa" w:w="2351"/>
          </w:tcPr>
          <w:p/>
        </w:tc>
        <w:tc>
          <w:tcPr>
            <w:tcW w:type="dxa" w:w="2351"/>
          </w:tcPr>
          <w:p/>
        </w:tc>
        <w:tc>
          <w:tcPr>
            <w:tcW w:type="dxa" w:w="2351"/>
          </w:tcPr>
          <w:p/>
        </w:tc>
        <w:tc>
          <w:tcPr>
            <w:tcW w:type="dxa" w:w="2351"/>
          </w:tcPr>
          <w:p>
            <w:r>
              <w:t xml:space="preserve"> die Gemeinden</w:t>
            </w:r>
            <w:r>
              <w:br/>
            </w:r>
            <w:r>
              <w:t>Gallin-Kuppentin, Gehlsbach, Granzin, Kreien, Kritzow, Lübz, Passow, Ruhner Berge, Siggelkow, Werder</w:t>
            </w:r>
          </w:p>
        </w:tc>
      </w:tr>
      <w:tr>
        <w:trPr>
          <w:cantSplit/>
        </w:trPr>
        <w:tc>
          <w:tcPr>
            <w:tcW w:type="dxa" w:w="2351"/>
          </w:tcPr>
          <w:p/>
        </w:tc>
        <w:tc>
          <w:tcPr>
            <w:tcW w:type="dxa" w:w="2351"/>
          </w:tcPr>
          <w:p/>
        </w:tc>
        <w:tc>
          <w:tcPr>
            <w:tcW w:type="dxa" w:w="2351"/>
          </w:tcPr>
          <w:p/>
        </w:tc>
        <w:tc>
          <w:tcPr>
            <w:tcW w:type="dxa" w:w="2351"/>
          </w:tcPr>
          <w:p>
            <w:r>
              <w:t>Amt Goldberg-Mildenitz</w:t>
            </w:r>
          </w:p>
        </w:tc>
      </w:tr>
      <w:tr>
        <w:trPr>
          <w:cantSplit/>
        </w:trPr>
        <w:tc>
          <w:tcPr>
            <w:tcW w:type="dxa" w:w="2351"/>
          </w:tcPr>
          <w:p/>
        </w:tc>
        <w:tc>
          <w:tcPr>
            <w:tcW w:type="dxa" w:w="2351"/>
          </w:tcPr>
          <w:p/>
        </w:tc>
        <w:tc>
          <w:tcPr>
            <w:tcW w:type="dxa" w:w="2351"/>
          </w:tcPr>
          <w:p/>
        </w:tc>
        <w:tc>
          <w:tcPr>
            <w:tcW w:type="dxa" w:w="2351"/>
          </w:tcPr>
          <w:p>
            <w:r>
              <w:t xml:space="preserve"> die Gemeinden</w:t>
            </w:r>
            <w:r>
              <w:br/>
            </w:r>
            <w:r>
              <w:t>Dobbertin, Goldberg, Mestlin, Neu Poserin, Techentin</w:t>
            </w:r>
          </w:p>
        </w:tc>
      </w:tr>
      <w:tr>
        <w:trPr>
          <w:cantSplit/>
        </w:trPr>
        <w:tc>
          <w:tcPr>
            <w:tcW w:type="dxa" w:w="2351"/>
          </w:tcPr>
          <w:p/>
        </w:tc>
        <w:tc>
          <w:tcPr>
            <w:tcW w:type="dxa" w:w="2351"/>
          </w:tcPr>
          <w:p/>
        </w:tc>
        <w:tc>
          <w:tcPr>
            <w:tcW w:type="dxa" w:w="2351"/>
          </w:tcPr>
          <w:p/>
        </w:tc>
        <w:tc>
          <w:tcPr>
            <w:tcW w:type="dxa" w:w="2351"/>
          </w:tcPr>
          <w:p>
            <w:r>
              <w:t>Amt Parchimer Umland</w:t>
            </w:r>
          </w:p>
        </w:tc>
      </w:tr>
      <w:tr>
        <w:trPr>
          <w:cantSplit/>
        </w:trPr>
        <w:tc>
          <w:tcPr>
            <w:tcW w:type="dxa" w:w="2351"/>
          </w:tcPr>
          <w:p/>
        </w:tc>
        <w:tc>
          <w:tcPr>
            <w:tcW w:type="dxa" w:w="2351"/>
          </w:tcPr>
          <w:p/>
        </w:tc>
        <w:tc>
          <w:tcPr>
            <w:tcW w:type="dxa" w:w="2351"/>
          </w:tcPr>
          <w:p/>
        </w:tc>
        <w:tc>
          <w:tcPr>
            <w:tcW w:type="dxa" w:w="2351"/>
          </w:tcPr>
          <w:p>
            <w:r>
              <w:t xml:space="preserve"> die Gemeinden</w:t>
            </w:r>
            <w:r>
              <w:br/>
            </w:r>
            <w:r>
              <w:t>Domsühl, Groß Godems, Karrenzin, Lewitzrand, Obere Warnow, Rom, Spornitz, Stolpe, Ziegendorf, Zölkow</w:t>
            </w:r>
          </w:p>
        </w:tc>
      </w:tr>
      <w:tr>
        <w:trPr>
          <w:cantSplit/>
        </w:trPr>
        <w:tc>
          <w:tcPr>
            <w:tcW w:type="dxa" w:w="2351"/>
          </w:tcPr>
          <w:p/>
        </w:tc>
        <w:tc>
          <w:tcPr>
            <w:tcW w:type="dxa" w:w="2351"/>
          </w:tcPr>
          <w:p/>
        </w:tc>
        <w:tc>
          <w:tcPr>
            <w:tcW w:type="dxa" w:w="2351"/>
          </w:tcPr>
          <w:p/>
        </w:tc>
        <w:tc>
          <w:tcPr>
            <w:tcW w:type="dxa" w:w="2351"/>
          </w:tcPr>
          <w:p>
            <w:r>
              <w:t>Amt Plau am See</w:t>
            </w:r>
          </w:p>
        </w:tc>
      </w:tr>
      <w:tr>
        <w:trPr>
          <w:cantSplit/>
        </w:trPr>
        <w:tc>
          <w:tcPr>
            <w:tcW w:type="dxa" w:w="2351"/>
          </w:tcPr>
          <w:p/>
        </w:tc>
        <w:tc>
          <w:tcPr>
            <w:tcW w:type="dxa" w:w="2351"/>
          </w:tcPr>
          <w:p/>
        </w:tc>
        <w:tc>
          <w:tcPr>
            <w:tcW w:type="dxa" w:w="2351"/>
          </w:tcPr>
          <w:p/>
        </w:tc>
        <w:tc>
          <w:tcPr>
            <w:tcW w:type="dxa" w:w="2351"/>
          </w:tcPr>
          <w:p>
            <w:r>
              <w:t xml:space="preserve"> die Gemeinden</w:t>
            </w:r>
            <w:r>
              <w:br/>
            </w:r>
            <w:r>
              <w:t>Barkhagen, Ganzlin, Plau am See</w:t>
            </w:r>
          </w:p>
        </w:tc>
      </w:tr>
      <w:tr>
        <w:trPr>
          <w:cantSplit/>
        </w:trPr>
        <w:tc>
          <w:tcPr>
            <w:tcW w:type="dxa" w:w="2351"/>
          </w:tcPr>
          <w:p/>
        </w:tc>
        <w:tc>
          <w:tcPr>
            <w:tcW w:type="dxa" w:w="2351"/>
          </w:tcPr>
          <w:p/>
        </w:tc>
        <w:tc>
          <w:tcPr>
            <w:tcW w:type="dxa" w:w="2351"/>
          </w:tcPr>
          <w:p/>
        </w:tc>
        <w:tc>
          <w:tcPr>
            <w:tcW w:type="dxa" w:w="2351"/>
          </w:tcPr>
          <w:p>
            <w:r>
              <w:t>Amt Sternberger Seenlandschaft</w:t>
            </w:r>
          </w:p>
        </w:tc>
      </w:tr>
      <w:tr>
        <w:trPr>
          <w:cantSplit/>
        </w:trPr>
        <w:tc>
          <w:tcPr>
            <w:tcW w:type="dxa" w:w="2351"/>
          </w:tcPr>
          <w:p/>
        </w:tc>
        <w:tc>
          <w:tcPr>
            <w:tcW w:type="dxa" w:w="2351"/>
          </w:tcPr>
          <w:p/>
        </w:tc>
        <w:tc>
          <w:tcPr>
            <w:tcW w:type="dxa" w:w="2351"/>
          </w:tcPr>
          <w:p/>
        </w:tc>
        <w:tc>
          <w:tcPr>
            <w:tcW w:type="dxa" w:w="2351"/>
          </w:tcPr>
          <w:p>
            <w:r>
              <w:t xml:space="preserve"> die Gemeinden</w:t>
            </w:r>
            <w:r>
              <w:br/>
            </w:r>
            <w:r>
              <w:t>Blankenberg, Borkow, Brüel, Dabel, Hohen Pritz, Kloster Tempzin, Kobrow, Kuhlen-Wendorf, Mustin, Sternberg, Weitendorf, Witzin</w:t>
            </w:r>
          </w:p>
        </w:tc>
      </w:tr>
      <w:tr>
        <w:trPr>
          <w:cantSplit/>
        </w:trPr>
        <w:tc>
          <w:tcPr>
            <w:tcW w:type="dxa" w:w="2351"/>
          </w:tcPr>
          <w:p/>
        </w:tc>
        <w:tc>
          <w:tcPr>
            <w:tcW w:type="dxa" w:w="2351"/>
          </w:tcPr>
          <w:p/>
        </w:tc>
        <w:tc>
          <w:tcPr>
            <w:tcW w:type="dxa" w:w="4702"/>
            <w:gridSpan w:val="2"/>
          </w:tcPr>
          <w:p>
            <w:r>
              <w:t>(Übrige Gemeinden s. Wkr. 12)</w:t>
            </w:r>
          </w:p>
        </w:tc>
      </w:tr>
      <w:tr>
        <w:trPr>
          <w:cantSplit/>
        </w:trPr>
        <w:tc>
          <w:tcPr>
            <w:tcW w:type="dxa" w:w="2351"/>
          </w:tcPr>
          <w:p/>
        </w:tc>
        <w:tc>
          <w:tcPr>
            <w:tcW w:type="dxa" w:w="2351"/>
          </w:tcPr>
          <w:p/>
        </w:tc>
        <w:tc>
          <w:tcPr>
            <w:tcW w:type="dxa" w:w="4702"/>
            <w:gridSpan w:val="2"/>
          </w:tcPr>
          <w:p>
            <w:r>
              <w:t>vom Landkreis Nordwestmecklenburg</w:t>
            </w:r>
          </w:p>
        </w:tc>
      </w:tr>
      <w:tr>
        <w:trPr>
          <w:cantSplit/>
        </w:trPr>
        <w:tc>
          <w:tcPr>
            <w:tcW w:type="dxa" w:w="2351"/>
          </w:tcPr>
          <w:p/>
        </w:tc>
        <w:tc>
          <w:tcPr>
            <w:tcW w:type="dxa" w:w="2351"/>
          </w:tcPr>
          <w:p/>
        </w:tc>
        <w:tc>
          <w:tcPr>
            <w:tcW w:type="dxa" w:w="2351"/>
          </w:tcPr>
          <w:p/>
        </w:tc>
        <w:tc>
          <w:tcPr>
            <w:tcW w:type="dxa" w:w="2351"/>
          </w:tcPr>
          <w:p>
            <w:r>
              <w:t>amtsfreie Gemeinden</w:t>
            </w:r>
            <w:r>
              <w:br/>
            </w:r>
            <w:r>
              <w:t>Grevesmühlen, Insel Poel, Wismar</w:t>
            </w:r>
          </w:p>
        </w:tc>
      </w:tr>
      <w:tr>
        <w:trPr>
          <w:cantSplit/>
        </w:trPr>
        <w:tc>
          <w:tcPr>
            <w:tcW w:type="dxa" w:w="2351"/>
          </w:tcPr>
          <w:p/>
        </w:tc>
        <w:tc>
          <w:tcPr>
            <w:tcW w:type="dxa" w:w="2351"/>
          </w:tcPr>
          <w:p/>
        </w:tc>
        <w:tc>
          <w:tcPr>
            <w:tcW w:type="dxa" w:w="2351"/>
          </w:tcPr>
          <w:p/>
        </w:tc>
        <w:tc>
          <w:tcPr>
            <w:tcW w:type="dxa" w:w="2351"/>
          </w:tcPr>
          <w:p>
            <w:r>
              <w:t>Amt Dorf Mecklenburg-Bad Kleinen</w:t>
            </w:r>
          </w:p>
        </w:tc>
      </w:tr>
      <w:tr>
        <w:trPr>
          <w:cantSplit/>
        </w:trPr>
        <w:tc>
          <w:tcPr>
            <w:tcW w:type="dxa" w:w="2351"/>
          </w:tcPr>
          <w:p/>
        </w:tc>
        <w:tc>
          <w:tcPr>
            <w:tcW w:type="dxa" w:w="2351"/>
          </w:tcPr>
          <w:p/>
        </w:tc>
        <w:tc>
          <w:tcPr>
            <w:tcW w:type="dxa" w:w="2351"/>
          </w:tcPr>
          <w:p/>
        </w:tc>
        <w:tc>
          <w:tcPr>
            <w:tcW w:type="dxa" w:w="2351"/>
          </w:tcPr>
          <w:p>
            <w:r>
              <w:t xml:space="preserve"> die Gemeinden</w:t>
            </w:r>
            <w:r>
              <w:br/>
            </w:r>
            <w:r>
              <w:t>Bad Kleinen, Barnekow, Bobitz, Dorf Mecklenburg, Groß Stieten, Hohen Viecheln, Lübow, Metelsdorf, Ventschow</w:t>
            </w:r>
          </w:p>
        </w:tc>
      </w:tr>
      <w:tr>
        <w:trPr>
          <w:cantSplit/>
        </w:trPr>
        <w:tc>
          <w:tcPr>
            <w:tcW w:type="dxa" w:w="2351"/>
          </w:tcPr>
          <w:p/>
        </w:tc>
        <w:tc>
          <w:tcPr>
            <w:tcW w:type="dxa" w:w="2351"/>
          </w:tcPr>
          <w:p/>
        </w:tc>
        <w:tc>
          <w:tcPr>
            <w:tcW w:type="dxa" w:w="2351"/>
          </w:tcPr>
          <w:p/>
        </w:tc>
        <w:tc>
          <w:tcPr>
            <w:tcW w:type="dxa" w:w="2351"/>
          </w:tcPr>
          <w:p>
            <w:r>
              <w:t>Amt Grevesmühlen-Land</w:t>
            </w:r>
          </w:p>
        </w:tc>
      </w:tr>
      <w:tr>
        <w:trPr>
          <w:cantSplit/>
        </w:trPr>
        <w:tc>
          <w:tcPr>
            <w:tcW w:type="dxa" w:w="2351"/>
          </w:tcPr>
          <w:p/>
        </w:tc>
        <w:tc>
          <w:tcPr>
            <w:tcW w:type="dxa" w:w="2351"/>
          </w:tcPr>
          <w:p/>
        </w:tc>
        <w:tc>
          <w:tcPr>
            <w:tcW w:type="dxa" w:w="2351"/>
          </w:tcPr>
          <w:p/>
        </w:tc>
        <w:tc>
          <w:tcPr>
            <w:tcW w:type="dxa" w:w="2351"/>
          </w:tcPr>
          <w:p>
            <w:r>
              <w:t xml:space="preserve"> die Gemeinden</w:t>
            </w:r>
            <w:r>
              <w:br/>
            </w:r>
            <w:r>
              <w:t>Bernstorf, Gägelow, Roggenstorf, Rüting, Stepenitztal, Testorf-Steinfort, Upahl, Warnow</w:t>
            </w:r>
          </w:p>
        </w:tc>
      </w:tr>
      <w:tr>
        <w:trPr>
          <w:cantSplit/>
        </w:trPr>
        <w:tc>
          <w:tcPr>
            <w:tcW w:type="dxa" w:w="2351"/>
          </w:tcPr>
          <w:p/>
        </w:tc>
        <w:tc>
          <w:tcPr>
            <w:tcW w:type="dxa" w:w="2351"/>
          </w:tcPr>
          <w:p/>
        </w:tc>
        <w:tc>
          <w:tcPr>
            <w:tcW w:type="dxa" w:w="2351"/>
          </w:tcPr>
          <w:p/>
        </w:tc>
        <w:tc>
          <w:tcPr>
            <w:tcW w:type="dxa" w:w="2351"/>
          </w:tcPr>
          <w:p>
            <w:r>
              <w:t>Amt Klützer Winkel</w:t>
            </w:r>
          </w:p>
        </w:tc>
      </w:tr>
      <w:tr>
        <w:trPr>
          <w:cantSplit/>
        </w:trPr>
        <w:tc>
          <w:tcPr>
            <w:tcW w:type="dxa" w:w="2351"/>
          </w:tcPr>
          <w:p/>
        </w:tc>
        <w:tc>
          <w:tcPr>
            <w:tcW w:type="dxa" w:w="2351"/>
          </w:tcPr>
          <w:p/>
        </w:tc>
        <w:tc>
          <w:tcPr>
            <w:tcW w:type="dxa" w:w="2351"/>
          </w:tcPr>
          <w:p/>
        </w:tc>
        <w:tc>
          <w:tcPr>
            <w:tcW w:type="dxa" w:w="2351"/>
          </w:tcPr>
          <w:p>
            <w:r>
              <w:t xml:space="preserve"> die Gemeinden</w:t>
            </w:r>
            <w:r>
              <w:br/>
            </w:r>
            <w:r>
              <w:t>Boltenhagen, Damshagen, Hohenkirchen, Kalkhorst, Klütz, Zierow</w:t>
            </w:r>
          </w:p>
        </w:tc>
      </w:tr>
      <w:tr>
        <w:trPr>
          <w:cantSplit/>
        </w:trPr>
        <w:tc>
          <w:tcPr>
            <w:tcW w:type="dxa" w:w="2351"/>
          </w:tcPr>
          <w:p/>
        </w:tc>
        <w:tc>
          <w:tcPr>
            <w:tcW w:type="dxa" w:w="2351"/>
          </w:tcPr>
          <w:p/>
        </w:tc>
        <w:tc>
          <w:tcPr>
            <w:tcW w:type="dxa" w:w="2351"/>
          </w:tcPr>
          <w:p/>
        </w:tc>
        <w:tc>
          <w:tcPr>
            <w:tcW w:type="dxa" w:w="2351"/>
          </w:tcPr>
          <w:p>
            <w:r>
              <w:t>Amt Neuburg</w:t>
            </w:r>
          </w:p>
        </w:tc>
      </w:tr>
      <w:tr>
        <w:trPr>
          <w:cantSplit/>
        </w:trPr>
        <w:tc>
          <w:tcPr>
            <w:tcW w:type="dxa" w:w="2351"/>
          </w:tcPr>
          <w:p/>
        </w:tc>
        <w:tc>
          <w:tcPr>
            <w:tcW w:type="dxa" w:w="2351"/>
          </w:tcPr>
          <w:p/>
        </w:tc>
        <w:tc>
          <w:tcPr>
            <w:tcW w:type="dxa" w:w="2351"/>
          </w:tcPr>
          <w:p/>
        </w:tc>
        <w:tc>
          <w:tcPr>
            <w:tcW w:type="dxa" w:w="2351"/>
          </w:tcPr>
          <w:p>
            <w:r>
              <w:t xml:space="preserve"> die Gemeinden</w:t>
            </w:r>
            <w:r>
              <w:br/>
            </w:r>
            <w:r>
              <w:t>Benz, Blowatz, Boiensdorf, Hornstorf, Krusenhagen, Neuburg</w:t>
            </w:r>
          </w:p>
        </w:tc>
      </w:tr>
      <w:tr>
        <w:trPr>
          <w:cantSplit/>
        </w:trPr>
        <w:tc>
          <w:tcPr>
            <w:tcW w:type="dxa" w:w="2351"/>
          </w:tcPr>
          <w:p/>
        </w:tc>
        <w:tc>
          <w:tcPr>
            <w:tcW w:type="dxa" w:w="2351"/>
          </w:tcPr>
          <w:p/>
        </w:tc>
        <w:tc>
          <w:tcPr>
            <w:tcW w:type="dxa" w:w="2351"/>
          </w:tcPr>
          <w:p/>
        </w:tc>
        <w:tc>
          <w:tcPr>
            <w:tcW w:type="dxa" w:w="2351"/>
          </w:tcPr>
          <w:p>
            <w:r>
              <w:t>Amt Neukloster-Warin</w:t>
            </w:r>
          </w:p>
        </w:tc>
      </w:tr>
      <w:tr>
        <w:trPr>
          <w:cantSplit/>
        </w:trPr>
        <w:tc>
          <w:tcPr>
            <w:tcW w:type="dxa" w:w="2351"/>
          </w:tcPr>
          <w:p/>
        </w:tc>
        <w:tc>
          <w:tcPr>
            <w:tcW w:type="dxa" w:w="2351"/>
          </w:tcPr>
          <w:p/>
        </w:tc>
        <w:tc>
          <w:tcPr>
            <w:tcW w:type="dxa" w:w="2351"/>
          </w:tcPr>
          <w:p/>
        </w:tc>
        <w:tc>
          <w:tcPr>
            <w:tcW w:type="dxa" w:w="2351"/>
          </w:tcPr>
          <w:p>
            <w:r>
              <w:t xml:space="preserve"> die Gemeinden</w:t>
            </w:r>
            <w:r>
              <w:br/>
            </w:r>
            <w:r>
              <w:t>Bibow, Glasin, Jesendorf, Lübberstorf, Neukloster, Passee, Warin, Züsow, Zurow</w:t>
            </w:r>
          </w:p>
        </w:tc>
      </w:tr>
      <w:tr>
        <w:trPr>
          <w:cantSplit/>
        </w:trPr>
        <w:tc>
          <w:tcPr>
            <w:tcW w:type="dxa" w:w="2351"/>
          </w:tcPr>
          <w:p/>
        </w:tc>
        <w:tc>
          <w:tcPr>
            <w:tcW w:type="dxa" w:w="2351"/>
          </w:tcPr>
          <w:p/>
        </w:tc>
        <w:tc>
          <w:tcPr>
            <w:tcW w:type="dxa" w:w="4702"/>
            <w:gridSpan w:val="2"/>
          </w:tcPr>
          <w:p>
            <w:r>
              <w:t>(Übrige Gemeinden s. Wkr. 12)</w:t>
            </w:r>
          </w:p>
        </w:tc>
      </w:tr>
      <w:tr>
        <w:trPr>
          <w:cantSplit/>
        </w:trPr>
        <w:tc>
          <w:tcPr>
            <w:tcW w:type="dxa" w:w="2351"/>
          </w:tcPr>
          <w:p/>
        </w:tc>
        <w:tc>
          <w:tcPr>
            <w:tcW w:type="dxa" w:w="2351"/>
          </w:tcPr>
          <w:p/>
        </w:tc>
        <w:tc>
          <w:tcPr>
            <w:tcW w:type="dxa" w:w="4702"/>
            <w:gridSpan w:val="2"/>
          </w:tcPr>
          <w:p>
            <w:r>
              <w:t>vom Landkreis Rostock</w:t>
            </w:r>
          </w:p>
        </w:tc>
      </w:tr>
      <w:tr>
        <w:trPr>
          <w:cantSplit/>
        </w:trPr>
        <w:tc>
          <w:tcPr>
            <w:tcW w:type="dxa" w:w="2351"/>
          </w:tcPr>
          <w:p/>
        </w:tc>
        <w:tc>
          <w:tcPr>
            <w:tcW w:type="dxa" w:w="2351"/>
          </w:tcPr>
          <w:p/>
        </w:tc>
        <w:tc>
          <w:tcPr>
            <w:tcW w:type="dxa" w:w="2351"/>
          </w:tcPr>
          <w:p/>
        </w:tc>
        <w:tc>
          <w:tcPr>
            <w:tcW w:type="dxa" w:w="2351"/>
          </w:tcPr>
          <w:p>
            <w:r>
              <w:t>amtsfreie Gemeinden</w:t>
            </w:r>
            <w:r>
              <w:br/>
            </w:r>
            <w:r>
              <w:t>Bad Doberan, Kröpelin, Kühlungsborn, Neubukow, Satow</w:t>
            </w:r>
          </w:p>
        </w:tc>
      </w:tr>
      <w:tr>
        <w:trPr>
          <w:cantSplit/>
        </w:trPr>
        <w:tc>
          <w:tcPr>
            <w:tcW w:type="dxa" w:w="2351"/>
          </w:tcPr>
          <w:p/>
        </w:tc>
        <w:tc>
          <w:tcPr>
            <w:tcW w:type="dxa" w:w="2351"/>
          </w:tcPr>
          <w:p/>
        </w:tc>
        <w:tc>
          <w:tcPr>
            <w:tcW w:type="dxa" w:w="2351"/>
          </w:tcPr>
          <w:p/>
        </w:tc>
        <w:tc>
          <w:tcPr>
            <w:tcW w:type="dxa" w:w="2351"/>
          </w:tcPr>
          <w:p>
            <w:r>
              <w:t>Amt Bad Doberan-Land</w:t>
            </w:r>
          </w:p>
        </w:tc>
      </w:tr>
      <w:tr>
        <w:trPr>
          <w:cantSplit/>
        </w:trPr>
        <w:tc>
          <w:tcPr>
            <w:tcW w:type="dxa" w:w="2351"/>
          </w:tcPr>
          <w:p/>
        </w:tc>
        <w:tc>
          <w:tcPr>
            <w:tcW w:type="dxa" w:w="2351"/>
          </w:tcPr>
          <w:p/>
        </w:tc>
        <w:tc>
          <w:tcPr>
            <w:tcW w:type="dxa" w:w="2351"/>
          </w:tcPr>
          <w:p/>
        </w:tc>
        <w:tc>
          <w:tcPr>
            <w:tcW w:type="dxa" w:w="2351"/>
          </w:tcPr>
          <w:p>
            <w:r>
              <w:t xml:space="preserve"> die Gemeinden</w:t>
            </w:r>
            <w:r>
              <w:br/>
            </w:r>
            <w:r>
              <w:t>Admannshagen-Bargeshagen, Bartenshagen-Parkentin, Börgerende-Rethwisch, Hohenfelde, Nienhagen, Reddelich, Retschow, Steffenshagen, Wittenbeck</w:t>
            </w:r>
          </w:p>
        </w:tc>
      </w:tr>
      <w:tr>
        <w:trPr>
          <w:cantSplit/>
        </w:trPr>
        <w:tc>
          <w:tcPr>
            <w:tcW w:type="dxa" w:w="2351"/>
          </w:tcPr>
          <w:p/>
        </w:tc>
        <w:tc>
          <w:tcPr>
            <w:tcW w:type="dxa" w:w="2351"/>
          </w:tcPr>
          <w:p/>
        </w:tc>
        <w:tc>
          <w:tcPr>
            <w:tcW w:type="dxa" w:w="2351"/>
          </w:tcPr>
          <w:p/>
        </w:tc>
        <w:tc>
          <w:tcPr>
            <w:tcW w:type="dxa" w:w="2351"/>
          </w:tcPr>
          <w:p>
            <w:r>
              <w:t>Amt Neubukow-Salzhaff</w:t>
            </w:r>
          </w:p>
        </w:tc>
      </w:tr>
      <w:tr>
        <w:trPr>
          <w:cantSplit/>
        </w:trPr>
        <w:tc>
          <w:tcPr>
            <w:tcW w:type="dxa" w:w="2351"/>
          </w:tcPr>
          <w:p/>
        </w:tc>
        <w:tc>
          <w:tcPr>
            <w:tcW w:type="dxa" w:w="2351"/>
          </w:tcPr>
          <w:p/>
        </w:tc>
        <w:tc>
          <w:tcPr>
            <w:tcW w:type="dxa" w:w="2351"/>
          </w:tcPr>
          <w:p/>
        </w:tc>
        <w:tc>
          <w:tcPr>
            <w:tcW w:type="dxa" w:w="2351"/>
          </w:tcPr>
          <w:p>
            <w:r>
              <w:t xml:space="preserve"> die Gemeinden</w:t>
            </w:r>
            <w:r>
              <w:br/>
            </w:r>
            <w:r>
              <w:t>Alt Bukow, Am Salzhaff, Bastorf, Biendorf, Carinerland, Rerik</w:t>
            </w:r>
          </w:p>
        </w:tc>
      </w:tr>
      <w:tr>
        <w:trPr>
          <w:cantSplit/>
        </w:trPr>
        <w:tc>
          <w:tcPr>
            <w:tcW w:type="dxa" w:w="2351"/>
          </w:tcPr>
          <w:p/>
        </w:tc>
        <w:tc>
          <w:tcPr>
            <w:tcW w:type="dxa" w:w="2351"/>
          </w:tcPr>
          <w:p/>
        </w:tc>
        <w:tc>
          <w:tcPr>
            <w:tcW w:type="dxa" w:w="4702"/>
            <w:gridSpan w:val="2"/>
          </w:tcPr>
          <w:p>
            <w:r>
              <w:t>(Übrige Gemeinden s. Wkr. 14, 17)</w:t>
            </w:r>
          </w:p>
        </w:tc>
      </w:tr>
      <w:tr>
        <w:trPr>
          <w:cantSplit/>
        </w:trPr>
        <w:tc>
          <w:tcPr>
            <w:tcW w:type="dxa" w:w="2351"/>
          </w:tcPr>
          <w:p>
            <w:r>
              <w:t>14</w:t>
            </w:r>
          </w:p>
        </w:tc>
        <w:tc>
          <w:tcPr>
            <w:tcW w:type="dxa" w:w="2351"/>
          </w:tcPr>
          <w:p>
            <w:r>
              <w:t>Rostock – Landkreis Rostock II</w:t>
            </w:r>
          </w:p>
        </w:tc>
        <w:tc>
          <w:tcPr>
            <w:tcW w:type="dxa" w:w="4702"/>
            <w:gridSpan w:val="2"/>
          </w:tcPr>
          <w:p>
            <w:r>
              <w:t>Kreisfreie Stadt Rostock</w:t>
            </w:r>
          </w:p>
        </w:tc>
      </w:tr>
      <w:tr>
        <w:trPr>
          <w:cantSplit/>
        </w:trPr>
        <w:tc>
          <w:tcPr>
            <w:tcW w:type="dxa" w:w="2351"/>
          </w:tcPr>
          <w:p/>
        </w:tc>
        <w:tc>
          <w:tcPr>
            <w:tcW w:type="dxa" w:w="2351"/>
          </w:tcPr>
          <w:p/>
        </w:tc>
        <w:tc>
          <w:tcPr>
            <w:tcW w:type="dxa" w:w="4702"/>
            <w:gridSpan w:val="2"/>
          </w:tcPr>
          <w:p>
            <w:r>
              <w:t>vom Landkreis Rostock</w:t>
            </w:r>
          </w:p>
        </w:tc>
      </w:tr>
      <w:tr>
        <w:trPr>
          <w:cantSplit/>
        </w:trPr>
        <w:tc>
          <w:tcPr>
            <w:tcW w:type="dxa" w:w="2351"/>
          </w:tcPr>
          <w:p/>
        </w:tc>
        <w:tc>
          <w:tcPr>
            <w:tcW w:type="dxa" w:w="2351"/>
          </w:tcPr>
          <w:p/>
        </w:tc>
        <w:tc>
          <w:tcPr>
            <w:tcW w:type="dxa" w:w="2351"/>
          </w:tcPr>
          <w:p/>
        </w:tc>
        <w:tc>
          <w:tcPr>
            <w:tcW w:type="dxa" w:w="2351"/>
          </w:tcPr>
          <w:p>
            <w:r>
              <w:t>amtsfreie Gemeinden</w:t>
            </w:r>
            <w:r>
              <w:br/>
            </w:r>
            <w:r>
              <w:t>Dummerstorf, Graal-Müritz, Sanitz</w:t>
            </w:r>
          </w:p>
        </w:tc>
      </w:tr>
      <w:tr>
        <w:trPr>
          <w:cantSplit/>
        </w:trPr>
        <w:tc>
          <w:tcPr>
            <w:tcW w:type="dxa" w:w="2351"/>
          </w:tcPr>
          <w:p/>
        </w:tc>
        <w:tc>
          <w:tcPr>
            <w:tcW w:type="dxa" w:w="2351"/>
          </w:tcPr>
          <w:p/>
        </w:tc>
        <w:tc>
          <w:tcPr>
            <w:tcW w:type="dxa" w:w="2351"/>
          </w:tcPr>
          <w:p/>
        </w:tc>
        <w:tc>
          <w:tcPr>
            <w:tcW w:type="dxa" w:w="2351"/>
          </w:tcPr>
          <w:p>
            <w:r>
              <w:t>Amt Carbäk</w:t>
            </w:r>
          </w:p>
        </w:tc>
      </w:tr>
      <w:tr>
        <w:trPr>
          <w:cantSplit/>
        </w:trPr>
        <w:tc>
          <w:tcPr>
            <w:tcW w:type="dxa" w:w="2351"/>
          </w:tcPr>
          <w:p/>
        </w:tc>
        <w:tc>
          <w:tcPr>
            <w:tcW w:type="dxa" w:w="2351"/>
          </w:tcPr>
          <w:p/>
        </w:tc>
        <w:tc>
          <w:tcPr>
            <w:tcW w:type="dxa" w:w="2351"/>
          </w:tcPr>
          <w:p/>
        </w:tc>
        <w:tc>
          <w:tcPr>
            <w:tcW w:type="dxa" w:w="2351"/>
          </w:tcPr>
          <w:p>
            <w:r>
              <w:t xml:space="preserve"> die Gemeinden</w:t>
            </w:r>
            <w:r>
              <w:br/>
            </w:r>
            <w:r>
              <w:t>Broderstorf, Poppendorf, Roggentin, Thulendorf</w:t>
            </w:r>
          </w:p>
        </w:tc>
      </w:tr>
      <w:tr>
        <w:trPr>
          <w:cantSplit/>
        </w:trPr>
        <w:tc>
          <w:tcPr>
            <w:tcW w:type="dxa" w:w="2351"/>
          </w:tcPr>
          <w:p/>
        </w:tc>
        <w:tc>
          <w:tcPr>
            <w:tcW w:type="dxa" w:w="2351"/>
          </w:tcPr>
          <w:p/>
        </w:tc>
        <w:tc>
          <w:tcPr>
            <w:tcW w:type="dxa" w:w="2351"/>
          </w:tcPr>
          <w:p/>
        </w:tc>
        <w:tc>
          <w:tcPr>
            <w:tcW w:type="dxa" w:w="2351"/>
          </w:tcPr>
          <w:p>
            <w:r>
              <w:t>Amt Rostocker Heide</w:t>
            </w:r>
          </w:p>
        </w:tc>
      </w:tr>
      <w:tr>
        <w:trPr>
          <w:cantSplit/>
        </w:trPr>
        <w:tc>
          <w:tcPr>
            <w:tcW w:type="dxa" w:w="2351"/>
          </w:tcPr>
          <w:p/>
        </w:tc>
        <w:tc>
          <w:tcPr>
            <w:tcW w:type="dxa" w:w="2351"/>
          </w:tcPr>
          <w:p/>
        </w:tc>
        <w:tc>
          <w:tcPr>
            <w:tcW w:type="dxa" w:w="2351"/>
          </w:tcPr>
          <w:p/>
        </w:tc>
        <w:tc>
          <w:tcPr>
            <w:tcW w:type="dxa" w:w="2351"/>
          </w:tcPr>
          <w:p>
            <w:r>
              <w:t xml:space="preserve"> die Gemeinden</w:t>
            </w:r>
            <w:r>
              <w:br/>
            </w:r>
            <w:r>
              <w:t>Bentwisch, Blankenhagen, Gelbensande, Mönchhagen, Rövershagen</w:t>
            </w:r>
          </w:p>
        </w:tc>
      </w:tr>
      <w:tr>
        <w:trPr>
          <w:cantSplit/>
        </w:trPr>
        <w:tc>
          <w:tcPr>
            <w:tcW w:type="dxa" w:w="2351"/>
          </w:tcPr>
          <w:p/>
        </w:tc>
        <w:tc>
          <w:tcPr>
            <w:tcW w:type="dxa" w:w="2351"/>
          </w:tcPr>
          <w:p/>
        </w:tc>
        <w:tc>
          <w:tcPr>
            <w:tcW w:type="dxa" w:w="2351"/>
          </w:tcPr>
          <w:p/>
        </w:tc>
        <w:tc>
          <w:tcPr>
            <w:tcW w:type="dxa" w:w="2351"/>
          </w:tcPr>
          <w:p>
            <w:r>
              <w:t>Amt Schwaan</w:t>
            </w:r>
          </w:p>
        </w:tc>
      </w:tr>
      <w:tr>
        <w:trPr>
          <w:cantSplit/>
        </w:trPr>
        <w:tc>
          <w:tcPr>
            <w:tcW w:type="dxa" w:w="2351"/>
          </w:tcPr>
          <w:p/>
        </w:tc>
        <w:tc>
          <w:tcPr>
            <w:tcW w:type="dxa" w:w="2351"/>
          </w:tcPr>
          <w:p/>
        </w:tc>
        <w:tc>
          <w:tcPr>
            <w:tcW w:type="dxa" w:w="2351"/>
          </w:tcPr>
          <w:p/>
        </w:tc>
        <w:tc>
          <w:tcPr>
            <w:tcW w:type="dxa" w:w="2351"/>
          </w:tcPr>
          <w:p>
            <w:r>
              <w:t xml:space="preserve"> die Gemeinden</w:t>
            </w:r>
            <w:r>
              <w:br/>
            </w:r>
            <w:r>
              <w:t>Benitz, Bröbberow, Kassow, Rukieten, Schwaan, Vorbeck, Wiendorf</w:t>
            </w:r>
          </w:p>
        </w:tc>
      </w:tr>
      <w:tr>
        <w:trPr>
          <w:cantSplit/>
        </w:trPr>
        <w:tc>
          <w:tcPr>
            <w:tcW w:type="dxa" w:w="2351"/>
          </w:tcPr>
          <w:p/>
        </w:tc>
        <w:tc>
          <w:tcPr>
            <w:tcW w:type="dxa" w:w="2351"/>
          </w:tcPr>
          <w:p/>
        </w:tc>
        <w:tc>
          <w:tcPr>
            <w:tcW w:type="dxa" w:w="2351"/>
          </w:tcPr>
          <w:p/>
        </w:tc>
        <w:tc>
          <w:tcPr>
            <w:tcW w:type="dxa" w:w="2351"/>
          </w:tcPr>
          <w:p>
            <w:r>
              <w:t>Amt Tessin</w:t>
            </w:r>
          </w:p>
        </w:tc>
      </w:tr>
      <w:tr>
        <w:trPr>
          <w:cantSplit/>
        </w:trPr>
        <w:tc>
          <w:tcPr>
            <w:tcW w:type="dxa" w:w="2351"/>
          </w:tcPr>
          <w:p/>
        </w:tc>
        <w:tc>
          <w:tcPr>
            <w:tcW w:type="dxa" w:w="2351"/>
          </w:tcPr>
          <w:p/>
        </w:tc>
        <w:tc>
          <w:tcPr>
            <w:tcW w:type="dxa" w:w="2351"/>
          </w:tcPr>
          <w:p/>
        </w:tc>
        <w:tc>
          <w:tcPr>
            <w:tcW w:type="dxa" w:w="2351"/>
          </w:tcPr>
          <w:p>
            <w:r>
              <w:t xml:space="preserve"> die Gemeinden</w:t>
            </w:r>
            <w:r>
              <w:br/>
            </w:r>
            <w:r>
              <w:t>Cammin, Gnewitz, Grammow, Nustrow, Selpin, Stubbendorf, Tessin, Thelkow, Zarnewanz</w:t>
            </w:r>
          </w:p>
        </w:tc>
      </w:tr>
      <w:tr>
        <w:trPr>
          <w:cantSplit/>
        </w:trPr>
        <w:tc>
          <w:tcPr>
            <w:tcW w:type="dxa" w:w="2351"/>
          </w:tcPr>
          <w:p/>
        </w:tc>
        <w:tc>
          <w:tcPr>
            <w:tcW w:type="dxa" w:w="2351"/>
          </w:tcPr>
          <w:p/>
        </w:tc>
        <w:tc>
          <w:tcPr>
            <w:tcW w:type="dxa" w:w="2351"/>
          </w:tcPr>
          <w:p/>
        </w:tc>
        <w:tc>
          <w:tcPr>
            <w:tcW w:type="dxa" w:w="2351"/>
          </w:tcPr>
          <w:p>
            <w:r>
              <w:t>Amt Warnow-West</w:t>
            </w:r>
          </w:p>
        </w:tc>
      </w:tr>
      <w:tr>
        <w:trPr>
          <w:cantSplit/>
        </w:trPr>
        <w:tc>
          <w:tcPr>
            <w:tcW w:type="dxa" w:w="2351"/>
          </w:tcPr>
          <w:p/>
        </w:tc>
        <w:tc>
          <w:tcPr>
            <w:tcW w:type="dxa" w:w="2351"/>
          </w:tcPr>
          <w:p/>
        </w:tc>
        <w:tc>
          <w:tcPr>
            <w:tcW w:type="dxa" w:w="2351"/>
          </w:tcPr>
          <w:p/>
        </w:tc>
        <w:tc>
          <w:tcPr>
            <w:tcW w:type="dxa" w:w="2351"/>
          </w:tcPr>
          <w:p>
            <w:r>
              <w:t xml:space="preserve"> die Gemeinden</w:t>
            </w:r>
            <w:r>
              <w:br/>
            </w:r>
            <w:r>
              <w:t>Elmenhorst/Lichtenhagen, Kritzmow, Lambrechtshagen, Papendorf, Pölchow, Stäbelow, Ziesendorf</w:t>
            </w:r>
          </w:p>
        </w:tc>
      </w:tr>
      <w:tr>
        <w:trPr>
          <w:cantSplit/>
        </w:trPr>
        <w:tc>
          <w:tcPr>
            <w:tcW w:type="dxa" w:w="2351"/>
          </w:tcPr>
          <w:p/>
        </w:tc>
        <w:tc>
          <w:tcPr>
            <w:tcW w:type="dxa" w:w="2351"/>
          </w:tcPr>
          <w:p/>
        </w:tc>
        <w:tc>
          <w:tcPr>
            <w:tcW w:type="dxa" w:w="4702"/>
            <w:gridSpan w:val="2"/>
          </w:tcPr>
          <w:p>
            <w:r>
              <w:t>(Übrige Gemeinden s. Wkr. 13, 17)</w:t>
            </w:r>
          </w:p>
        </w:tc>
      </w:tr>
      <w:tr>
        <w:trPr>
          <w:cantSplit/>
        </w:trPr>
        <w:tc>
          <w:tcPr>
            <w:tcW w:type="dxa" w:w="2351"/>
          </w:tcPr>
          <w:p>
            <w:r>
              <w:t>15</w:t>
            </w:r>
          </w:p>
        </w:tc>
        <w:tc>
          <w:tcPr>
            <w:tcW w:type="dxa" w:w="2351"/>
            <w:vMerge w:val="restart"/>
          </w:tcPr>
          <w:p>
            <w:r>
              <w:t>Vorpommern-Rügen –</w:t>
            </w:r>
            <w:r>
              <w:br/>
            </w:r>
            <w:r>
              <w:t>Vorpommern-Greifswald I</w:t>
            </w:r>
          </w:p>
        </w:tc>
        <w:tc>
          <w:tcPr>
            <w:tcW w:type="dxa" w:w="4702"/>
            <w:gridSpan w:val="2"/>
          </w:tcPr>
          <w:p>
            <w:r>
              <w:t>Landkreis Vorpommern-Rügen</w:t>
            </w:r>
          </w:p>
        </w:tc>
      </w:tr>
      <w:tr>
        <w:trPr>
          <w:cantSplit/>
        </w:trPr>
        <w:tc>
          <w:tcPr>
            <w:tcW w:type="dxa" w:w="2351"/>
          </w:tcPr>
          <w:p/>
        </w:tc>
        <w:tc>
          <w:tcPr>
            <w:tcW w:type="dxa" w:w="2351"/>
            <w:vMerge/>
          </w:tcPr>
          <w:p/>
        </w:tc>
        <w:tc>
          <w:tcPr>
            <w:tcW w:type="dxa" w:w="4702"/>
            <w:gridSpan w:val="2"/>
          </w:tcPr>
          <w:p>
            <w:r>
              <w:t>vom Landkreis Vorpommern-Greifswald</w:t>
            </w:r>
          </w:p>
        </w:tc>
      </w:tr>
      <w:tr>
        <w:trPr>
          <w:cantSplit/>
        </w:trPr>
        <w:tc>
          <w:tcPr>
            <w:tcW w:type="dxa" w:w="2351"/>
          </w:tcPr>
          <w:p/>
        </w:tc>
        <w:tc>
          <w:tcPr>
            <w:tcW w:type="dxa" w:w="2351"/>
          </w:tcPr>
          <w:p/>
        </w:tc>
        <w:tc>
          <w:tcPr>
            <w:tcW w:type="dxa" w:w="2351"/>
          </w:tcPr>
          <w:p/>
        </w:tc>
        <w:tc>
          <w:tcPr>
            <w:tcW w:type="dxa" w:w="2351"/>
          </w:tcPr>
          <w:p>
            <w:r>
              <w:t>amtsfreie Gemeinde Greifswald</w:t>
            </w:r>
          </w:p>
        </w:tc>
      </w:tr>
      <w:tr>
        <w:trPr>
          <w:cantSplit/>
        </w:trPr>
        <w:tc>
          <w:tcPr>
            <w:tcW w:type="dxa" w:w="2351"/>
          </w:tcPr>
          <w:p/>
        </w:tc>
        <w:tc>
          <w:tcPr>
            <w:tcW w:type="dxa" w:w="2351"/>
          </w:tcPr>
          <w:p/>
        </w:tc>
        <w:tc>
          <w:tcPr>
            <w:tcW w:type="dxa" w:w="2351"/>
          </w:tcPr>
          <w:p/>
        </w:tc>
        <w:tc>
          <w:tcPr>
            <w:tcW w:type="dxa" w:w="2351"/>
          </w:tcPr>
          <w:p>
            <w:r>
              <w:t>Amt Landhagen</w:t>
            </w:r>
          </w:p>
        </w:tc>
      </w:tr>
      <w:tr>
        <w:trPr>
          <w:cantSplit/>
        </w:trPr>
        <w:tc>
          <w:tcPr>
            <w:tcW w:type="dxa" w:w="2351"/>
          </w:tcPr>
          <w:p/>
        </w:tc>
        <w:tc>
          <w:tcPr>
            <w:tcW w:type="dxa" w:w="2351"/>
          </w:tcPr>
          <w:p/>
        </w:tc>
        <w:tc>
          <w:tcPr>
            <w:tcW w:type="dxa" w:w="2351"/>
          </w:tcPr>
          <w:p/>
        </w:tc>
        <w:tc>
          <w:tcPr>
            <w:tcW w:type="dxa" w:w="2351"/>
          </w:tcPr>
          <w:p>
            <w:r>
              <w:t xml:space="preserve"> die Gemeinden</w:t>
            </w:r>
            <w:r>
              <w:br/>
            </w:r>
            <w:r>
              <w:t>Behrenhoff, Dargelin, Dersekow, Hinrichshagen, Levenhagen, Mesekenhagen, Neuenkirchen, Wackerow, Weitenhagen</w:t>
            </w:r>
          </w:p>
        </w:tc>
      </w:tr>
      <w:tr>
        <w:trPr>
          <w:cantSplit/>
        </w:trPr>
        <w:tc>
          <w:tcPr>
            <w:tcW w:type="dxa" w:w="2351"/>
          </w:tcPr>
          <w:p/>
        </w:tc>
        <w:tc>
          <w:tcPr>
            <w:tcW w:type="dxa" w:w="2351"/>
          </w:tcPr>
          <w:p/>
        </w:tc>
        <w:tc>
          <w:tcPr>
            <w:tcW w:type="dxa" w:w="4702"/>
            <w:gridSpan w:val="2"/>
          </w:tcPr>
          <w:p>
            <w:r>
              <w:t>(Übrige Gemeinden s. Wkr. 16)</w:t>
            </w:r>
          </w:p>
        </w:tc>
      </w:tr>
      <w:tr>
        <w:trPr>
          <w:cantSplit/>
        </w:trPr>
        <w:tc>
          <w:tcPr>
            <w:tcW w:type="dxa" w:w="2351"/>
          </w:tcPr>
          <w:p>
            <w:r>
              <w:t>16</w:t>
            </w:r>
          </w:p>
        </w:tc>
        <w:tc>
          <w:tcPr>
            <w:tcW w:type="dxa" w:w="2351"/>
            <w:vMerge w:val="restart"/>
          </w:tcPr>
          <w:p>
            <w:r>
              <w:t>Mecklenburgische Seenplatte I –</w:t>
            </w:r>
            <w:r>
              <w:br/>
            </w:r>
            <w:r>
              <w:t>Vorpommern-Greifswald II</w:t>
            </w:r>
          </w:p>
        </w:tc>
        <w:tc>
          <w:tcPr>
            <w:tcW w:type="dxa" w:w="4702"/>
            <w:gridSpan w:val="2"/>
          </w:tcPr>
          <w:p>
            <w:r>
              <w:t>Vom Landkreis Mecklenburgische Seenplatte</w:t>
            </w:r>
          </w:p>
        </w:tc>
      </w:tr>
      <w:tr>
        <w:trPr>
          <w:cantSplit/>
        </w:trPr>
        <w:tc>
          <w:tcPr>
            <w:tcW w:type="dxa" w:w="2351"/>
          </w:tcPr>
          <w:p/>
        </w:tc>
        <w:tc>
          <w:tcPr>
            <w:tcW w:type="dxa" w:w="2351"/>
            <w:vMerge/>
          </w:tcPr>
          <w:p/>
        </w:tc>
        <w:tc>
          <w:tcPr>
            <w:tcW w:type="dxa" w:w="2351"/>
          </w:tcPr>
          <w:p/>
        </w:tc>
        <w:tc>
          <w:tcPr>
            <w:tcW w:type="dxa" w:w="2351"/>
          </w:tcPr>
          <w:p>
            <w:r>
              <w:t>amtsfreie Gemeinden</w:t>
            </w:r>
            <w:r>
              <w:br/>
            </w:r>
            <w:r>
              <w:t>Feldberger Seenlandschaft, Neubrandenburg</w:t>
            </w:r>
          </w:p>
        </w:tc>
      </w:tr>
      <w:tr>
        <w:trPr>
          <w:cantSplit/>
        </w:trPr>
        <w:tc>
          <w:tcPr>
            <w:tcW w:type="dxa" w:w="2351"/>
          </w:tcPr>
          <w:p/>
        </w:tc>
        <w:tc>
          <w:tcPr>
            <w:tcW w:type="dxa" w:w="2351"/>
          </w:tcPr>
          <w:p/>
        </w:tc>
        <w:tc>
          <w:tcPr>
            <w:tcW w:type="dxa" w:w="2351"/>
          </w:tcPr>
          <w:p/>
        </w:tc>
        <w:tc>
          <w:tcPr>
            <w:tcW w:type="dxa" w:w="2351"/>
          </w:tcPr>
          <w:p>
            <w:r>
              <w:t>Amt Friedland</w:t>
            </w:r>
          </w:p>
        </w:tc>
      </w:tr>
      <w:tr>
        <w:trPr>
          <w:cantSplit/>
        </w:trPr>
        <w:tc>
          <w:tcPr>
            <w:tcW w:type="dxa" w:w="2351"/>
          </w:tcPr>
          <w:p/>
        </w:tc>
        <w:tc>
          <w:tcPr>
            <w:tcW w:type="dxa" w:w="2351"/>
          </w:tcPr>
          <w:p/>
        </w:tc>
        <w:tc>
          <w:tcPr>
            <w:tcW w:type="dxa" w:w="2351"/>
          </w:tcPr>
          <w:p/>
        </w:tc>
        <w:tc>
          <w:tcPr>
            <w:tcW w:type="dxa" w:w="2351"/>
          </w:tcPr>
          <w:p>
            <w:r>
              <w:t xml:space="preserve"> die Gemeinden</w:t>
            </w:r>
            <w:r>
              <w:br/>
            </w:r>
            <w:r>
              <w:t>Datzetal, Friedland, Galenbeck</w:t>
            </w:r>
          </w:p>
        </w:tc>
      </w:tr>
      <w:tr>
        <w:trPr>
          <w:cantSplit/>
        </w:trPr>
        <w:tc>
          <w:tcPr>
            <w:tcW w:type="dxa" w:w="2351"/>
          </w:tcPr>
          <w:p/>
        </w:tc>
        <w:tc>
          <w:tcPr>
            <w:tcW w:type="dxa" w:w="2351"/>
          </w:tcPr>
          <w:p/>
        </w:tc>
        <w:tc>
          <w:tcPr>
            <w:tcW w:type="dxa" w:w="2351"/>
          </w:tcPr>
          <w:p/>
        </w:tc>
        <w:tc>
          <w:tcPr>
            <w:tcW w:type="dxa" w:w="2351"/>
          </w:tcPr>
          <w:p>
            <w:r>
              <w:t>Amt Neverin</w:t>
            </w:r>
          </w:p>
        </w:tc>
      </w:tr>
      <w:tr>
        <w:trPr>
          <w:cantSplit/>
        </w:trPr>
        <w:tc>
          <w:tcPr>
            <w:tcW w:type="dxa" w:w="2351"/>
          </w:tcPr>
          <w:p/>
        </w:tc>
        <w:tc>
          <w:tcPr>
            <w:tcW w:type="dxa" w:w="2351"/>
          </w:tcPr>
          <w:p/>
        </w:tc>
        <w:tc>
          <w:tcPr>
            <w:tcW w:type="dxa" w:w="2351"/>
          </w:tcPr>
          <w:p/>
        </w:tc>
        <w:tc>
          <w:tcPr>
            <w:tcW w:type="dxa" w:w="2351"/>
          </w:tcPr>
          <w:p>
            <w:r>
              <w:t xml:space="preserve"> die Gemeinden</w:t>
            </w:r>
            <w:r>
              <w:br/>
            </w:r>
            <w:r>
              <w:t>Beseritz, Blankenhof, Brunn, Neddemin, Neuenkirchen, Neverin, Sponholz, Staven, Trollenhagen, Woggersin, Wulkenzin, Zirzow</w:t>
            </w:r>
          </w:p>
        </w:tc>
      </w:tr>
      <w:tr>
        <w:trPr>
          <w:cantSplit/>
        </w:trPr>
        <w:tc>
          <w:tcPr>
            <w:tcW w:type="dxa" w:w="2351"/>
          </w:tcPr>
          <w:p/>
        </w:tc>
        <w:tc>
          <w:tcPr>
            <w:tcW w:type="dxa" w:w="2351"/>
          </w:tcPr>
          <w:p/>
        </w:tc>
        <w:tc>
          <w:tcPr>
            <w:tcW w:type="dxa" w:w="2351"/>
          </w:tcPr>
          <w:p/>
        </w:tc>
        <w:tc>
          <w:tcPr>
            <w:tcW w:type="dxa" w:w="2351"/>
          </w:tcPr>
          <w:p>
            <w:r>
              <w:t>Amt Stargarder Land</w:t>
            </w:r>
          </w:p>
        </w:tc>
      </w:tr>
      <w:tr>
        <w:trPr>
          <w:cantSplit/>
        </w:trPr>
        <w:tc>
          <w:tcPr>
            <w:tcW w:type="dxa" w:w="2351"/>
          </w:tcPr>
          <w:p/>
        </w:tc>
        <w:tc>
          <w:tcPr>
            <w:tcW w:type="dxa" w:w="2351"/>
          </w:tcPr>
          <w:p/>
        </w:tc>
        <w:tc>
          <w:tcPr>
            <w:tcW w:type="dxa" w:w="2351"/>
          </w:tcPr>
          <w:p/>
        </w:tc>
        <w:tc>
          <w:tcPr>
            <w:tcW w:type="dxa" w:w="2351"/>
          </w:tcPr>
          <w:p>
            <w:r>
              <w:t xml:space="preserve"> die Gemeinden</w:t>
            </w:r>
            <w:r>
              <w:br/>
            </w:r>
            <w:r>
              <w:t>Burg Stargard, Cölpin, Groß Nemerow, Holldorf, Lindetal, Pragsdorf</w:t>
            </w:r>
          </w:p>
        </w:tc>
      </w:tr>
      <w:tr>
        <w:trPr>
          <w:cantSplit/>
        </w:trPr>
        <w:tc>
          <w:tcPr>
            <w:tcW w:type="dxa" w:w="2351"/>
          </w:tcPr>
          <w:p/>
        </w:tc>
        <w:tc>
          <w:tcPr>
            <w:tcW w:type="dxa" w:w="2351"/>
          </w:tcPr>
          <w:p/>
        </w:tc>
        <w:tc>
          <w:tcPr>
            <w:tcW w:type="dxa" w:w="2351"/>
          </w:tcPr>
          <w:p/>
        </w:tc>
        <w:tc>
          <w:tcPr>
            <w:tcW w:type="dxa" w:w="2351"/>
          </w:tcPr>
          <w:p>
            <w:r>
              <w:t>Amt Woldegk</w:t>
            </w:r>
          </w:p>
        </w:tc>
      </w:tr>
      <w:tr>
        <w:trPr>
          <w:cantSplit/>
        </w:trPr>
        <w:tc>
          <w:tcPr>
            <w:tcW w:type="dxa" w:w="2351"/>
          </w:tcPr>
          <w:p/>
        </w:tc>
        <w:tc>
          <w:tcPr>
            <w:tcW w:type="dxa" w:w="2351"/>
          </w:tcPr>
          <w:p/>
        </w:tc>
        <w:tc>
          <w:tcPr>
            <w:tcW w:type="dxa" w:w="2351"/>
          </w:tcPr>
          <w:p/>
        </w:tc>
        <w:tc>
          <w:tcPr>
            <w:tcW w:type="dxa" w:w="2351"/>
          </w:tcPr>
          <w:p>
            <w:r>
              <w:t xml:space="preserve"> die Gemeinden</w:t>
            </w:r>
            <w:r>
              <w:br/>
            </w:r>
            <w:r>
              <w:t>Groß Miltzow, Kublank, Neetzka, Schönbeck, Schönhausen, Voigtsdorf, Woldegk</w:t>
            </w:r>
          </w:p>
        </w:tc>
      </w:tr>
      <w:tr>
        <w:trPr>
          <w:cantSplit/>
        </w:trPr>
        <w:tc>
          <w:tcPr>
            <w:tcW w:type="dxa" w:w="2351"/>
          </w:tcPr>
          <w:p/>
        </w:tc>
        <w:tc>
          <w:tcPr>
            <w:tcW w:type="dxa" w:w="2351"/>
          </w:tcPr>
          <w:p/>
        </w:tc>
        <w:tc>
          <w:tcPr>
            <w:tcW w:type="dxa" w:w="4702"/>
            <w:gridSpan w:val="2"/>
          </w:tcPr>
          <w:p>
            <w:r>
              <w:t>(Übrige Gemeinden s. Wkr. 17)</w:t>
            </w:r>
          </w:p>
        </w:tc>
      </w:tr>
      <w:tr>
        <w:trPr>
          <w:cantSplit/>
        </w:trPr>
        <w:tc>
          <w:tcPr>
            <w:tcW w:type="dxa" w:w="2351"/>
          </w:tcPr>
          <w:p/>
        </w:tc>
        <w:tc>
          <w:tcPr>
            <w:tcW w:type="dxa" w:w="2351"/>
          </w:tcPr>
          <w:p/>
        </w:tc>
        <w:tc>
          <w:tcPr>
            <w:tcW w:type="dxa" w:w="4702"/>
            <w:gridSpan w:val="2"/>
          </w:tcPr>
          <w:p>
            <w:r>
              <w:t>vom Landkreis Vorpommern-Greifswald</w:t>
            </w:r>
          </w:p>
        </w:tc>
      </w:tr>
      <w:tr>
        <w:trPr>
          <w:cantSplit/>
        </w:trPr>
        <w:tc>
          <w:tcPr>
            <w:tcW w:type="dxa" w:w="2351"/>
          </w:tcPr>
          <w:p/>
        </w:tc>
        <w:tc>
          <w:tcPr>
            <w:tcW w:type="dxa" w:w="2351"/>
          </w:tcPr>
          <w:p/>
        </w:tc>
        <w:tc>
          <w:tcPr>
            <w:tcW w:type="dxa" w:w="2351"/>
          </w:tcPr>
          <w:p/>
        </w:tc>
        <w:tc>
          <w:tcPr>
            <w:tcW w:type="dxa" w:w="2351"/>
          </w:tcPr>
          <w:p>
            <w:r>
              <w:t>amtsfreie Gemeinden</w:t>
            </w:r>
            <w:r>
              <w:br/>
            </w:r>
            <w:r>
              <w:t>Anklam, Heringsdorf, Pasewalk, Strasburg (Uckermark), Ueckermünde</w:t>
            </w:r>
          </w:p>
        </w:tc>
      </w:tr>
      <w:tr>
        <w:trPr>
          <w:cantSplit/>
        </w:trPr>
        <w:tc>
          <w:tcPr>
            <w:tcW w:type="dxa" w:w="2351"/>
          </w:tcPr>
          <w:p/>
        </w:tc>
        <w:tc>
          <w:tcPr>
            <w:tcW w:type="dxa" w:w="2351"/>
          </w:tcPr>
          <w:p/>
        </w:tc>
        <w:tc>
          <w:tcPr>
            <w:tcW w:type="dxa" w:w="2351"/>
          </w:tcPr>
          <w:p/>
        </w:tc>
        <w:tc>
          <w:tcPr>
            <w:tcW w:type="dxa" w:w="2351"/>
          </w:tcPr>
          <w:p>
            <w:r>
              <w:t>Amt Am Peenestrom</w:t>
            </w:r>
          </w:p>
        </w:tc>
      </w:tr>
      <w:tr>
        <w:trPr>
          <w:cantSplit/>
        </w:trPr>
        <w:tc>
          <w:tcPr>
            <w:tcW w:type="dxa" w:w="2351"/>
          </w:tcPr>
          <w:p/>
        </w:tc>
        <w:tc>
          <w:tcPr>
            <w:tcW w:type="dxa" w:w="2351"/>
          </w:tcPr>
          <w:p/>
        </w:tc>
        <w:tc>
          <w:tcPr>
            <w:tcW w:type="dxa" w:w="2351"/>
          </w:tcPr>
          <w:p/>
        </w:tc>
        <w:tc>
          <w:tcPr>
            <w:tcW w:type="dxa" w:w="2351"/>
          </w:tcPr>
          <w:p>
            <w:r>
              <w:t xml:space="preserve"> die Gemeinden</w:t>
            </w:r>
            <w:r>
              <w:br/>
            </w:r>
            <w:r>
              <w:t>Buggenhagen, Krummin, Lassan, Lütow, Sauzin, Wolgast, Zemitz</w:t>
            </w:r>
          </w:p>
        </w:tc>
      </w:tr>
      <w:tr>
        <w:trPr>
          <w:cantSplit/>
        </w:trPr>
        <w:tc>
          <w:tcPr>
            <w:tcW w:type="dxa" w:w="2351"/>
          </w:tcPr>
          <w:p/>
        </w:tc>
        <w:tc>
          <w:tcPr>
            <w:tcW w:type="dxa" w:w="2351"/>
          </w:tcPr>
          <w:p/>
        </w:tc>
        <w:tc>
          <w:tcPr>
            <w:tcW w:type="dxa" w:w="2351"/>
          </w:tcPr>
          <w:p/>
        </w:tc>
        <w:tc>
          <w:tcPr>
            <w:tcW w:type="dxa" w:w="2351"/>
          </w:tcPr>
          <w:p>
            <w:r>
              <w:t>Amt Am Stettiner Haff</w:t>
            </w:r>
          </w:p>
        </w:tc>
      </w:tr>
      <w:tr>
        <w:trPr>
          <w:cantSplit/>
        </w:trPr>
        <w:tc>
          <w:tcPr>
            <w:tcW w:type="dxa" w:w="2351"/>
          </w:tcPr>
          <w:p/>
        </w:tc>
        <w:tc>
          <w:tcPr>
            <w:tcW w:type="dxa" w:w="2351"/>
          </w:tcPr>
          <w:p/>
        </w:tc>
        <w:tc>
          <w:tcPr>
            <w:tcW w:type="dxa" w:w="2351"/>
          </w:tcPr>
          <w:p/>
        </w:tc>
        <w:tc>
          <w:tcPr>
            <w:tcW w:type="dxa" w:w="2351"/>
          </w:tcPr>
          <w:p>
            <w:r>
              <w:t xml:space="preserve"> die Gemeinden</w:t>
            </w:r>
            <w:r>
              <w:br/>
            </w:r>
            <w:r>
              <w:t>Ahlbeck, Altwarp, Eggesin, Grambin, Hintersee, Leopoldshagen, Liepgarten, Luckow, Lübs, Meiersberg, Mönkebude, Vogelsang-Warsin</w:t>
            </w:r>
          </w:p>
        </w:tc>
      </w:tr>
      <w:tr>
        <w:trPr>
          <w:cantSplit/>
        </w:trPr>
        <w:tc>
          <w:tcPr>
            <w:tcW w:type="dxa" w:w="2351"/>
          </w:tcPr>
          <w:p/>
        </w:tc>
        <w:tc>
          <w:tcPr>
            <w:tcW w:type="dxa" w:w="2351"/>
          </w:tcPr>
          <w:p/>
        </w:tc>
        <w:tc>
          <w:tcPr>
            <w:tcW w:type="dxa" w:w="2351"/>
          </w:tcPr>
          <w:p/>
        </w:tc>
        <w:tc>
          <w:tcPr>
            <w:tcW w:type="dxa" w:w="2351"/>
          </w:tcPr>
          <w:p>
            <w:r>
              <w:t>Amt Anklam-Land</w:t>
            </w:r>
          </w:p>
        </w:tc>
      </w:tr>
      <w:tr>
        <w:trPr>
          <w:cantSplit/>
        </w:trPr>
        <w:tc>
          <w:tcPr>
            <w:tcW w:type="dxa" w:w="2351"/>
          </w:tcPr>
          <w:p/>
        </w:tc>
        <w:tc>
          <w:tcPr>
            <w:tcW w:type="dxa" w:w="2351"/>
          </w:tcPr>
          <w:p/>
        </w:tc>
        <w:tc>
          <w:tcPr>
            <w:tcW w:type="dxa" w:w="2351"/>
          </w:tcPr>
          <w:p/>
        </w:tc>
        <w:tc>
          <w:tcPr>
            <w:tcW w:type="dxa" w:w="2351"/>
          </w:tcPr>
          <w:p>
            <w:r>
              <w:t xml:space="preserve"> die Gemeinden</w:t>
            </w:r>
            <w:r>
              <w:br/>
            </w:r>
            <w:r>
              <w:t>Bargischow, Blesewitz, Boldekow, Bugewitz, Butzow, Ducherow, Iven, Krien, Krusenfelde, Medow, Neetzow-Liepen, Neu Kosenow, Neuenkirchen, Postlow, Rossin, Sarnow, Spantekow, Stolpe an der Peene</w:t>
            </w:r>
          </w:p>
        </w:tc>
      </w:tr>
      <w:tr>
        <w:trPr>
          <w:cantSplit/>
        </w:trPr>
        <w:tc>
          <w:tcPr>
            <w:tcW w:type="dxa" w:w="2351"/>
          </w:tcPr>
          <w:p/>
        </w:tc>
        <w:tc>
          <w:tcPr>
            <w:tcW w:type="dxa" w:w="2351"/>
          </w:tcPr>
          <w:p/>
        </w:tc>
        <w:tc>
          <w:tcPr>
            <w:tcW w:type="dxa" w:w="2351"/>
          </w:tcPr>
          <w:p/>
        </w:tc>
        <w:tc>
          <w:tcPr>
            <w:tcW w:type="dxa" w:w="2351"/>
          </w:tcPr>
          <w:p>
            <w:r>
              <w:t>Amt Jarmen-Tutow</w:t>
            </w:r>
          </w:p>
        </w:tc>
      </w:tr>
      <w:tr>
        <w:trPr>
          <w:cantSplit/>
        </w:trPr>
        <w:tc>
          <w:tcPr>
            <w:tcW w:type="dxa" w:w="2351"/>
          </w:tcPr>
          <w:p/>
        </w:tc>
        <w:tc>
          <w:tcPr>
            <w:tcW w:type="dxa" w:w="2351"/>
          </w:tcPr>
          <w:p/>
        </w:tc>
        <w:tc>
          <w:tcPr>
            <w:tcW w:type="dxa" w:w="2351"/>
          </w:tcPr>
          <w:p/>
        </w:tc>
        <w:tc>
          <w:tcPr>
            <w:tcW w:type="dxa" w:w="2351"/>
          </w:tcPr>
          <w:p>
            <w:r>
              <w:t xml:space="preserve"> die Gemeinden</w:t>
            </w:r>
            <w:r>
              <w:br/>
            </w:r>
            <w:r>
              <w:t>Alt Tellin, Bentzin, Daberkow, Jarmen, Kruckow, Tutow, Völschow</w:t>
            </w:r>
          </w:p>
        </w:tc>
      </w:tr>
      <w:tr>
        <w:trPr>
          <w:cantSplit/>
        </w:trPr>
        <w:tc>
          <w:tcPr>
            <w:tcW w:type="dxa" w:w="2351"/>
          </w:tcPr>
          <w:p/>
        </w:tc>
        <w:tc>
          <w:tcPr>
            <w:tcW w:type="dxa" w:w="2351"/>
          </w:tcPr>
          <w:p/>
        </w:tc>
        <w:tc>
          <w:tcPr>
            <w:tcW w:type="dxa" w:w="2351"/>
          </w:tcPr>
          <w:p/>
        </w:tc>
        <w:tc>
          <w:tcPr>
            <w:tcW w:type="dxa" w:w="2351"/>
          </w:tcPr>
          <w:p>
            <w:r>
              <w:t>Amt Lubmin</w:t>
            </w:r>
          </w:p>
        </w:tc>
      </w:tr>
      <w:tr>
        <w:trPr>
          <w:cantSplit/>
        </w:trPr>
        <w:tc>
          <w:tcPr>
            <w:tcW w:type="dxa" w:w="2351"/>
          </w:tcPr>
          <w:p/>
        </w:tc>
        <w:tc>
          <w:tcPr>
            <w:tcW w:type="dxa" w:w="2351"/>
          </w:tcPr>
          <w:p/>
        </w:tc>
        <w:tc>
          <w:tcPr>
            <w:tcW w:type="dxa" w:w="2351"/>
          </w:tcPr>
          <w:p/>
        </w:tc>
        <w:tc>
          <w:tcPr>
            <w:tcW w:type="dxa" w:w="2351"/>
          </w:tcPr>
          <w:p>
            <w:r>
              <w:t xml:space="preserve"> die Gemeinden</w:t>
            </w:r>
            <w:r>
              <w:br/>
            </w:r>
            <w:r>
              <w:t>Brünzow, Hanshagen, Katzow, Kemnitz, Kröslin, Loissin, Lubmin, Neu Boltenhagen, Rubenow, Wusterhusen</w:t>
            </w:r>
          </w:p>
        </w:tc>
      </w:tr>
      <w:tr>
        <w:trPr>
          <w:cantSplit/>
        </w:trPr>
        <w:tc>
          <w:tcPr>
            <w:tcW w:type="dxa" w:w="2351"/>
          </w:tcPr>
          <w:p/>
        </w:tc>
        <w:tc>
          <w:tcPr>
            <w:tcW w:type="dxa" w:w="2351"/>
          </w:tcPr>
          <w:p/>
        </w:tc>
        <w:tc>
          <w:tcPr>
            <w:tcW w:type="dxa" w:w="2351"/>
          </w:tcPr>
          <w:p/>
        </w:tc>
        <w:tc>
          <w:tcPr>
            <w:tcW w:type="dxa" w:w="2351"/>
          </w:tcPr>
          <w:p>
            <w:r>
              <w:t>Amt Löcknitz-Penkun</w:t>
            </w:r>
          </w:p>
        </w:tc>
      </w:tr>
      <w:tr>
        <w:trPr>
          <w:cantSplit/>
        </w:trPr>
        <w:tc>
          <w:tcPr>
            <w:tcW w:type="dxa" w:w="2351"/>
          </w:tcPr>
          <w:p/>
        </w:tc>
        <w:tc>
          <w:tcPr>
            <w:tcW w:type="dxa" w:w="2351"/>
          </w:tcPr>
          <w:p/>
        </w:tc>
        <w:tc>
          <w:tcPr>
            <w:tcW w:type="dxa" w:w="2351"/>
          </w:tcPr>
          <w:p/>
        </w:tc>
        <w:tc>
          <w:tcPr>
            <w:tcW w:type="dxa" w:w="2351"/>
          </w:tcPr>
          <w:p>
            <w:r>
              <w:t xml:space="preserve"> die Gemeinden</w:t>
            </w:r>
            <w:r>
              <w:br/>
            </w:r>
            <w:r>
              <w:t>Bergholz, Blankensee, Boock, Glasow, Grambow, Krackow, Löcknitz, Nadrensee, Penkun, Plöwen, Ramin, Rossow, Rothenklempenow</w:t>
            </w:r>
          </w:p>
        </w:tc>
      </w:tr>
      <w:tr>
        <w:trPr>
          <w:cantSplit/>
        </w:trPr>
        <w:tc>
          <w:tcPr>
            <w:tcW w:type="dxa" w:w="2351"/>
          </w:tcPr>
          <w:p/>
        </w:tc>
        <w:tc>
          <w:tcPr>
            <w:tcW w:type="dxa" w:w="2351"/>
          </w:tcPr>
          <w:p/>
        </w:tc>
        <w:tc>
          <w:tcPr>
            <w:tcW w:type="dxa" w:w="2351"/>
          </w:tcPr>
          <w:p/>
        </w:tc>
        <w:tc>
          <w:tcPr>
            <w:tcW w:type="dxa" w:w="2351"/>
          </w:tcPr>
          <w:p>
            <w:r>
              <w:t>Amt Peenetal/Loitz</w:t>
            </w:r>
          </w:p>
        </w:tc>
      </w:tr>
      <w:tr>
        <w:trPr>
          <w:cantSplit/>
        </w:trPr>
        <w:tc>
          <w:tcPr>
            <w:tcW w:type="dxa" w:w="2351"/>
          </w:tcPr>
          <w:p/>
        </w:tc>
        <w:tc>
          <w:tcPr>
            <w:tcW w:type="dxa" w:w="2351"/>
          </w:tcPr>
          <w:p/>
        </w:tc>
        <w:tc>
          <w:tcPr>
            <w:tcW w:type="dxa" w:w="2351"/>
          </w:tcPr>
          <w:p/>
        </w:tc>
        <w:tc>
          <w:tcPr>
            <w:tcW w:type="dxa" w:w="2351"/>
          </w:tcPr>
          <w:p>
            <w:r>
              <w:t xml:space="preserve"> die Gemeinden</w:t>
            </w:r>
            <w:r>
              <w:br/>
            </w:r>
            <w:r>
              <w:t>Görmin, Loitz, Sassen-Trantow</w:t>
            </w:r>
          </w:p>
        </w:tc>
      </w:tr>
      <w:tr>
        <w:trPr>
          <w:cantSplit/>
        </w:trPr>
        <w:tc>
          <w:tcPr>
            <w:tcW w:type="dxa" w:w="2351"/>
          </w:tcPr>
          <w:p/>
        </w:tc>
        <w:tc>
          <w:tcPr>
            <w:tcW w:type="dxa" w:w="2351"/>
          </w:tcPr>
          <w:p/>
        </w:tc>
        <w:tc>
          <w:tcPr>
            <w:tcW w:type="dxa" w:w="2351"/>
          </w:tcPr>
          <w:p/>
        </w:tc>
        <w:tc>
          <w:tcPr>
            <w:tcW w:type="dxa" w:w="2351"/>
          </w:tcPr>
          <w:p>
            <w:r>
              <w:t>Amt Torgelow-Ferdinandshof</w:t>
            </w:r>
          </w:p>
        </w:tc>
      </w:tr>
      <w:tr>
        <w:trPr>
          <w:cantSplit/>
        </w:trPr>
        <w:tc>
          <w:tcPr>
            <w:tcW w:type="dxa" w:w="2351"/>
          </w:tcPr>
          <w:p/>
        </w:tc>
        <w:tc>
          <w:tcPr>
            <w:tcW w:type="dxa" w:w="2351"/>
          </w:tcPr>
          <w:p/>
        </w:tc>
        <w:tc>
          <w:tcPr>
            <w:tcW w:type="dxa" w:w="2351"/>
          </w:tcPr>
          <w:p/>
        </w:tc>
        <w:tc>
          <w:tcPr>
            <w:tcW w:type="dxa" w:w="2351"/>
          </w:tcPr>
          <w:p>
            <w:r>
              <w:t xml:space="preserve"> die Gemeinden</w:t>
            </w:r>
            <w:r>
              <w:br/>
            </w:r>
            <w:r>
              <w:t>Altwigshagen, Ferdinandshof, Hammer a. d. Uecker, Heinrichswalde, Rothemühl, Torgelow, Wilhelmsburg</w:t>
            </w:r>
          </w:p>
        </w:tc>
      </w:tr>
      <w:tr>
        <w:trPr>
          <w:cantSplit/>
        </w:trPr>
        <w:tc>
          <w:tcPr>
            <w:tcW w:type="dxa" w:w="2351"/>
          </w:tcPr>
          <w:p/>
        </w:tc>
        <w:tc>
          <w:tcPr>
            <w:tcW w:type="dxa" w:w="2351"/>
          </w:tcPr>
          <w:p/>
        </w:tc>
        <w:tc>
          <w:tcPr>
            <w:tcW w:type="dxa" w:w="2351"/>
          </w:tcPr>
          <w:p/>
        </w:tc>
        <w:tc>
          <w:tcPr>
            <w:tcW w:type="dxa" w:w="2351"/>
          </w:tcPr>
          <w:p>
            <w:r>
              <w:t>Amt Uecker-Randow-Tal</w:t>
            </w:r>
          </w:p>
        </w:tc>
      </w:tr>
      <w:tr>
        <w:trPr>
          <w:cantSplit/>
        </w:trPr>
        <w:tc>
          <w:tcPr>
            <w:tcW w:type="dxa" w:w="2351"/>
          </w:tcPr>
          <w:p/>
        </w:tc>
        <w:tc>
          <w:tcPr>
            <w:tcW w:type="dxa" w:w="2351"/>
          </w:tcPr>
          <w:p/>
        </w:tc>
        <w:tc>
          <w:tcPr>
            <w:tcW w:type="dxa" w:w="2351"/>
          </w:tcPr>
          <w:p/>
        </w:tc>
        <w:tc>
          <w:tcPr>
            <w:tcW w:type="dxa" w:w="2351"/>
          </w:tcPr>
          <w:p>
            <w:r>
              <w:t xml:space="preserve"> die Gemeinden</w:t>
            </w:r>
            <w:r>
              <w:br/>
            </w:r>
            <w:r>
              <w:t>Brietzig, Fahrenwalde, Groß Luckow, Jatznick, Koblentz, Krugsdorf, Nieden, Papendorf, Polzow, Rollwitz, Schönwalde, Viereck, Zerrenthin</w:t>
            </w:r>
          </w:p>
        </w:tc>
      </w:tr>
      <w:tr>
        <w:trPr>
          <w:cantSplit/>
        </w:trPr>
        <w:tc>
          <w:tcPr>
            <w:tcW w:type="dxa" w:w="2351"/>
          </w:tcPr>
          <w:p/>
        </w:tc>
        <w:tc>
          <w:tcPr>
            <w:tcW w:type="dxa" w:w="2351"/>
          </w:tcPr>
          <w:p/>
        </w:tc>
        <w:tc>
          <w:tcPr>
            <w:tcW w:type="dxa" w:w="2351"/>
          </w:tcPr>
          <w:p/>
        </w:tc>
        <w:tc>
          <w:tcPr>
            <w:tcW w:type="dxa" w:w="2351"/>
          </w:tcPr>
          <w:p>
            <w:r>
              <w:t>Amt Usedom-Nord</w:t>
            </w:r>
          </w:p>
        </w:tc>
      </w:tr>
      <w:tr>
        <w:trPr>
          <w:cantSplit/>
        </w:trPr>
        <w:tc>
          <w:tcPr>
            <w:tcW w:type="dxa" w:w="2351"/>
          </w:tcPr>
          <w:p/>
        </w:tc>
        <w:tc>
          <w:tcPr>
            <w:tcW w:type="dxa" w:w="2351"/>
          </w:tcPr>
          <w:p/>
        </w:tc>
        <w:tc>
          <w:tcPr>
            <w:tcW w:type="dxa" w:w="2351"/>
          </w:tcPr>
          <w:p/>
        </w:tc>
        <w:tc>
          <w:tcPr>
            <w:tcW w:type="dxa" w:w="2351"/>
          </w:tcPr>
          <w:p>
            <w:r>
              <w:t xml:space="preserve"> die Gemeinden</w:t>
            </w:r>
            <w:r>
              <w:br/>
            </w:r>
            <w:r>
              <w:t>Karlshagen, Mölschow, Peenemünde, Trassenheide, Zinnowitz</w:t>
            </w:r>
          </w:p>
        </w:tc>
      </w:tr>
      <w:tr>
        <w:trPr>
          <w:cantSplit/>
        </w:trPr>
        <w:tc>
          <w:tcPr>
            <w:tcW w:type="dxa" w:w="2351"/>
          </w:tcPr>
          <w:p/>
        </w:tc>
        <w:tc>
          <w:tcPr>
            <w:tcW w:type="dxa" w:w="2351"/>
          </w:tcPr>
          <w:p/>
        </w:tc>
        <w:tc>
          <w:tcPr>
            <w:tcW w:type="dxa" w:w="2351"/>
          </w:tcPr>
          <w:p/>
        </w:tc>
        <w:tc>
          <w:tcPr>
            <w:tcW w:type="dxa" w:w="2351"/>
          </w:tcPr>
          <w:p>
            <w:r>
              <w:t>Amt Usedom-Süd</w:t>
            </w:r>
          </w:p>
        </w:tc>
      </w:tr>
      <w:tr>
        <w:trPr>
          <w:cantSplit/>
        </w:trPr>
        <w:tc>
          <w:tcPr>
            <w:tcW w:type="dxa" w:w="2351"/>
          </w:tcPr>
          <w:p/>
        </w:tc>
        <w:tc>
          <w:tcPr>
            <w:tcW w:type="dxa" w:w="2351"/>
          </w:tcPr>
          <w:p/>
        </w:tc>
        <w:tc>
          <w:tcPr>
            <w:tcW w:type="dxa" w:w="2351"/>
          </w:tcPr>
          <w:p/>
        </w:tc>
        <w:tc>
          <w:tcPr>
            <w:tcW w:type="dxa" w:w="2351"/>
          </w:tcPr>
          <w:p>
            <w:r>
              <w:t xml:space="preserve"> die Gemeinden</w:t>
            </w:r>
            <w:r>
              <w:br/>
            </w:r>
            <w:r>
              <w:t>Benz, Dargen, Garz, Kamminke, Korswandt, Koserow, Loddin, Mellenthin, Pudagla, Rankwitz, Stolpe auf Usedom, Ückeritz, Usedom, Zempin, Zirchow</w:t>
            </w:r>
          </w:p>
        </w:tc>
      </w:tr>
      <w:tr>
        <w:trPr>
          <w:cantSplit/>
        </w:trPr>
        <w:tc>
          <w:tcPr>
            <w:tcW w:type="dxa" w:w="2351"/>
          </w:tcPr>
          <w:p/>
        </w:tc>
        <w:tc>
          <w:tcPr>
            <w:tcW w:type="dxa" w:w="2351"/>
          </w:tcPr>
          <w:p/>
        </w:tc>
        <w:tc>
          <w:tcPr>
            <w:tcW w:type="dxa" w:w="2351"/>
          </w:tcPr>
          <w:p/>
        </w:tc>
        <w:tc>
          <w:tcPr>
            <w:tcW w:type="dxa" w:w="2351"/>
          </w:tcPr>
          <w:p>
            <w:r>
              <w:t>Amt Züssow</w:t>
            </w:r>
          </w:p>
        </w:tc>
      </w:tr>
      <w:tr>
        <w:trPr>
          <w:cantSplit/>
        </w:trPr>
        <w:tc>
          <w:tcPr>
            <w:tcW w:type="dxa" w:w="2351"/>
          </w:tcPr>
          <w:p/>
        </w:tc>
        <w:tc>
          <w:tcPr>
            <w:tcW w:type="dxa" w:w="2351"/>
          </w:tcPr>
          <w:p/>
        </w:tc>
        <w:tc>
          <w:tcPr>
            <w:tcW w:type="dxa" w:w="2351"/>
          </w:tcPr>
          <w:p/>
        </w:tc>
        <w:tc>
          <w:tcPr>
            <w:tcW w:type="dxa" w:w="2351"/>
          </w:tcPr>
          <w:p>
            <w:r>
              <w:t xml:space="preserve"> die Gemeinden</w:t>
            </w:r>
            <w:r>
              <w:br/>
            </w:r>
            <w:r>
              <w:t>Bandelin, Gribow, Groß Kiesow, Groß Polzin, Gützkow, Karlsburg, Klein Bünzow, Murchin, Rubkow, Schmatzin, Wrangelsburg, Ziethen, Züssow</w:t>
            </w:r>
          </w:p>
        </w:tc>
      </w:tr>
      <w:tr>
        <w:trPr>
          <w:cantSplit/>
        </w:trPr>
        <w:tc>
          <w:tcPr>
            <w:tcW w:type="dxa" w:w="2351"/>
          </w:tcPr>
          <w:p/>
        </w:tc>
        <w:tc>
          <w:tcPr>
            <w:tcW w:type="dxa" w:w="2351"/>
          </w:tcPr>
          <w:p/>
        </w:tc>
        <w:tc>
          <w:tcPr>
            <w:tcW w:type="dxa" w:w="4702"/>
            <w:gridSpan w:val="2"/>
          </w:tcPr>
          <w:p>
            <w:r>
              <w:t>(Übrige Gemeinden s. Wkr. 15)</w:t>
            </w:r>
          </w:p>
        </w:tc>
      </w:tr>
      <w:tr>
        <w:trPr>
          <w:cantSplit/>
        </w:trPr>
        <w:tc>
          <w:tcPr>
            <w:tcW w:type="dxa" w:w="2351"/>
          </w:tcPr>
          <w:p>
            <w:r>
              <w:t>17</w:t>
            </w:r>
          </w:p>
        </w:tc>
        <w:tc>
          <w:tcPr>
            <w:tcW w:type="dxa" w:w="2351"/>
            <w:vMerge w:val="restart"/>
          </w:tcPr>
          <w:p>
            <w:r>
              <w:t>Mecklenburgische Seenplatte II –</w:t>
            </w:r>
            <w:r>
              <w:br/>
            </w:r>
            <w:r>
              <w:t>Landkreis Rostock III</w:t>
            </w:r>
          </w:p>
        </w:tc>
        <w:tc>
          <w:tcPr>
            <w:tcW w:type="dxa" w:w="4702"/>
            <w:gridSpan w:val="2"/>
          </w:tcPr>
          <w:p>
            <w:r>
              <w:t>Vom Landkreis Mecklenburgische Seenplatte</w:t>
            </w:r>
          </w:p>
        </w:tc>
      </w:tr>
      <w:tr>
        <w:trPr>
          <w:cantSplit/>
        </w:trPr>
        <w:tc>
          <w:tcPr>
            <w:tcW w:type="dxa" w:w="2351"/>
          </w:tcPr>
          <w:p/>
        </w:tc>
        <w:tc>
          <w:tcPr>
            <w:tcW w:type="dxa" w:w="2351"/>
            <w:vMerge/>
          </w:tcPr>
          <w:p/>
        </w:tc>
        <w:tc>
          <w:tcPr>
            <w:tcW w:type="dxa" w:w="2351"/>
          </w:tcPr>
          <w:p/>
        </w:tc>
        <w:tc>
          <w:tcPr>
            <w:tcW w:type="dxa" w:w="2351"/>
          </w:tcPr>
          <w:p>
            <w:r>
              <w:t>amtsfreie Gemeinden</w:t>
            </w:r>
            <w:r>
              <w:br/>
            </w:r>
            <w:r>
              <w:t>Dargun, Demmin, Neustrelitz, Waren (Müritz)</w:t>
            </w:r>
          </w:p>
        </w:tc>
      </w:tr>
      <w:tr>
        <w:trPr>
          <w:cantSplit/>
        </w:trPr>
        <w:tc>
          <w:tcPr>
            <w:tcW w:type="dxa" w:w="2351"/>
          </w:tcPr>
          <w:p/>
        </w:tc>
        <w:tc>
          <w:tcPr>
            <w:tcW w:type="dxa" w:w="2351"/>
          </w:tcPr>
          <w:p/>
        </w:tc>
        <w:tc>
          <w:tcPr>
            <w:tcW w:type="dxa" w:w="2351"/>
          </w:tcPr>
          <w:p/>
        </w:tc>
        <w:tc>
          <w:tcPr>
            <w:tcW w:type="dxa" w:w="2351"/>
          </w:tcPr>
          <w:p>
            <w:r>
              <w:t>Amt Demmin-Land</w:t>
            </w:r>
          </w:p>
        </w:tc>
      </w:tr>
      <w:tr>
        <w:trPr>
          <w:cantSplit/>
        </w:trPr>
        <w:tc>
          <w:tcPr>
            <w:tcW w:type="dxa" w:w="2351"/>
          </w:tcPr>
          <w:p/>
        </w:tc>
        <w:tc>
          <w:tcPr>
            <w:tcW w:type="dxa" w:w="2351"/>
          </w:tcPr>
          <w:p/>
        </w:tc>
        <w:tc>
          <w:tcPr>
            <w:tcW w:type="dxa" w:w="2351"/>
          </w:tcPr>
          <w:p/>
        </w:tc>
        <w:tc>
          <w:tcPr>
            <w:tcW w:type="dxa" w:w="2351"/>
          </w:tcPr>
          <w:p>
            <w:r>
              <w:t>die Gemeinden</w:t>
            </w:r>
            <w:r>
              <w:br/>
            </w:r>
            <w:r>
              <w:t>Beggerow, Borrentin, Hohenbollentin, Hohenmocker, Kentzlin, Kletzin, Lindenberg, Meesiger, Nossendorf, Sarow, Schönfeld, Siedenbrünzow, Sommersdorf, Utzedel, Verchen, Warrenzin</w:t>
            </w:r>
          </w:p>
        </w:tc>
      </w:tr>
      <w:tr>
        <w:trPr>
          <w:cantSplit/>
        </w:trPr>
        <w:tc>
          <w:tcPr>
            <w:tcW w:type="dxa" w:w="2351"/>
          </w:tcPr>
          <w:p/>
        </w:tc>
        <w:tc>
          <w:tcPr>
            <w:tcW w:type="dxa" w:w="2351"/>
          </w:tcPr>
          <w:p/>
        </w:tc>
        <w:tc>
          <w:tcPr>
            <w:tcW w:type="dxa" w:w="2351"/>
          </w:tcPr>
          <w:p/>
        </w:tc>
        <w:tc>
          <w:tcPr>
            <w:tcW w:type="dxa" w:w="2351"/>
          </w:tcPr>
          <w:p>
            <w:r>
              <w:t>Amt Malchin am Kummerower See</w:t>
            </w:r>
          </w:p>
        </w:tc>
      </w:tr>
      <w:tr>
        <w:trPr>
          <w:cantSplit/>
        </w:trPr>
        <w:tc>
          <w:tcPr>
            <w:tcW w:type="dxa" w:w="2351"/>
          </w:tcPr>
          <w:p/>
        </w:tc>
        <w:tc>
          <w:tcPr>
            <w:tcW w:type="dxa" w:w="2351"/>
          </w:tcPr>
          <w:p/>
        </w:tc>
        <w:tc>
          <w:tcPr>
            <w:tcW w:type="dxa" w:w="2351"/>
          </w:tcPr>
          <w:p/>
        </w:tc>
        <w:tc>
          <w:tcPr>
            <w:tcW w:type="dxa" w:w="2351"/>
          </w:tcPr>
          <w:p>
            <w:r>
              <w:t xml:space="preserve"> die Gemeinden</w:t>
            </w:r>
            <w:r>
              <w:br/>
            </w:r>
            <w:r>
              <w:t>Basedow, Faulenrost, Gielow, Kummerow, Malchin, Neukalen</w:t>
            </w:r>
          </w:p>
        </w:tc>
      </w:tr>
      <w:tr>
        <w:trPr>
          <w:cantSplit/>
        </w:trPr>
        <w:tc>
          <w:tcPr>
            <w:tcW w:type="dxa" w:w="2351"/>
          </w:tcPr>
          <w:p/>
        </w:tc>
        <w:tc>
          <w:tcPr>
            <w:tcW w:type="dxa" w:w="2351"/>
          </w:tcPr>
          <w:p/>
        </w:tc>
        <w:tc>
          <w:tcPr>
            <w:tcW w:type="dxa" w:w="2351"/>
          </w:tcPr>
          <w:p/>
        </w:tc>
        <w:tc>
          <w:tcPr>
            <w:tcW w:type="dxa" w:w="2351"/>
          </w:tcPr>
          <w:p>
            <w:r>
              <w:t>Amt Malchow</w:t>
            </w:r>
          </w:p>
        </w:tc>
      </w:tr>
      <w:tr>
        <w:trPr>
          <w:cantSplit/>
        </w:trPr>
        <w:tc>
          <w:tcPr>
            <w:tcW w:type="dxa" w:w="2351"/>
          </w:tcPr>
          <w:p/>
        </w:tc>
        <w:tc>
          <w:tcPr>
            <w:tcW w:type="dxa" w:w="2351"/>
          </w:tcPr>
          <w:p/>
        </w:tc>
        <w:tc>
          <w:tcPr>
            <w:tcW w:type="dxa" w:w="2351"/>
          </w:tcPr>
          <w:p/>
        </w:tc>
        <w:tc>
          <w:tcPr>
            <w:tcW w:type="dxa" w:w="2351"/>
          </w:tcPr>
          <w:p>
            <w:r>
              <w:t xml:space="preserve"> die Gemeinden</w:t>
            </w:r>
            <w:r>
              <w:br/>
            </w:r>
            <w:r>
              <w:t>Alt Schwerin, Fünfseen, Göhren-Lebbin, Malchow, Nossentiner Hütte, Silz, Walow, Zislow</w:t>
            </w:r>
          </w:p>
        </w:tc>
      </w:tr>
      <w:tr>
        <w:trPr>
          <w:cantSplit/>
        </w:trPr>
        <w:tc>
          <w:tcPr>
            <w:tcW w:type="dxa" w:w="2351"/>
          </w:tcPr>
          <w:p/>
        </w:tc>
        <w:tc>
          <w:tcPr>
            <w:tcW w:type="dxa" w:w="2351"/>
          </w:tcPr>
          <w:p/>
        </w:tc>
        <w:tc>
          <w:tcPr>
            <w:tcW w:type="dxa" w:w="2351"/>
          </w:tcPr>
          <w:p/>
        </w:tc>
        <w:tc>
          <w:tcPr>
            <w:tcW w:type="dxa" w:w="2351"/>
          </w:tcPr>
          <w:p>
            <w:r>
              <w:t>Amt Mecklenburgische Kleinseenplatte</w:t>
            </w:r>
          </w:p>
        </w:tc>
      </w:tr>
      <w:tr>
        <w:trPr>
          <w:cantSplit/>
        </w:trPr>
        <w:tc>
          <w:tcPr>
            <w:tcW w:type="dxa" w:w="2351"/>
          </w:tcPr>
          <w:p/>
        </w:tc>
        <w:tc>
          <w:tcPr>
            <w:tcW w:type="dxa" w:w="2351"/>
          </w:tcPr>
          <w:p/>
        </w:tc>
        <w:tc>
          <w:tcPr>
            <w:tcW w:type="dxa" w:w="2351"/>
          </w:tcPr>
          <w:p/>
        </w:tc>
        <w:tc>
          <w:tcPr>
            <w:tcW w:type="dxa" w:w="2351"/>
          </w:tcPr>
          <w:p>
            <w:r>
              <w:t xml:space="preserve"> die Gemeinden</w:t>
            </w:r>
            <w:r>
              <w:br/>
            </w:r>
            <w:r>
              <w:t>Mirow, Priepert, Wesenberg, Wustrow</w:t>
            </w:r>
          </w:p>
        </w:tc>
      </w:tr>
      <w:tr>
        <w:trPr>
          <w:cantSplit/>
        </w:trPr>
        <w:tc>
          <w:tcPr>
            <w:tcW w:type="dxa" w:w="2351"/>
          </w:tcPr>
          <w:p/>
        </w:tc>
        <w:tc>
          <w:tcPr>
            <w:tcW w:type="dxa" w:w="2351"/>
          </w:tcPr>
          <w:p/>
        </w:tc>
        <w:tc>
          <w:tcPr>
            <w:tcW w:type="dxa" w:w="2351"/>
          </w:tcPr>
          <w:p/>
        </w:tc>
        <w:tc>
          <w:tcPr>
            <w:tcW w:type="dxa" w:w="2351"/>
          </w:tcPr>
          <w:p>
            <w:r>
              <w:t>Amt Neustrelitz-Land</w:t>
            </w:r>
          </w:p>
        </w:tc>
      </w:tr>
      <w:tr>
        <w:trPr>
          <w:cantSplit/>
        </w:trPr>
        <w:tc>
          <w:tcPr>
            <w:tcW w:type="dxa" w:w="2351"/>
          </w:tcPr>
          <w:p/>
        </w:tc>
        <w:tc>
          <w:tcPr>
            <w:tcW w:type="dxa" w:w="2351"/>
          </w:tcPr>
          <w:p/>
        </w:tc>
        <w:tc>
          <w:tcPr>
            <w:tcW w:type="dxa" w:w="2351"/>
          </w:tcPr>
          <w:p/>
        </w:tc>
        <w:tc>
          <w:tcPr>
            <w:tcW w:type="dxa" w:w="2351"/>
          </w:tcPr>
          <w:p>
            <w:r>
              <w:t xml:space="preserve"> die Gemeinden</w:t>
            </w:r>
            <w:r>
              <w:br/>
            </w:r>
            <w:r>
              <w:t>Blankensee, Blumenholz, Carpin, Godendorf, Grünow, Hohenzieritz, Klein Vielen, Kratzeburg, Möllenbeck, Userin, Wokuhl-Dabelow</w:t>
            </w:r>
          </w:p>
        </w:tc>
      </w:tr>
      <w:tr>
        <w:trPr>
          <w:cantSplit/>
        </w:trPr>
        <w:tc>
          <w:tcPr>
            <w:tcW w:type="dxa" w:w="2351"/>
          </w:tcPr>
          <w:p/>
        </w:tc>
        <w:tc>
          <w:tcPr>
            <w:tcW w:type="dxa" w:w="2351"/>
          </w:tcPr>
          <w:p/>
        </w:tc>
        <w:tc>
          <w:tcPr>
            <w:tcW w:type="dxa" w:w="2351"/>
          </w:tcPr>
          <w:p/>
        </w:tc>
        <w:tc>
          <w:tcPr>
            <w:tcW w:type="dxa" w:w="2351"/>
          </w:tcPr>
          <w:p>
            <w:r>
              <w:t>Amt Penzliner Land</w:t>
            </w:r>
          </w:p>
        </w:tc>
      </w:tr>
      <w:tr>
        <w:trPr>
          <w:cantSplit/>
        </w:trPr>
        <w:tc>
          <w:tcPr>
            <w:tcW w:type="dxa" w:w="2351"/>
          </w:tcPr>
          <w:p/>
        </w:tc>
        <w:tc>
          <w:tcPr>
            <w:tcW w:type="dxa" w:w="2351"/>
          </w:tcPr>
          <w:p/>
        </w:tc>
        <w:tc>
          <w:tcPr>
            <w:tcW w:type="dxa" w:w="2351"/>
          </w:tcPr>
          <w:p/>
        </w:tc>
        <w:tc>
          <w:tcPr>
            <w:tcW w:type="dxa" w:w="2351"/>
          </w:tcPr>
          <w:p>
            <w:r>
              <w:t xml:space="preserve"> die Gemeinden</w:t>
            </w:r>
            <w:r>
              <w:br/>
            </w:r>
            <w:r>
              <w:t>Ankershagen, Kuckssee, Möllenhagen, Penzlin</w:t>
            </w:r>
          </w:p>
        </w:tc>
      </w:tr>
      <w:tr>
        <w:trPr>
          <w:cantSplit/>
        </w:trPr>
        <w:tc>
          <w:tcPr>
            <w:tcW w:type="dxa" w:w="2351"/>
          </w:tcPr>
          <w:p/>
        </w:tc>
        <w:tc>
          <w:tcPr>
            <w:tcW w:type="dxa" w:w="2351"/>
          </w:tcPr>
          <w:p/>
        </w:tc>
        <w:tc>
          <w:tcPr>
            <w:tcW w:type="dxa" w:w="2351"/>
          </w:tcPr>
          <w:p/>
        </w:tc>
        <w:tc>
          <w:tcPr>
            <w:tcW w:type="dxa" w:w="2351"/>
          </w:tcPr>
          <w:p>
            <w:r>
              <w:t>Amt Röbel-Müritz</w:t>
            </w:r>
          </w:p>
        </w:tc>
      </w:tr>
      <w:tr>
        <w:trPr>
          <w:cantSplit/>
        </w:trPr>
        <w:tc>
          <w:tcPr>
            <w:tcW w:type="dxa" w:w="2351"/>
          </w:tcPr>
          <w:p/>
        </w:tc>
        <w:tc>
          <w:tcPr>
            <w:tcW w:type="dxa" w:w="2351"/>
          </w:tcPr>
          <w:p/>
        </w:tc>
        <w:tc>
          <w:tcPr>
            <w:tcW w:type="dxa" w:w="2351"/>
          </w:tcPr>
          <w:p/>
        </w:tc>
        <w:tc>
          <w:tcPr>
            <w:tcW w:type="dxa" w:w="2351"/>
          </w:tcPr>
          <w:p>
            <w:r>
              <w:t xml:space="preserve"> die Gemeinden</w:t>
            </w:r>
            <w:r>
              <w:br/>
            </w:r>
            <w:r>
              <w:t>Altenhof, Bollewick, Buchholz, Bütow, Eldetal, Fincken, Gotthun, Groß Kelle, Kieve, Lärz, Leizen, Melz, Priborn, Rechlin, Röbel/Müritz, Schwarz, Sietow, Stuer, Südmüritz</w:t>
            </w:r>
          </w:p>
        </w:tc>
      </w:tr>
      <w:tr>
        <w:trPr>
          <w:cantSplit/>
        </w:trPr>
        <w:tc>
          <w:tcPr>
            <w:tcW w:type="dxa" w:w="2351"/>
          </w:tcPr>
          <w:p/>
        </w:tc>
        <w:tc>
          <w:tcPr>
            <w:tcW w:type="dxa" w:w="2351"/>
          </w:tcPr>
          <w:p/>
        </w:tc>
        <w:tc>
          <w:tcPr>
            <w:tcW w:type="dxa" w:w="2351"/>
          </w:tcPr>
          <w:p/>
        </w:tc>
        <w:tc>
          <w:tcPr>
            <w:tcW w:type="dxa" w:w="2351"/>
          </w:tcPr>
          <w:p>
            <w:r>
              <w:t>Amt Seenlandschaft Waren</w:t>
            </w:r>
          </w:p>
        </w:tc>
      </w:tr>
      <w:tr>
        <w:trPr>
          <w:cantSplit/>
        </w:trPr>
        <w:tc>
          <w:tcPr>
            <w:tcW w:type="dxa" w:w="2351"/>
          </w:tcPr>
          <w:p/>
        </w:tc>
        <w:tc>
          <w:tcPr>
            <w:tcW w:type="dxa" w:w="2351"/>
          </w:tcPr>
          <w:p/>
        </w:tc>
        <w:tc>
          <w:tcPr>
            <w:tcW w:type="dxa" w:w="2351"/>
          </w:tcPr>
          <w:p/>
        </w:tc>
        <w:tc>
          <w:tcPr>
            <w:tcW w:type="dxa" w:w="2351"/>
          </w:tcPr>
          <w:p>
            <w:r>
              <w:t xml:space="preserve"> die Gemeinden</w:t>
            </w:r>
            <w:r>
              <w:br/>
            </w:r>
            <w:r>
              <w:t>Grabowhöfe, Groß Plasten, Hohen Wangelin, Jabel, Kargow, Klink, Klocksin, Moltzow, Peenehagen, Schloen-Dratow, Torgelow am See, Vollrathsruhe</w:t>
            </w:r>
          </w:p>
        </w:tc>
      </w:tr>
      <w:tr>
        <w:trPr>
          <w:cantSplit/>
        </w:trPr>
        <w:tc>
          <w:tcPr>
            <w:tcW w:type="dxa" w:w="2351"/>
          </w:tcPr>
          <w:p/>
        </w:tc>
        <w:tc>
          <w:tcPr>
            <w:tcW w:type="dxa" w:w="2351"/>
          </w:tcPr>
          <w:p/>
        </w:tc>
        <w:tc>
          <w:tcPr>
            <w:tcW w:type="dxa" w:w="2351"/>
          </w:tcPr>
          <w:p/>
        </w:tc>
        <w:tc>
          <w:tcPr>
            <w:tcW w:type="dxa" w:w="2351"/>
          </w:tcPr>
          <w:p>
            <w:r>
              <w:t>Amt Stavenhagen</w:t>
            </w:r>
          </w:p>
        </w:tc>
      </w:tr>
      <w:tr>
        <w:trPr>
          <w:cantSplit/>
        </w:trPr>
        <w:tc>
          <w:tcPr>
            <w:tcW w:type="dxa" w:w="2351"/>
          </w:tcPr>
          <w:p/>
        </w:tc>
        <w:tc>
          <w:tcPr>
            <w:tcW w:type="dxa" w:w="2351"/>
          </w:tcPr>
          <w:p/>
        </w:tc>
        <w:tc>
          <w:tcPr>
            <w:tcW w:type="dxa" w:w="2351"/>
          </w:tcPr>
          <w:p/>
        </w:tc>
        <w:tc>
          <w:tcPr>
            <w:tcW w:type="dxa" w:w="2351"/>
          </w:tcPr>
          <w:p>
            <w:r>
              <w:t xml:space="preserve"> die Gemeinden</w:t>
            </w:r>
            <w:r>
              <w:br/>
            </w:r>
            <w:r>
              <w:t>Bredenfelde, Briggow, Grammentin, Gülzow, Ivenack, Jürgenstorf, Kittendorf, Knorrendorf, Mölln, Ritzerow, Rosenow, Stavenhagen, Zettemin</w:t>
            </w:r>
          </w:p>
        </w:tc>
      </w:tr>
      <w:tr>
        <w:trPr>
          <w:cantSplit/>
        </w:trPr>
        <w:tc>
          <w:tcPr>
            <w:tcW w:type="dxa" w:w="2351"/>
          </w:tcPr>
          <w:p/>
        </w:tc>
        <w:tc>
          <w:tcPr>
            <w:tcW w:type="dxa" w:w="2351"/>
          </w:tcPr>
          <w:p/>
        </w:tc>
        <w:tc>
          <w:tcPr>
            <w:tcW w:type="dxa" w:w="2351"/>
          </w:tcPr>
          <w:p/>
        </w:tc>
        <w:tc>
          <w:tcPr>
            <w:tcW w:type="dxa" w:w="2351"/>
          </w:tcPr>
          <w:p>
            <w:r>
              <w:t>Amt Treptower Tollensewinkel</w:t>
            </w:r>
          </w:p>
        </w:tc>
      </w:tr>
      <w:tr>
        <w:trPr>
          <w:cantSplit/>
        </w:trPr>
        <w:tc>
          <w:tcPr>
            <w:tcW w:type="dxa" w:w="2351"/>
          </w:tcPr>
          <w:p/>
        </w:tc>
        <w:tc>
          <w:tcPr>
            <w:tcW w:type="dxa" w:w="2351"/>
          </w:tcPr>
          <w:p/>
        </w:tc>
        <w:tc>
          <w:tcPr>
            <w:tcW w:type="dxa" w:w="2351"/>
          </w:tcPr>
          <w:p/>
        </w:tc>
        <w:tc>
          <w:tcPr>
            <w:tcW w:type="dxa" w:w="2351"/>
          </w:tcPr>
          <w:p>
            <w:r>
              <w:t xml:space="preserve"> die Gemeinden</w:t>
            </w:r>
            <w:r>
              <w:br/>
            </w:r>
            <w:r>
              <w:t>Altenhagen, Altentreptow, Bartow, Breesen, Burow, Gnevkow, Golchen, Grapzow, Grischow, Groß Teetzleben, Gültz, Kriesow, Pripsleben, Röckwitz, Siedenbollentin, Tützpatz, Werder, Wildberg, Wolde</w:t>
            </w:r>
          </w:p>
        </w:tc>
      </w:tr>
      <w:tr>
        <w:trPr>
          <w:cantSplit/>
        </w:trPr>
        <w:tc>
          <w:tcPr>
            <w:tcW w:type="dxa" w:w="2351"/>
          </w:tcPr>
          <w:p/>
        </w:tc>
        <w:tc>
          <w:tcPr>
            <w:tcW w:type="dxa" w:w="2351"/>
          </w:tcPr>
          <w:p/>
        </w:tc>
        <w:tc>
          <w:tcPr>
            <w:tcW w:type="dxa" w:w="4702"/>
            <w:gridSpan w:val="2"/>
          </w:tcPr>
          <w:p>
            <w:r>
              <w:t>(Übrige Gemeinden s. Wkr. 16)</w:t>
            </w:r>
          </w:p>
        </w:tc>
      </w:tr>
      <w:tr>
        <w:trPr>
          <w:cantSplit/>
        </w:trPr>
        <w:tc>
          <w:tcPr>
            <w:tcW w:type="dxa" w:w="2351"/>
          </w:tcPr>
          <w:p/>
        </w:tc>
        <w:tc>
          <w:tcPr>
            <w:tcW w:type="dxa" w:w="2351"/>
          </w:tcPr>
          <w:p/>
        </w:tc>
        <w:tc>
          <w:tcPr>
            <w:tcW w:type="dxa" w:w="4702"/>
            <w:gridSpan w:val="2"/>
          </w:tcPr>
          <w:p>
            <w:r>
              <w:t>vom Landkreis Rostock</w:t>
            </w:r>
          </w:p>
        </w:tc>
      </w:tr>
      <w:tr>
        <w:trPr>
          <w:cantSplit/>
        </w:trPr>
        <w:tc>
          <w:tcPr>
            <w:tcW w:type="dxa" w:w="2351"/>
          </w:tcPr>
          <w:p/>
        </w:tc>
        <w:tc>
          <w:tcPr>
            <w:tcW w:type="dxa" w:w="2351"/>
          </w:tcPr>
          <w:p/>
        </w:tc>
        <w:tc>
          <w:tcPr>
            <w:tcW w:type="dxa" w:w="2351"/>
          </w:tcPr>
          <w:p/>
        </w:tc>
        <w:tc>
          <w:tcPr>
            <w:tcW w:type="dxa" w:w="2351"/>
          </w:tcPr>
          <w:p>
            <w:r>
              <w:t>amtsfreie Gemeinden</w:t>
            </w:r>
            <w:r>
              <w:br/>
            </w:r>
            <w:r>
              <w:t>Güstrow, Teterow</w:t>
            </w:r>
          </w:p>
        </w:tc>
      </w:tr>
      <w:tr>
        <w:trPr>
          <w:cantSplit/>
        </w:trPr>
        <w:tc>
          <w:tcPr>
            <w:tcW w:type="dxa" w:w="2351"/>
          </w:tcPr>
          <w:p/>
        </w:tc>
        <w:tc>
          <w:tcPr>
            <w:tcW w:type="dxa" w:w="2351"/>
          </w:tcPr>
          <w:p/>
        </w:tc>
        <w:tc>
          <w:tcPr>
            <w:tcW w:type="dxa" w:w="2351"/>
          </w:tcPr>
          <w:p/>
        </w:tc>
        <w:tc>
          <w:tcPr>
            <w:tcW w:type="dxa" w:w="2351"/>
          </w:tcPr>
          <w:p>
            <w:r>
              <w:t>Amt Bützow-Land</w:t>
            </w:r>
          </w:p>
        </w:tc>
      </w:tr>
      <w:tr>
        <w:trPr>
          <w:cantSplit/>
        </w:trPr>
        <w:tc>
          <w:tcPr>
            <w:tcW w:type="dxa" w:w="2351"/>
          </w:tcPr>
          <w:p/>
        </w:tc>
        <w:tc>
          <w:tcPr>
            <w:tcW w:type="dxa" w:w="2351"/>
          </w:tcPr>
          <w:p/>
        </w:tc>
        <w:tc>
          <w:tcPr>
            <w:tcW w:type="dxa" w:w="2351"/>
          </w:tcPr>
          <w:p/>
        </w:tc>
        <w:tc>
          <w:tcPr>
            <w:tcW w:type="dxa" w:w="2351"/>
          </w:tcPr>
          <w:p>
            <w:r>
              <w:t xml:space="preserve"> die Gemeinden</w:t>
            </w:r>
            <w:r>
              <w:br/>
            </w:r>
            <w:r>
              <w:t>Baumgarten, Bernitt, Bützow, Dreetz, Jürgenshagen, Klein Belitz, Penzin, Rühn, Steinhagen, Tarnow, Warnow, Zepelin</w:t>
            </w:r>
          </w:p>
        </w:tc>
      </w:tr>
      <w:tr>
        <w:trPr>
          <w:cantSplit/>
        </w:trPr>
        <w:tc>
          <w:tcPr>
            <w:tcW w:type="dxa" w:w="2351"/>
          </w:tcPr>
          <w:p/>
        </w:tc>
        <w:tc>
          <w:tcPr>
            <w:tcW w:type="dxa" w:w="2351"/>
          </w:tcPr>
          <w:p/>
        </w:tc>
        <w:tc>
          <w:tcPr>
            <w:tcW w:type="dxa" w:w="2351"/>
          </w:tcPr>
          <w:p/>
        </w:tc>
        <w:tc>
          <w:tcPr>
            <w:tcW w:type="dxa" w:w="2351"/>
          </w:tcPr>
          <w:p>
            <w:r>
              <w:t>Amt Gnoien</w:t>
            </w:r>
          </w:p>
        </w:tc>
      </w:tr>
      <w:tr>
        <w:trPr>
          <w:cantSplit/>
        </w:trPr>
        <w:tc>
          <w:tcPr>
            <w:tcW w:type="dxa" w:w="2351"/>
          </w:tcPr>
          <w:p/>
        </w:tc>
        <w:tc>
          <w:tcPr>
            <w:tcW w:type="dxa" w:w="2351"/>
          </w:tcPr>
          <w:p/>
        </w:tc>
        <w:tc>
          <w:tcPr>
            <w:tcW w:type="dxa" w:w="2351"/>
          </w:tcPr>
          <w:p/>
        </w:tc>
        <w:tc>
          <w:tcPr>
            <w:tcW w:type="dxa" w:w="2351"/>
          </w:tcPr>
          <w:p>
            <w:r>
              <w:t xml:space="preserve"> die Gemeinden</w:t>
            </w:r>
            <w:r>
              <w:br/>
            </w:r>
            <w:r>
              <w:t>Altkalen, Behren-Lübchin, Finkenthal, Gnoien, Walkendorf</w:t>
            </w:r>
          </w:p>
        </w:tc>
      </w:tr>
      <w:tr>
        <w:trPr>
          <w:cantSplit/>
        </w:trPr>
        <w:tc>
          <w:tcPr>
            <w:tcW w:type="dxa" w:w="2351"/>
          </w:tcPr>
          <w:p/>
        </w:tc>
        <w:tc>
          <w:tcPr>
            <w:tcW w:type="dxa" w:w="2351"/>
          </w:tcPr>
          <w:p/>
        </w:tc>
        <w:tc>
          <w:tcPr>
            <w:tcW w:type="dxa" w:w="2351"/>
          </w:tcPr>
          <w:p/>
        </w:tc>
        <w:tc>
          <w:tcPr>
            <w:tcW w:type="dxa" w:w="2351"/>
          </w:tcPr>
          <w:p>
            <w:r>
              <w:t>Amt Güstrow-Land</w:t>
            </w:r>
          </w:p>
        </w:tc>
      </w:tr>
      <w:tr>
        <w:trPr>
          <w:cantSplit/>
        </w:trPr>
        <w:tc>
          <w:tcPr>
            <w:tcW w:type="dxa" w:w="2351"/>
          </w:tcPr>
          <w:p/>
        </w:tc>
        <w:tc>
          <w:tcPr>
            <w:tcW w:type="dxa" w:w="2351"/>
          </w:tcPr>
          <w:p/>
        </w:tc>
        <w:tc>
          <w:tcPr>
            <w:tcW w:type="dxa" w:w="2351"/>
          </w:tcPr>
          <w:p/>
        </w:tc>
        <w:tc>
          <w:tcPr>
            <w:tcW w:type="dxa" w:w="2351"/>
          </w:tcPr>
          <w:p>
            <w:r>
              <w:t xml:space="preserve"> die Gemeinden</w:t>
            </w:r>
            <w:r>
              <w:br/>
            </w:r>
            <w:r>
              <w:t>Glasewitz, Groß Schwiesow, Gülzow-Prüzen, Gutow, Klein Upahl, Kuhs, Lohmen, Lüssow, Mistorf, Mühl Rosin, Plaaz, Reimershagen, Sarmstorf, Zehna</w:t>
            </w:r>
          </w:p>
        </w:tc>
      </w:tr>
      <w:tr>
        <w:trPr>
          <w:cantSplit/>
        </w:trPr>
        <w:tc>
          <w:tcPr>
            <w:tcW w:type="dxa" w:w="2351"/>
          </w:tcPr>
          <w:p/>
        </w:tc>
        <w:tc>
          <w:tcPr>
            <w:tcW w:type="dxa" w:w="2351"/>
          </w:tcPr>
          <w:p/>
        </w:tc>
        <w:tc>
          <w:tcPr>
            <w:tcW w:type="dxa" w:w="2351"/>
          </w:tcPr>
          <w:p/>
        </w:tc>
        <w:tc>
          <w:tcPr>
            <w:tcW w:type="dxa" w:w="2351"/>
          </w:tcPr>
          <w:p>
            <w:r>
              <w:t>Amt Krakow am See</w:t>
            </w:r>
          </w:p>
        </w:tc>
      </w:tr>
      <w:tr>
        <w:trPr>
          <w:cantSplit/>
        </w:trPr>
        <w:tc>
          <w:tcPr>
            <w:tcW w:type="dxa" w:w="2351"/>
          </w:tcPr>
          <w:p/>
        </w:tc>
        <w:tc>
          <w:tcPr>
            <w:tcW w:type="dxa" w:w="2351"/>
          </w:tcPr>
          <w:p/>
        </w:tc>
        <w:tc>
          <w:tcPr>
            <w:tcW w:type="dxa" w:w="2351"/>
          </w:tcPr>
          <w:p/>
        </w:tc>
        <w:tc>
          <w:tcPr>
            <w:tcW w:type="dxa" w:w="2351"/>
          </w:tcPr>
          <w:p>
            <w:r>
              <w:t xml:space="preserve"> die Gemeinden</w:t>
            </w:r>
            <w:r>
              <w:br/>
            </w:r>
            <w:r>
              <w:t>Dobbin-Linstow, Hoppenrade, Krakow am See, Kuchelmiß, Lalendorf</w:t>
            </w:r>
          </w:p>
        </w:tc>
      </w:tr>
      <w:tr>
        <w:trPr>
          <w:cantSplit/>
        </w:trPr>
        <w:tc>
          <w:tcPr>
            <w:tcW w:type="dxa" w:w="2351"/>
          </w:tcPr>
          <w:p/>
        </w:tc>
        <w:tc>
          <w:tcPr>
            <w:tcW w:type="dxa" w:w="2351"/>
          </w:tcPr>
          <w:p/>
        </w:tc>
        <w:tc>
          <w:tcPr>
            <w:tcW w:type="dxa" w:w="2351"/>
          </w:tcPr>
          <w:p/>
        </w:tc>
        <w:tc>
          <w:tcPr>
            <w:tcW w:type="dxa" w:w="2351"/>
          </w:tcPr>
          <w:p>
            <w:r>
              <w:t>Amt Laage</w:t>
            </w:r>
          </w:p>
        </w:tc>
      </w:tr>
      <w:tr>
        <w:trPr>
          <w:cantSplit/>
        </w:trPr>
        <w:tc>
          <w:tcPr>
            <w:tcW w:type="dxa" w:w="2351"/>
          </w:tcPr>
          <w:p/>
        </w:tc>
        <w:tc>
          <w:tcPr>
            <w:tcW w:type="dxa" w:w="2351"/>
          </w:tcPr>
          <w:p/>
        </w:tc>
        <w:tc>
          <w:tcPr>
            <w:tcW w:type="dxa" w:w="2351"/>
          </w:tcPr>
          <w:p/>
        </w:tc>
        <w:tc>
          <w:tcPr>
            <w:tcW w:type="dxa" w:w="2351"/>
          </w:tcPr>
          <w:p>
            <w:r>
              <w:t xml:space="preserve"> die Gemeinden</w:t>
            </w:r>
            <w:r>
              <w:br/>
            </w:r>
            <w:r>
              <w:t>Dolgen am See, Hohen Sprenz, Laage, Wardow</w:t>
            </w:r>
          </w:p>
        </w:tc>
      </w:tr>
      <w:tr>
        <w:trPr>
          <w:cantSplit/>
        </w:trPr>
        <w:tc>
          <w:tcPr>
            <w:tcW w:type="dxa" w:w="2351"/>
          </w:tcPr>
          <w:p/>
        </w:tc>
        <w:tc>
          <w:tcPr>
            <w:tcW w:type="dxa" w:w="2351"/>
          </w:tcPr>
          <w:p/>
        </w:tc>
        <w:tc>
          <w:tcPr>
            <w:tcW w:type="dxa" w:w="2351"/>
          </w:tcPr>
          <w:p/>
        </w:tc>
        <w:tc>
          <w:tcPr>
            <w:tcW w:type="dxa" w:w="2351"/>
          </w:tcPr>
          <w:p>
            <w:r>
              <w:t>Amt Mecklenburgische Schweiz</w:t>
            </w:r>
          </w:p>
        </w:tc>
      </w:tr>
      <w:tr>
        <w:trPr>
          <w:cantSplit/>
        </w:trPr>
        <w:tc>
          <w:tcPr>
            <w:tcW w:type="dxa" w:w="2351"/>
          </w:tcPr>
          <w:p/>
        </w:tc>
        <w:tc>
          <w:tcPr>
            <w:tcW w:type="dxa" w:w="2351"/>
          </w:tcPr>
          <w:p/>
        </w:tc>
        <w:tc>
          <w:tcPr>
            <w:tcW w:type="dxa" w:w="2351"/>
          </w:tcPr>
          <w:p/>
        </w:tc>
        <w:tc>
          <w:tcPr>
            <w:tcW w:type="dxa" w:w="2351"/>
          </w:tcPr>
          <w:p>
            <w:r>
              <w:t xml:space="preserve"> die Gemeinden</w:t>
            </w:r>
            <w:r>
              <w:br/>
            </w:r>
            <w:r>
              <w:t>Alt Sührkow, Dahmen, Dalkendorf, Groß Roge, Groß Wokern, Groß Wüstenfelde, Hohen Demzin, Jördenstorf, Lelkendorf, Prebberede, Schorssow, Schwasdorf, Sukow-Levitzow, Thürkow, Warnkenhagen</w:t>
            </w:r>
          </w:p>
        </w:tc>
      </w:tr>
      <w:tr>
        <w:trPr>
          <w:cantSplit/>
        </w:trPr>
        <w:tc>
          <w:tcPr>
            <w:tcW w:type="dxa" w:w="2351"/>
          </w:tcPr>
          <w:p/>
        </w:tc>
        <w:tc>
          <w:tcPr>
            <w:tcW w:type="dxa" w:w="2351"/>
          </w:tcPr>
          <w:p/>
        </w:tc>
        <w:tc>
          <w:tcPr>
            <w:tcW w:type="dxa" w:w="4702"/>
            <w:gridSpan w:val="2"/>
          </w:tcPr>
          <w:p>
            <w:r>
              <w:t>(Übrige Gemeinden s. Wkr. 13, 14)</w:t>
            </w:r>
          </w:p>
        </w:tc>
      </w:tr>
      <w:tr>
        <w:trPr>
          <w:cantSplit/>
        </w:trPr>
        <w:tc>
          <w:tcPr>
            <w:tcW w:type="dxa" w:w="9404"/>
            <w:gridSpan w:val="4"/>
          </w:tcPr>
          <w:p>
            <w:r>
              <w:rPr>
                <w:b/>
              </w:rPr>
              <w:t>Hamburg</w:t>
            </w:r>
          </w:p>
        </w:tc>
      </w:tr>
      <w:tr>
        <w:trPr>
          <w:cantSplit/>
        </w:trPr>
        <w:tc>
          <w:tcPr>
            <w:tcW w:type="dxa" w:w="2351"/>
          </w:tcPr>
          <w:p>
            <w:r>
              <w:t>18</w:t>
            </w:r>
          </w:p>
        </w:tc>
        <w:tc>
          <w:tcPr>
            <w:tcW w:type="dxa" w:w="2351"/>
          </w:tcPr>
          <w:p>
            <w:r>
              <w:t>Hamburg-Mitte</w:t>
            </w:r>
          </w:p>
        </w:tc>
        <w:tc>
          <w:tcPr>
            <w:tcW w:type="dxa" w:w="4702"/>
            <w:gridSpan w:val="2"/>
          </w:tcPr>
          <w:p>
            <w:r>
              <w:t>Vom Bezirk Hamburg-Mitte</w:t>
            </w:r>
          </w:p>
        </w:tc>
      </w:tr>
      <w:tr>
        <w:trPr>
          <w:cantSplit/>
        </w:trPr>
        <w:tc>
          <w:tcPr>
            <w:tcW w:type="dxa" w:w="2351"/>
          </w:tcPr>
          <w:p/>
        </w:tc>
        <w:tc>
          <w:tcPr>
            <w:tcW w:type="dxa" w:w="2351"/>
          </w:tcPr>
          <w:p/>
        </w:tc>
        <w:tc>
          <w:tcPr>
            <w:tcW w:type="dxa" w:w="2351"/>
          </w:tcPr>
          <w:p/>
        </w:tc>
        <w:tc>
          <w:tcPr>
            <w:tcW w:type="dxa" w:w="2351"/>
          </w:tcPr>
          <w:p>
            <w:r>
              <w:t>die Stadtteile</w:t>
            </w:r>
            <w:r>
              <w:br/>
            </w:r>
            <w:r>
              <w:t>Billbrook, Billstedt, Borgfelde, Finkenwerder, HafenCity, Hamburg-Altstadt, Hammerbrook, Hamm, Horn, Insel Neuwerk, Kleiner Grasbrook, Neustadt, Rothenburgsort, St. Georg, St. Pauli, Steinwerder, Veddel, Waltershof</w:t>
            </w:r>
          </w:p>
        </w:tc>
      </w:tr>
      <w:tr>
        <w:trPr>
          <w:cantSplit/>
        </w:trPr>
        <w:tc>
          <w:tcPr>
            <w:tcW w:type="dxa" w:w="2351"/>
          </w:tcPr>
          <w:p/>
        </w:tc>
        <w:tc>
          <w:tcPr>
            <w:tcW w:type="dxa" w:w="2351"/>
          </w:tcPr>
          <w:p/>
        </w:tc>
        <w:tc>
          <w:tcPr>
            <w:tcW w:type="dxa" w:w="4702"/>
            <w:gridSpan w:val="2"/>
          </w:tcPr>
          <w:p>
            <w:r>
              <w:t>(Übriger Bezirk s. Wkr. 23)</w:t>
            </w:r>
          </w:p>
        </w:tc>
      </w:tr>
      <w:tr>
        <w:trPr>
          <w:cantSplit/>
        </w:trPr>
        <w:tc>
          <w:tcPr>
            <w:tcW w:type="dxa" w:w="2351"/>
          </w:tcPr>
          <w:p/>
        </w:tc>
        <w:tc>
          <w:tcPr>
            <w:tcW w:type="dxa" w:w="2351"/>
          </w:tcPr>
          <w:p/>
        </w:tc>
        <w:tc>
          <w:tcPr>
            <w:tcW w:type="dxa" w:w="4702"/>
            <w:gridSpan w:val="2"/>
          </w:tcPr>
          <w:p>
            <w:r>
              <w:t>vom Bezirk Hamburg-Nord</w:t>
            </w:r>
          </w:p>
        </w:tc>
      </w:tr>
      <w:tr>
        <w:trPr>
          <w:cantSplit/>
        </w:trPr>
        <w:tc>
          <w:tcPr>
            <w:tcW w:type="dxa" w:w="2351"/>
          </w:tcPr>
          <w:p/>
        </w:tc>
        <w:tc>
          <w:tcPr>
            <w:tcW w:type="dxa" w:w="2351"/>
          </w:tcPr>
          <w:p/>
        </w:tc>
        <w:tc>
          <w:tcPr>
            <w:tcW w:type="dxa" w:w="2351"/>
          </w:tcPr>
          <w:p/>
        </w:tc>
        <w:tc>
          <w:tcPr>
            <w:tcW w:type="dxa" w:w="2351"/>
          </w:tcPr>
          <w:p>
            <w:r>
              <w:t>die Stadtteile</w:t>
            </w:r>
            <w:r>
              <w:br/>
            </w:r>
            <w:r>
              <w:t>Barmbek-Nord, Barmbek-Süd, Dulsberg, Hohenfelde, Uhlenhorst</w:t>
            </w:r>
          </w:p>
        </w:tc>
      </w:tr>
      <w:tr>
        <w:trPr>
          <w:cantSplit/>
        </w:trPr>
        <w:tc>
          <w:tcPr>
            <w:tcW w:type="dxa" w:w="2351"/>
          </w:tcPr>
          <w:p/>
        </w:tc>
        <w:tc>
          <w:tcPr>
            <w:tcW w:type="dxa" w:w="2351"/>
          </w:tcPr>
          <w:p/>
        </w:tc>
        <w:tc>
          <w:tcPr>
            <w:tcW w:type="dxa" w:w="4702"/>
            <w:gridSpan w:val="2"/>
          </w:tcPr>
          <w:p>
            <w:r>
              <w:t>(Übriger Bezirk s. Wkr. 21)</w:t>
            </w:r>
          </w:p>
        </w:tc>
      </w:tr>
      <w:tr>
        <w:trPr>
          <w:cantSplit/>
        </w:trPr>
        <w:tc>
          <w:tcPr>
            <w:tcW w:type="dxa" w:w="2351"/>
          </w:tcPr>
          <w:p>
            <w:r>
              <w:t>19</w:t>
            </w:r>
          </w:p>
        </w:tc>
        <w:tc>
          <w:tcPr>
            <w:tcW w:type="dxa" w:w="2351"/>
          </w:tcPr>
          <w:p>
            <w:r>
              <w:t>Hamburg-Altona</w:t>
            </w:r>
          </w:p>
        </w:tc>
        <w:tc>
          <w:tcPr>
            <w:tcW w:type="dxa" w:w="4702"/>
            <w:gridSpan w:val="2"/>
          </w:tcPr>
          <w:p>
            <w:r>
              <w:t>Bezirk Altona</w:t>
            </w:r>
          </w:p>
        </w:tc>
      </w:tr>
      <w:tr>
        <w:trPr>
          <w:cantSplit/>
        </w:trPr>
        <w:tc>
          <w:tcPr>
            <w:tcW w:type="dxa" w:w="2351"/>
          </w:tcPr>
          <w:p>
            <w:r>
              <w:t>20</w:t>
            </w:r>
          </w:p>
        </w:tc>
        <w:tc>
          <w:tcPr>
            <w:tcW w:type="dxa" w:w="2351"/>
          </w:tcPr>
          <w:p>
            <w:r>
              <w:t>Hamburg-Eimsbüttel</w:t>
            </w:r>
          </w:p>
        </w:tc>
        <w:tc>
          <w:tcPr>
            <w:tcW w:type="dxa" w:w="4702"/>
            <w:gridSpan w:val="2"/>
          </w:tcPr>
          <w:p>
            <w:r>
              <w:t>Bezirk Eimsbüttel</w:t>
            </w:r>
          </w:p>
        </w:tc>
      </w:tr>
      <w:tr>
        <w:trPr>
          <w:cantSplit/>
        </w:trPr>
        <w:tc>
          <w:tcPr>
            <w:tcW w:type="dxa" w:w="2351"/>
          </w:tcPr>
          <w:p>
            <w:r>
              <w:t>21</w:t>
            </w:r>
          </w:p>
        </w:tc>
        <w:tc>
          <w:tcPr>
            <w:tcW w:type="dxa" w:w="2351"/>
          </w:tcPr>
          <w:p>
            <w:r>
              <w:t>Hamburg-Nord</w:t>
            </w:r>
          </w:p>
        </w:tc>
        <w:tc>
          <w:tcPr>
            <w:tcW w:type="dxa" w:w="4702"/>
            <w:gridSpan w:val="2"/>
          </w:tcPr>
          <w:p>
            <w:r>
              <w:t>Vom Bezirk Hamburg-Nord</w:t>
            </w:r>
          </w:p>
        </w:tc>
      </w:tr>
      <w:tr>
        <w:trPr>
          <w:cantSplit/>
        </w:trPr>
        <w:tc>
          <w:tcPr>
            <w:tcW w:type="dxa" w:w="2351"/>
          </w:tcPr>
          <w:p/>
        </w:tc>
        <w:tc>
          <w:tcPr>
            <w:tcW w:type="dxa" w:w="2351"/>
          </w:tcPr>
          <w:p/>
        </w:tc>
        <w:tc>
          <w:tcPr>
            <w:tcW w:type="dxa" w:w="2351"/>
          </w:tcPr>
          <w:p/>
        </w:tc>
        <w:tc>
          <w:tcPr>
            <w:tcW w:type="dxa" w:w="2351"/>
          </w:tcPr>
          <w:p>
            <w:r>
              <w:t>die Stadtteile</w:t>
            </w:r>
            <w:r>
              <w:br/>
            </w:r>
            <w:r>
              <w:t>Alsterdorf, Eppendorf, Fuhlsbüttel, Groß Borstel, Hoheluft-Ost, Langenhorn, Ohlsdorf, Winterhude</w:t>
            </w:r>
          </w:p>
        </w:tc>
      </w:tr>
      <w:tr>
        <w:trPr>
          <w:cantSplit/>
        </w:trPr>
        <w:tc>
          <w:tcPr>
            <w:tcW w:type="dxa" w:w="2351"/>
          </w:tcPr>
          <w:p/>
        </w:tc>
        <w:tc>
          <w:tcPr>
            <w:tcW w:type="dxa" w:w="2351"/>
          </w:tcPr>
          <w:p/>
        </w:tc>
        <w:tc>
          <w:tcPr>
            <w:tcW w:type="dxa" w:w="4702"/>
            <w:gridSpan w:val="2"/>
          </w:tcPr>
          <w:p>
            <w:r>
              <w:t>(Übriger Bezirk s. Wkr. 18)</w:t>
            </w:r>
          </w:p>
        </w:tc>
      </w:tr>
      <w:tr>
        <w:trPr>
          <w:cantSplit/>
        </w:trPr>
        <w:tc>
          <w:tcPr>
            <w:tcW w:type="dxa" w:w="2351"/>
          </w:tcPr>
          <w:p/>
        </w:tc>
        <w:tc>
          <w:tcPr>
            <w:tcW w:type="dxa" w:w="2351"/>
          </w:tcPr>
          <w:p/>
        </w:tc>
        <w:tc>
          <w:tcPr>
            <w:tcW w:type="dxa" w:w="4702"/>
            <w:gridSpan w:val="2"/>
          </w:tcPr>
          <w:p>
            <w:r>
              <w:t>vom Bezirk Wandsbek</w:t>
            </w:r>
          </w:p>
        </w:tc>
      </w:tr>
      <w:tr>
        <w:trPr>
          <w:cantSplit/>
        </w:trPr>
        <w:tc>
          <w:tcPr>
            <w:tcW w:type="dxa" w:w="2351"/>
          </w:tcPr>
          <w:p/>
        </w:tc>
        <w:tc>
          <w:tcPr>
            <w:tcW w:type="dxa" w:w="2351"/>
          </w:tcPr>
          <w:p/>
        </w:tc>
        <w:tc>
          <w:tcPr>
            <w:tcW w:type="dxa" w:w="2351"/>
          </w:tcPr>
          <w:p/>
        </w:tc>
        <w:tc>
          <w:tcPr>
            <w:tcW w:type="dxa" w:w="2351"/>
          </w:tcPr>
          <w:p>
            <w:r>
              <w:t>die Stadtteile</w:t>
            </w:r>
            <w:r>
              <w:br/>
            </w:r>
            <w:r>
              <w:t>Bergstedt, Duvenstedt, Hummelsbüttel, Lemsahl-Mellingstedt, Poppenbüttel, Sasel, Wellingsbüttel, Wohldorf-Ohlstedt</w:t>
            </w:r>
          </w:p>
        </w:tc>
      </w:tr>
      <w:tr>
        <w:trPr>
          <w:cantSplit/>
        </w:trPr>
        <w:tc>
          <w:tcPr>
            <w:tcW w:type="dxa" w:w="2351"/>
          </w:tcPr>
          <w:p/>
        </w:tc>
        <w:tc>
          <w:tcPr>
            <w:tcW w:type="dxa" w:w="2351"/>
          </w:tcPr>
          <w:p/>
        </w:tc>
        <w:tc>
          <w:tcPr>
            <w:tcW w:type="dxa" w:w="4702"/>
            <w:gridSpan w:val="2"/>
          </w:tcPr>
          <w:p>
            <w:r>
              <w:t>(Übriger Bezirk s. Wkr. 22)</w:t>
            </w:r>
          </w:p>
        </w:tc>
      </w:tr>
      <w:tr>
        <w:trPr>
          <w:cantSplit/>
        </w:trPr>
        <w:tc>
          <w:tcPr>
            <w:tcW w:type="dxa" w:w="2351"/>
          </w:tcPr>
          <w:p>
            <w:r>
              <w:t>22</w:t>
            </w:r>
          </w:p>
        </w:tc>
        <w:tc>
          <w:tcPr>
            <w:tcW w:type="dxa" w:w="2351"/>
          </w:tcPr>
          <w:p>
            <w:r>
              <w:t>Hamburg-Wandsbek</w:t>
            </w:r>
          </w:p>
        </w:tc>
        <w:tc>
          <w:tcPr>
            <w:tcW w:type="dxa" w:w="4702"/>
            <w:gridSpan w:val="2"/>
          </w:tcPr>
          <w:p>
            <w:r>
              <w:t>Vom Bezirk Wandsbek</w:t>
            </w:r>
          </w:p>
        </w:tc>
      </w:tr>
      <w:tr>
        <w:trPr>
          <w:cantSplit/>
        </w:trPr>
        <w:tc>
          <w:tcPr>
            <w:tcW w:type="dxa" w:w="2351"/>
          </w:tcPr>
          <w:p/>
        </w:tc>
        <w:tc>
          <w:tcPr>
            <w:tcW w:type="dxa" w:w="2351"/>
          </w:tcPr>
          <w:p/>
        </w:tc>
        <w:tc>
          <w:tcPr>
            <w:tcW w:type="dxa" w:w="2351"/>
          </w:tcPr>
          <w:p/>
        </w:tc>
        <w:tc>
          <w:tcPr>
            <w:tcW w:type="dxa" w:w="2351"/>
          </w:tcPr>
          <w:p>
            <w:r>
              <w:t>die Stadtteile</w:t>
            </w:r>
            <w:r>
              <w:br/>
            </w:r>
            <w:r>
              <w:t>Bramfeld, Eilbek, Farmsen-Berne, Jenfeld, Marienthal, Rahlstedt, Steilshoop, Tonndorf, Volksdorf, Wandsbek</w:t>
            </w:r>
          </w:p>
        </w:tc>
      </w:tr>
      <w:tr>
        <w:trPr>
          <w:cantSplit/>
        </w:trPr>
        <w:tc>
          <w:tcPr>
            <w:tcW w:type="dxa" w:w="2351"/>
          </w:tcPr>
          <w:p/>
        </w:tc>
        <w:tc>
          <w:tcPr>
            <w:tcW w:type="dxa" w:w="2351"/>
          </w:tcPr>
          <w:p/>
        </w:tc>
        <w:tc>
          <w:tcPr>
            <w:tcW w:type="dxa" w:w="4702"/>
            <w:gridSpan w:val="2"/>
          </w:tcPr>
          <w:p>
            <w:r>
              <w:t>(Übriger Bezirk s. Wkr. 21)</w:t>
            </w:r>
          </w:p>
        </w:tc>
      </w:tr>
      <w:tr>
        <w:trPr>
          <w:cantSplit/>
        </w:trPr>
        <w:tc>
          <w:tcPr>
            <w:tcW w:type="dxa" w:w="2351"/>
          </w:tcPr>
          <w:p>
            <w:r>
              <w:t>23</w:t>
            </w:r>
          </w:p>
        </w:tc>
        <w:tc>
          <w:tcPr>
            <w:tcW w:type="dxa" w:w="2351"/>
          </w:tcPr>
          <w:p>
            <w:r>
              <w:t>Hamburg-Bergedorf – Harburg</w:t>
            </w:r>
          </w:p>
        </w:tc>
        <w:tc>
          <w:tcPr>
            <w:tcW w:type="dxa" w:w="4702"/>
            <w:gridSpan w:val="2"/>
          </w:tcPr>
          <w:p>
            <w:r>
              <w:t>Bezirk Bergedorf</w:t>
            </w:r>
          </w:p>
        </w:tc>
      </w:tr>
      <w:tr>
        <w:trPr>
          <w:cantSplit/>
        </w:trPr>
        <w:tc>
          <w:tcPr>
            <w:tcW w:type="dxa" w:w="2351"/>
          </w:tcPr>
          <w:p/>
        </w:tc>
        <w:tc>
          <w:tcPr>
            <w:tcW w:type="dxa" w:w="2351"/>
          </w:tcPr>
          <w:p/>
        </w:tc>
        <w:tc>
          <w:tcPr>
            <w:tcW w:type="dxa" w:w="4702"/>
            <w:gridSpan w:val="2"/>
          </w:tcPr>
          <w:p>
            <w:r>
              <w:t>Bezirk Harburg</w:t>
            </w:r>
          </w:p>
        </w:tc>
      </w:tr>
      <w:tr>
        <w:trPr>
          <w:cantSplit/>
        </w:trPr>
        <w:tc>
          <w:tcPr>
            <w:tcW w:type="dxa" w:w="2351"/>
          </w:tcPr>
          <w:p/>
        </w:tc>
        <w:tc>
          <w:tcPr>
            <w:tcW w:type="dxa" w:w="2351"/>
          </w:tcPr>
          <w:p/>
        </w:tc>
        <w:tc>
          <w:tcPr>
            <w:tcW w:type="dxa" w:w="4702"/>
            <w:gridSpan w:val="2"/>
          </w:tcPr>
          <w:p>
            <w:r>
              <w:t>vom Bezirk Hamburg-Mitte</w:t>
            </w:r>
          </w:p>
        </w:tc>
      </w:tr>
      <w:tr>
        <w:trPr>
          <w:cantSplit/>
        </w:trPr>
        <w:tc>
          <w:tcPr>
            <w:tcW w:type="dxa" w:w="2351"/>
          </w:tcPr>
          <w:p/>
        </w:tc>
        <w:tc>
          <w:tcPr>
            <w:tcW w:type="dxa" w:w="2351"/>
          </w:tcPr>
          <w:p/>
        </w:tc>
        <w:tc>
          <w:tcPr>
            <w:tcW w:type="dxa" w:w="2351"/>
          </w:tcPr>
          <w:p/>
        </w:tc>
        <w:tc>
          <w:tcPr>
            <w:tcW w:type="dxa" w:w="2351"/>
          </w:tcPr>
          <w:p>
            <w:r>
              <w:t>der Stadtteil Wilhelmsburg</w:t>
            </w:r>
          </w:p>
        </w:tc>
      </w:tr>
      <w:tr>
        <w:trPr>
          <w:cantSplit/>
        </w:trPr>
        <w:tc>
          <w:tcPr>
            <w:tcW w:type="dxa" w:w="2351"/>
          </w:tcPr>
          <w:p/>
        </w:tc>
        <w:tc>
          <w:tcPr>
            <w:tcW w:type="dxa" w:w="2351"/>
          </w:tcPr>
          <w:p/>
        </w:tc>
        <w:tc>
          <w:tcPr>
            <w:tcW w:type="dxa" w:w="4702"/>
            <w:gridSpan w:val="2"/>
          </w:tcPr>
          <w:p>
            <w:r>
              <w:t>(Übriger Bezirk s. Wkr. 18)</w:t>
            </w:r>
          </w:p>
        </w:tc>
      </w:tr>
      <w:tr>
        <w:trPr>
          <w:cantSplit/>
        </w:trPr>
        <w:tc>
          <w:tcPr>
            <w:tcW w:type="dxa" w:w="9404"/>
            <w:gridSpan w:val="4"/>
          </w:tcPr>
          <w:p>
            <w:r>
              <w:rPr>
                <w:b/>
              </w:rPr>
              <w:t>Niedersachsen</w:t>
            </w:r>
          </w:p>
        </w:tc>
      </w:tr>
      <w:tr>
        <w:trPr>
          <w:cantSplit/>
        </w:trPr>
        <w:tc>
          <w:tcPr>
            <w:tcW w:type="dxa" w:w="2351"/>
          </w:tcPr>
          <w:p>
            <w:r>
              <w:t>24</w:t>
            </w:r>
          </w:p>
        </w:tc>
        <w:tc>
          <w:tcPr>
            <w:tcW w:type="dxa" w:w="2351"/>
          </w:tcPr>
          <w:p>
            <w:r>
              <w:t>Aurich – Emden</w:t>
            </w:r>
          </w:p>
        </w:tc>
        <w:tc>
          <w:tcPr>
            <w:tcW w:type="dxa" w:w="4702"/>
            <w:gridSpan w:val="2"/>
          </w:tcPr>
          <w:p>
            <w:r>
              <w:t>Kreisfreie Stadt Emden</w:t>
            </w:r>
          </w:p>
        </w:tc>
      </w:tr>
      <w:tr>
        <w:trPr>
          <w:cantSplit/>
        </w:trPr>
        <w:tc>
          <w:tcPr>
            <w:tcW w:type="dxa" w:w="2351"/>
          </w:tcPr>
          <w:p/>
        </w:tc>
        <w:tc>
          <w:tcPr>
            <w:tcW w:type="dxa" w:w="2351"/>
          </w:tcPr>
          <w:p/>
        </w:tc>
        <w:tc>
          <w:tcPr>
            <w:tcW w:type="dxa" w:w="4702"/>
            <w:gridSpan w:val="2"/>
          </w:tcPr>
          <w:p>
            <w:r>
              <w:t>Landkreis Aurich</w:t>
            </w:r>
          </w:p>
        </w:tc>
      </w:tr>
      <w:tr>
        <w:trPr>
          <w:cantSplit/>
        </w:trPr>
        <w:tc>
          <w:tcPr>
            <w:tcW w:type="dxa" w:w="2351"/>
          </w:tcPr>
          <w:p>
            <w:r>
              <w:t>25</w:t>
            </w:r>
          </w:p>
        </w:tc>
        <w:tc>
          <w:tcPr>
            <w:tcW w:type="dxa" w:w="2351"/>
          </w:tcPr>
          <w:p>
            <w:r>
              <w:t>Unterems</w:t>
            </w:r>
          </w:p>
        </w:tc>
        <w:tc>
          <w:tcPr>
            <w:tcW w:type="dxa" w:w="4702"/>
            <w:gridSpan w:val="2"/>
          </w:tcPr>
          <w:p>
            <w:r>
              <w:t>Landkreis Leer</w:t>
            </w:r>
          </w:p>
        </w:tc>
      </w:tr>
      <w:tr>
        <w:trPr>
          <w:cantSplit/>
        </w:trPr>
        <w:tc>
          <w:tcPr>
            <w:tcW w:type="dxa" w:w="2351"/>
          </w:tcPr>
          <w:p/>
        </w:tc>
        <w:tc>
          <w:tcPr>
            <w:tcW w:type="dxa" w:w="2351"/>
          </w:tcPr>
          <w:p/>
        </w:tc>
        <w:tc>
          <w:tcPr>
            <w:tcW w:type="dxa" w:w="4702"/>
            <w:gridSpan w:val="2"/>
          </w:tcPr>
          <w:p>
            <w:r>
              <w:t>vom Landkreis Emsland</w:t>
            </w:r>
          </w:p>
        </w:tc>
      </w:tr>
      <w:tr>
        <w:trPr>
          <w:cantSplit/>
        </w:trPr>
        <w:tc>
          <w:tcPr>
            <w:tcW w:type="dxa" w:w="2351"/>
          </w:tcPr>
          <w:p/>
        </w:tc>
        <w:tc>
          <w:tcPr>
            <w:tcW w:type="dxa" w:w="2351"/>
          </w:tcPr>
          <w:p/>
        </w:tc>
        <w:tc>
          <w:tcPr>
            <w:tcW w:type="dxa" w:w="2351"/>
          </w:tcPr>
          <w:p/>
        </w:tc>
        <w:tc>
          <w:tcPr>
            <w:tcW w:type="dxa" w:w="2351"/>
          </w:tcPr>
          <w:p>
            <w:r>
              <w:t>die Gemeinden</w:t>
            </w:r>
            <w:r>
              <w:br/>
            </w:r>
            <w:r>
              <w:t>Stadt Haren (Ems), Stadt Papenburg, Rhede (Ems), Twist</w:t>
            </w:r>
          </w:p>
        </w:tc>
      </w:tr>
      <w:tr>
        <w:trPr>
          <w:cantSplit/>
        </w:trPr>
        <w:tc>
          <w:tcPr>
            <w:tcW w:type="dxa" w:w="2351"/>
          </w:tcPr>
          <w:p/>
        </w:tc>
        <w:tc>
          <w:tcPr>
            <w:tcW w:type="dxa" w:w="2351"/>
          </w:tcPr>
          <w:p/>
        </w:tc>
        <w:tc>
          <w:tcPr>
            <w:tcW w:type="dxa" w:w="2351"/>
          </w:tcPr>
          <w:p/>
        </w:tc>
        <w:tc>
          <w:tcPr>
            <w:tcW w:type="dxa" w:w="2351"/>
          </w:tcPr>
          <w:p>
            <w:r>
              <w:t>Samtgemeinde Dörpen</w:t>
            </w:r>
          </w:p>
        </w:tc>
      </w:tr>
      <w:tr>
        <w:trPr>
          <w:cantSplit/>
        </w:trPr>
        <w:tc>
          <w:tcPr>
            <w:tcW w:type="dxa" w:w="2351"/>
          </w:tcPr>
          <w:p/>
        </w:tc>
        <w:tc>
          <w:tcPr>
            <w:tcW w:type="dxa" w:w="2351"/>
          </w:tcPr>
          <w:p/>
        </w:tc>
        <w:tc>
          <w:tcPr>
            <w:tcW w:type="dxa" w:w="2351"/>
          </w:tcPr>
          <w:p/>
        </w:tc>
        <w:tc>
          <w:tcPr>
            <w:tcW w:type="dxa" w:w="2351"/>
          </w:tcPr>
          <w:p>
            <w:r>
              <w:t xml:space="preserve"> die Gemeinden</w:t>
            </w:r>
            <w:r>
              <w:br/>
            </w:r>
            <w:r>
              <w:t>Dersum, Dörpen, Heede, Kluse, Lehe, Neubörger, Neulehe, Walchum, Wippingen</w:t>
            </w:r>
          </w:p>
        </w:tc>
      </w:tr>
      <w:tr>
        <w:trPr>
          <w:cantSplit/>
        </w:trPr>
        <w:tc>
          <w:tcPr>
            <w:tcW w:type="dxa" w:w="2351"/>
          </w:tcPr>
          <w:p/>
        </w:tc>
        <w:tc>
          <w:tcPr>
            <w:tcW w:type="dxa" w:w="2351"/>
          </w:tcPr>
          <w:p/>
        </w:tc>
        <w:tc>
          <w:tcPr>
            <w:tcW w:type="dxa" w:w="2351"/>
          </w:tcPr>
          <w:p/>
        </w:tc>
        <w:tc>
          <w:tcPr>
            <w:tcW w:type="dxa" w:w="2351"/>
          </w:tcPr>
          <w:p>
            <w:r>
              <w:t>Samtgemeinde Lathen</w:t>
            </w:r>
          </w:p>
        </w:tc>
      </w:tr>
      <w:tr>
        <w:trPr>
          <w:cantSplit/>
        </w:trPr>
        <w:tc>
          <w:tcPr>
            <w:tcW w:type="dxa" w:w="2351"/>
          </w:tcPr>
          <w:p/>
        </w:tc>
        <w:tc>
          <w:tcPr>
            <w:tcW w:type="dxa" w:w="2351"/>
          </w:tcPr>
          <w:p/>
        </w:tc>
        <w:tc>
          <w:tcPr>
            <w:tcW w:type="dxa" w:w="2351"/>
          </w:tcPr>
          <w:p/>
        </w:tc>
        <w:tc>
          <w:tcPr>
            <w:tcW w:type="dxa" w:w="2351"/>
          </w:tcPr>
          <w:p>
            <w:r>
              <w:t xml:space="preserve"> die Gemeinden</w:t>
            </w:r>
            <w:r>
              <w:br/>
            </w:r>
            <w:r>
              <w:t>Fresenburg, Lathen, Niederlangen, Oberlangen, Renkenberge, Sustrum</w:t>
            </w:r>
          </w:p>
        </w:tc>
      </w:tr>
      <w:tr>
        <w:trPr>
          <w:cantSplit/>
        </w:trPr>
        <w:tc>
          <w:tcPr>
            <w:tcW w:type="dxa" w:w="2351"/>
          </w:tcPr>
          <w:p/>
        </w:tc>
        <w:tc>
          <w:tcPr>
            <w:tcW w:type="dxa" w:w="2351"/>
          </w:tcPr>
          <w:p/>
        </w:tc>
        <w:tc>
          <w:tcPr>
            <w:tcW w:type="dxa" w:w="2351"/>
          </w:tcPr>
          <w:p/>
        </w:tc>
        <w:tc>
          <w:tcPr>
            <w:tcW w:type="dxa" w:w="2351"/>
          </w:tcPr>
          <w:p>
            <w:r>
              <w:t>Samtgemeinde Nordhümmling</w:t>
            </w:r>
          </w:p>
        </w:tc>
      </w:tr>
      <w:tr>
        <w:trPr>
          <w:cantSplit/>
        </w:trPr>
        <w:tc>
          <w:tcPr>
            <w:tcW w:type="dxa" w:w="2351"/>
          </w:tcPr>
          <w:p/>
        </w:tc>
        <w:tc>
          <w:tcPr>
            <w:tcW w:type="dxa" w:w="2351"/>
          </w:tcPr>
          <w:p/>
        </w:tc>
        <w:tc>
          <w:tcPr>
            <w:tcW w:type="dxa" w:w="2351"/>
          </w:tcPr>
          <w:p/>
        </w:tc>
        <w:tc>
          <w:tcPr>
            <w:tcW w:type="dxa" w:w="2351"/>
          </w:tcPr>
          <w:p>
            <w:r>
              <w:t xml:space="preserve"> die Gemeinden</w:t>
            </w:r>
            <w:r>
              <w:br/>
            </w:r>
            <w:r>
              <w:t>Bockhorst, Breddenberg, Esterwegen, Hilkenbrook, Surwold</w:t>
            </w:r>
          </w:p>
        </w:tc>
      </w:tr>
      <w:tr>
        <w:trPr>
          <w:cantSplit/>
        </w:trPr>
        <w:tc>
          <w:tcPr>
            <w:tcW w:type="dxa" w:w="2351"/>
          </w:tcPr>
          <w:p/>
        </w:tc>
        <w:tc>
          <w:tcPr>
            <w:tcW w:type="dxa" w:w="2351"/>
          </w:tcPr>
          <w:p/>
        </w:tc>
        <w:tc>
          <w:tcPr>
            <w:tcW w:type="dxa" w:w="2351"/>
          </w:tcPr>
          <w:p/>
        </w:tc>
        <w:tc>
          <w:tcPr>
            <w:tcW w:type="dxa" w:w="2351"/>
          </w:tcPr>
          <w:p>
            <w:r>
              <w:t>Samtgemeinde Sögel</w:t>
            </w:r>
          </w:p>
        </w:tc>
      </w:tr>
      <w:tr>
        <w:trPr>
          <w:cantSplit/>
        </w:trPr>
        <w:tc>
          <w:tcPr>
            <w:tcW w:type="dxa" w:w="2351"/>
          </w:tcPr>
          <w:p/>
        </w:tc>
        <w:tc>
          <w:tcPr>
            <w:tcW w:type="dxa" w:w="2351"/>
          </w:tcPr>
          <w:p/>
        </w:tc>
        <w:tc>
          <w:tcPr>
            <w:tcW w:type="dxa" w:w="2351"/>
          </w:tcPr>
          <w:p/>
        </w:tc>
        <w:tc>
          <w:tcPr>
            <w:tcW w:type="dxa" w:w="2351"/>
          </w:tcPr>
          <w:p>
            <w:r>
              <w:t xml:space="preserve"> die Gemeinden</w:t>
            </w:r>
            <w:r>
              <w:br/>
            </w:r>
            <w:r>
              <w:t>Börger, Groß Berßen, Hüven, Klein Berßen, Sögel, Spahnharrenstätte, Stavern, Werpeloh</w:t>
            </w:r>
          </w:p>
        </w:tc>
      </w:tr>
      <w:tr>
        <w:trPr>
          <w:cantSplit/>
        </w:trPr>
        <w:tc>
          <w:tcPr>
            <w:tcW w:type="dxa" w:w="2351"/>
          </w:tcPr>
          <w:p/>
        </w:tc>
        <w:tc>
          <w:tcPr>
            <w:tcW w:type="dxa" w:w="2351"/>
          </w:tcPr>
          <w:p/>
        </w:tc>
        <w:tc>
          <w:tcPr>
            <w:tcW w:type="dxa" w:w="2351"/>
          </w:tcPr>
          <w:p/>
        </w:tc>
        <w:tc>
          <w:tcPr>
            <w:tcW w:type="dxa" w:w="2351"/>
          </w:tcPr>
          <w:p>
            <w:r>
              <w:t>Samtgemeinde Werlte</w:t>
            </w:r>
          </w:p>
        </w:tc>
      </w:tr>
      <w:tr>
        <w:trPr>
          <w:cantSplit/>
        </w:trPr>
        <w:tc>
          <w:tcPr>
            <w:tcW w:type="dxa" w:w="2351"/>
          </w:tcPr>
          <w:p/>
        </w:tc>
        <w:tc>
          <w:tcPr>
            <w:tcW w:type="dxa" w:w="2351"/>
          </w:tcPr>
          <w:p/>
        </w:tc>
        <w:tc>
          <w:tcPr>
            <w:tcW w:type="dxa" w:w="2351"/>
          </w:tcPr>
          <w:p/>
        </w:tc>
        <w:tc>
          <w:tcPr>
            <w:tcW w:type="dxa" w:w="2351"/>
          </w:tcPr>
          <w:p>
            <w:r>
              <w:t xml:space="preserve"> die Gemeinden</w:t>
            </w:r>
            <w:r>
              <w:br/>
            </w:r>
            <w:r>
              <w:t>Lahn, Lorup, Rastdorf, Vrees, Stadt Werlte</w:t>
            </w:r>
          </w:p>
        </w:tc>
      </w:tr>
      <w:tr>
        <w:trPr>
          <w:cantSplit/>
        </w:trPr>
        <w:tc>
          <w:tcPr>
            <w:tcW w:type="dxa" w:w="2351"/>
          </w:tcPr>
          <w:p/>
        </w:tc>
        <w:tc>
          <w:tcPr>
            <w:tcW w:type="dxa" w:w="2351"/>
          </w:tcPr>
          <w:p/>
        </w:tc>
        <w:tc>
          <w:tcPr>
            <w:tcW w:type="dxa" w:w="4702"/>
            <w:gridSpan w:val="2"/>
          </w:tcPr>
          <w:p>
            <w:r>
              <w:t>(Übrige Gemeinden s. Wkr. 31)</w:t>
            </w:r>
          </w:p>
        </w:tc>
      </w:tr>
      <w:tr>
        <w:trPr>
          <w:cantSplit/>
        </w:trPr>
        <w:tc>
          <w:tcPr>
            <w:tcW w:type="dxa" w:w="2351"/>
          </w:tcPr>
          <w:p>
            <w:r>
              <w:t>26</w:t>
            </w:r>
          </w:p>
        </w:tc>
        <w:tc>
          <w:tcPr>
            <w:tcW w:type="dxa" w:w="2351"/>
            <w:vMerge w:val="restart"/>
          </w:tcPr>
          <w:p>
            <w:r>
              <w:t>Friesland – Wilhelmshaven – Wittmund</w:t>
            </w:r>
          </w:p>
        </w:tc>
        <w:tc>
          <w:tcPr>
            <w:tcW w:type="dxa" w:w="4702"/>
            <w:gridSpan w:val="2"/>
          </w:tcPr>
          <w:p>
            <w:r>
              <w:t>Kreisfreie Stadt Wilhelmshaven</w:t>
            </w:r>
          </w:p>
        </w:tc>
      </w:tr>
      <w:tr>
        <w:trPr>
          <w:cantSplit/>
        </w:trPr>
        <w:tc>
          <w:tcPr>
            <w:tcW w:type="dxa" w:w="2351"/>
          </w:tcPr>
          <w:p/>
        </w:tc>
        <w:tc>
          <w:tcPr>
            <w:tcW w:type="dxa" w:w="2351"/>
            <w:vMerge/>
          </w:tcPr>
          <w:p/>
        </w:tc>
        <w:tc>
          <w:tcPr>
            <w:tcW w:type="dxa" w:w="4702"/>
            <w:gridSpan w:val="2"/>
          </w:tcPr>
          <w:p>
            <w:r>
              <w:t>Landkreis Friesland</w:t>
            </w:r>
          </w:p>
        </w:tc>
      </w:tr>
      <w:tr>
        <w:trPr>
          <w:cantSplit/>
        </w:trPr>
        <w:tc>
          <w:tcPr>
            <w:tcW w:type="dxa" w:w="2351"/>
          </w:tcPr>
          <w:p/>
        </w:tc>
        <w:tc>
          <w:tcPr>
            <w:tcW w:type="dxa" w:w="2351"/>
          </w:tcPr>
          <w:p/>
        </w:tc>
        <w:tc>
          <w:tcPr>
            <w:tcW w:type="dxa" w:w="4702"/>
            <w:gridSpan w:val="2"/>
          </w:tcPr>
          <w:p>
            <w:r>
              <w:t>Landkreis Wittmund</w:t>
            </w:r>
          </w:p>
        </w:tc>
      </w:tr>
      <w:tr>
        <w:trPr>
          <w:cantSplit/>
        </w:trPr>
        <w:tc>
          <w:tcPr>
            <w:tcW w:type="dxa" w:w="2351"/>
          </w:tcPr>
          <w:p>
            <w:r>
              <w:t>27</w:t>
            </w:r>
          </w:p>
        </w:tc>
        <w:tc>
          <w:tcPr>
            <w:tcW w:type="dxa" w:w="2351"/>
          </w:tcPr>
          <w:p>
            <w:r>
              <w:t>Oldenburg – Ammerland</w:t>
            </w:r>
          </w:p>
        </w:tc>
        <w:tc>
          <w:tcPr>
            <w:tcW w:type="dxa" w:w="4702"/>
            <w:gridSpan w:val="2"/>
          </w:tcPr>
          <w:p>
            <w:r>
              <w:t>Kreisfreie Stadt Oldenburg (Oldenburg)</w:t>
            </w:r>
          </w:p>
        </w:tc>
      </w:tr>
      <w:tr>
        <w:trPr>
          <w:cantSplit/>
        </w:trPr>
        <w:tc>
          <w:tcPr>
            <w:tcW w:type="dxa" w:w="2351"/>
          </w:tcPr>
          <w:p/>
        </w:tc>
        <w:tc>
          <w:tcPr>
            <w:tcW w:type="dxa" w:w="2351"/>
          </w:tcPr>
          <w:p/>
        </w:tc>
        <w:tc>
          <w:tcPr>
            <w:tcW w:type="dxa" w:w="4702"/>
            <w:gridSpan w:val="2"/>
          </w:tcPr>
          <w:p>
            <w:r>
              <w:t>Landkreis Ammerland</w:t>
            </w:r>
          </w:p>
        </w:tc>
      </w:tr>
      <w:tr>
        <w:trPr>
          <w:cantSplit/>
        </w:trPr>
        <w:tc>
          <w:tcPr>
            <w:tcW w:type="dxa" w:w="2351"/>
          </w:tcPr>
          <w:p>
            <w:r>
              <w:t>28</w:t>
            </w:r>
          </w:p>
        </w:tc>
        <w:tc>
          <w:tcPr>
            <w:tcW w:type="dxa" w:w="2351"/>
            <w:vMerge w:val="restart"/>
          </w:tcPr>
          <w:p>
            <w:r>
              <w:t>Delmenhorst – Wesermarsch –</w:t>
            </w:r>
            <w:r>
              <w:br/>
            </w:r>
            <w:r>
              <w:t>Oldenburg-Land</w:t>
            </w:r>
          </w:p>
        </w:tc>
        <w:tc>
          <w:tcPr>
            <w:tcW w:type="dxa" w:w="4702"/>
            <w:gridSpan w:val="2"/>
          </w:tcPr>
          <w:p>
            <w:r>
              <w:t>Kreisfreie Stadt Delmenhorst</w:t>
            </w:r>
          </w:p>
        </w:tc>
      </w:tr>
      <w:tr>
        <w:trPr>
          <w:cantSplit/>
        </w:trPr>
        <w:tc>
          <w:tcPr>
            <w:tcW w:type="dxa" w:w="2351"/>
          </w:tcPr>
          <w:p/>
        </w:tc>
        <w:tc>
          <w:tcPr>
            <w:tcW w:type="dxa" w:w="2351"/>
            <w:vMerge/>
          </w:tcPr>
          <w:p/>
        </w:tc>
        <w:tc>
          <w:tcPr>
            <w:tcW w:type="dxa" w:w="4702"/>
            <w:gridSpan w:val="2"/>
          </w:tcPr>
          <w:p>
            <w:r>
              <w:t>Landkreis Oldenburg</w:t>
            </w:r>
          </w:p>
        </w:tc>
      </w:tr>
      <w:tr>
        <w:trPr>
          <w:cantSplit/>
        </w:trPr>
        <w:tc>
          <w:tcPr>
            <w:tcW w:type="dxa" w:w="2351"/>
          </w:tcPr>
          <w:p/>
        </w:tc>
        <w:tc>
          <w:tcPr>
            <w:tcW w:type="dxa" w:w="2351"/>
          </w:tcPr>
          <w:p/>
        </w:tc>
        <w:tc>
          <w:tcPr>
            <w:tcW w:type="dxa" w:w="4702"/>
            <w:gridSpan w:val="2"/>
          </w:tcPr>
          <w:p>
            <w:r>
              <w:t>Landkreis Wesermarsch</w:t>
            </w:r>
          </w:p>
        </w:tc>
      </w:tr>
      <w:tr>
        <w:trPr>
          <w:cantSplit/>
        </w:trPr>
        <w:tc>
          <w:tcPr>
            <w:tcW w:type="dxa" w:w="2351"/>
          </w:tcPr>
          <w:p>
            <w:r>
              <w:t>29</w:t>
            </w:r>
          </w:p>
        </w:tc>
        <w:tc>
          <w:tcPr>
            <w:tcW w:type="dxa" w:w="2351"/>
          </w:tcPr>
          <w:p>
            <w:r>
              <w:t>Cuxhaven – Stade II</w:t>
            </w:r>
          </w:p>
        </w:tc>
        <w:tc>
          <w:tcPr>
            <w:tcW w:type="dxa" w:w="4702"/>
            <w:gridSpan w:val="2"/>
          </w:tcPr>
          <w:p>
            <w:r>
              <w:t>Landkreis Cuxhaven</w:t>
            </w:r>
          </w:p>
        </w:tc>
      </w:tr>
      <w:tr>
        <w:trPr>
          <w:cantSplit/>
        </w:trPr>
        <w:tc>
          <w:tcPr>
            <w:tcW w:type="dxa" w:w="2351"/>
          </w:tcPr>
          <w:p/>
        </w:tc>
        <w:tc>
          <w:tcPr>
            <w:tcW w:type="dxa" w:w="2351"/>
          </w:tcPr>
          <w:p/>
        </w:tc>
        <w:tc>
          <w:tcPr>
            <w:tcW w:type="dxa" w:w="4702"/>
            <w:gridSpan w:val="2"/>
          </w:tcPr>
          <w:p>
            <w:r>
              <w:t>vom Landkreis Stade</w:t>
            </w:r>
          </w:p>
        </w:tc>
      </w:tr>
      <w:tr>
        <w:trPr>
          <w:cantSplit/>
        </w:trPr>
        <w:tc>
          <w:tcPr>
            <w:tcW w:type="dxa" w:w="2351"/>
          </w:tcPr>
          <w:p/>
        </w:tc>
        <w:tc>
          <w:tcPr>
            <w:tcW w:type="dxa" w:w="2351"/>
          </w:tcPr>
          <w:p/>
        </w:tc>
        <w:tc>
          <w:tcPr>
            <w:tcW w:type="dxa" w:w="2351"/>
          </w:tcPr>
          <w:p/>
        </w:tc>
        <w:tc>
          <w:tcPr>
            <w:tcW w:type="dxa" w:w="2351"/>
          </w:tcPr>
          <w:p>
            <w:r>
              <w:t>die Gemeinde Drochtersen</w:t>
            </w:r>
          </w:p>
        </w:tc>
      </w:tr>
      <w:tr>
        <w:trPr>
          <w:cantSplit/>
        </w:trPr>
        <w:tc>
          <w:tcPr>
            <w:tcW w:type="dxa" w:w="2351"/>
          </w:tcPr>
          <w:p/>
        </w:tc>
        <w:tc>
          <w:tcPr>
            <w:tcW w:type="dxa" w:w="2351"/>
          </w:tcPr>
          <w:p/>
        </w:tc>
        <w:tc>
          <w:tcPr>
            <w:tcW w:type="dxa" w:w="2351"/>
          </w:tcPr>
          <w:p/>
        </w:tc>
        <w:tc>
          <w:tcPr>
            <w:tcW w:type="dxa" w:w="2351"/>
          </w:tcPr>
          <w:p>
            <w:r>
              <w:t>Samtgemeinde Nordkehdingen</w:t>
            </w:r>
          </w:p>
        </w:tc>
      </w:tr>
      <w:tr>
        <w:trPr>
          <w:cantSplit/>
        </w:trPr>
        <w:tc>
          <w:tcPr>
            <w:tcW w:type="dxa" w:w="2351"/>
          </w:tcPr>
          <w:p/>
        </w:tc>
        <w:tc>
          <w:tcPr>
            <w:tcW w:type="dxa" w:w="2351"/>
          </w:tcPr>
          <w:p/>
        </w:tc>
        <w:tc>
          <w:tcPr>
            <w:tcW w:type="dxa" w:w="2351"/>
          </w:tcPr>
          <w:p/>
        </w:tc>
        <w:tc>
          <w:tcPr>
            <w:tcW w:type="dxa" w:w="2351"/>
          </w:tcPr>
          <w:p>
            <w:r>
              <w:t xml:space="preserve"> die Gemeinden</w:t>
            </w:r>
            <w:r>
              <w:br/>
            </w:r>
            <w:r>
              <w:t>Balje, Flecken Freiburg (Elbe), Krummendeich, Oederquart, Wischhafen</w:t>
            </w:r>
          </w:p>
        </w:tc>
      </w:tr>
      <w:tr>
        <w:trPr>
          <w:cantSplit/>
        </w:trPr>
        <w:tc>
          <w:tcPr>
            <w:tcW w:type="dxa" w:w="2351"/>
          </w:tcPr>
          <w:p/>
        </w:tc>
        <w:tc>
          <w:tcPr>
            <w:tcW w:type="dxa" w:w="2351"/>
          </w:tcPr>
          <w:p/>
        </w:tc>
        <w:tc>
          <w:tcPr>
            <w:tcW w:type="dxa" w:w="2351"/>
          </w:tcPr>
          <w:p/>
        </w:tc>
        <w:tc>
          <w:tcPr>
            <w:tcW w:type="dxa" w:w="2351"/>
          </w:tcPr>
          <w:p>
            <w:r>
              <w:t>Samtgemeinde Oldendorf-Himmelpforten</w:t>
            </w:r>
          </w:p>
        </w:tc>
      </w:tr>
      <w:tr>
        <w:trPr>
          <w:cantSplit/>
        </w:trPr>
        <w:tc>
          <w:tcPr>
            <w:tcW w:type="dxa" w:w="2351"/>
          </w:tcPr>
          <w:p/>
        </w:tc>
        <w:tc>
          <w:tcPr>
            <w:tcW w:type="dxa" w:w="2351"/>
          </w:tcPr>
          <w:p/>
        </w:tc>
        <w:tc>
          <w:tcPr>
            <w:tcW w:type="dxa" w:w="2351"/>
          </w:tcPr>
          <w:p/>
        </w:tc>
        <w:tc>
          <w:tcPr>
            <w:tcW w:type="dxa" w:w="2351"/>
          </w:tcPr>
          <w:p>
            <w:r>
              <w:t xml:space="preserve"> die Gemeinden</w:t>
            </w:r>
            <w:r>
              <w:br/>
            </w:r>
            <w:r>
              <w:t>Burweg, Düdenbüttel, Engelschoff, Estorf, Großenwörden, Hammah, Heinbockel, Himmelpforten, Kranenburg, Oldendorf</w:t>
            </w:r>
          </w:p>
        </w:tc>
      </w:tr>
      <w:tr>
        <w:trPr>
          <w:cantSplit/>
        </w:trPr>
        <w:tc>
          <w:tcPr>
            <w:tcW w:type="dxa" w:w="2351"/>
          </w:tcPr>
          <w:p/>
        </w:tc>
        <w:tc>
          <w:tcPr>
            <w:tcW w:type="dxa" w:w="2351"/>
          </w:tcPr>
          <w:p/>
        </w:tc>
        <w:tc>
          <w:tcPr>
            <w:tcW w:type="dxa" w:w="4702"/>
            <w:gridSpan w:val="2"/>
          </w:tcPr>
          <w:p>
            <w:r>
              <w:t>(Übrige Gemeinden s. Wkr. 30)</w:t>
            </w:r>
          </w:p>
        </w:tc>
      </w:tr>
      <w:tr>
        <w:trPr>
          <w:cantSplit/>
        </w:trPr>
        <w:tc>
          <w:tcPr>
            <w:tcW w:type="dxa" w:w="2351"/>
          </w:tcPr>
          <w:p>
            <w:r>
              <w:t>30</w:t>
            </w:r>
          </w:p>
        </w:tc>
        <w:tc>
          <w:tcPr>
            <w:tcW w:type="dxa" w:w="2351"/>
          </w:tcPr>
          <w:p>
            <w:r>
              <w:t>Stade I – Rotenburg II</w:t>
            </w:r>
          </w:p>
        </w:tc>
        <w:tc>
          <w:tcPr>
            <w:tcW w:type="dxa" w:w="4702"/>
            <w:gridSpan w:val="2"/>
          </w:tcPr>
          <w:p>
            <w:r>
              <w:t>Vom Landkreis Rotenburg (Wümme)</w:t>
            </w:r>
          </w:p>
        </w:tc>
      </w:tr>
      <w:tr>
        <w:trPr>
          <w:cantSplit/>
        </w:trPr>
        <w:tc>
          <w:tcPr>
            <w:tcW w:type="dxa" w:w="2351"/>
          </w:tcPr>
          <w:p/>
        </w:tc>
        <w:tc>
          <w:tcPr>
            <w:tcW w:type="dxa" w:w="2351"/>
          </w:tcPr>
          <w:p/>
        </w:tc>
        <w:tc>
          <w:tcPr>
            <w:tcW w:type="dxa" w:w="2351"/>
          </w:tcPr>
          <w:p/>
        </w:tc>
        <w:tc>
          <w:tcPr>
            <w:tcW w:type="dxa" w:w="2351"/>
          </w:tcPr>
          <w:p>
            <w:r>
              <w:t>die Gemeinden</w:t>
            </w:r>
            <w:r>
              <w:br/>
            </w:r>
            <w:r>
              <w:t>Stadt Bremervörde, Gnarrenburg</w:t>
            </w:r>
          </w:p>
        </w:tc>
      </w:tr>
      <w:tr>
        <w:trPr>
          <w:cantSplit/>
        </w:trPr>
        <w:tc>
          <w:tcPr>
            <w:tcW w:type="dxa" w:w="2351"/>
          </w:tcPr>
          <w:p/>
        </w:tc>
        <w:tc>
          <w:tcPr>
            <w:tcW w:type="dxa" w:w="2351"/>
          </w:tcPr>
          <w:p/>
        </w:tc>
        <w:tc>
          <w:tcPr>
            <w:tcW w:type="dxa" w:w="2351"/>
          </w:tcPr>
          <w:p/>
        </w:tc>
        <w:tc>
          <w:tcPr>
            <w:tcW w:type="dxa" w:w="2351"/>
          </w:tcPr>
          <w:p>
            <w:r>
              <w:t>Samtgemeinde Geestequelle</w:t>
            </w:r>
          </w:p>
        </w:tc>
      </w:tr>
      <w:tr>
        <w:trPr>
          <w:cantSplit/>
        </w:trPr>
        <w:tc>
          <w:tcPr>
            <w:tcW w:type="dxa" w:w="2351"/>
          </w:tcPr>
          <w:p/>
        </w:tc>
        <w:tc>
          <w:tcPr>
            <w:tcW w:type="dxa" w:w="2351"/>
          </w:tcPr>
          <w:p/>
        </w:tc>
        <w:tc>
          <w:tcPr>
            <w:tcW w:type="dxa" w:w="2351"/>
          </w:tcPr>
          <w:p/>
        </w:tc>
        <w:tc>
          <w:tcPr>
            <w:tcW w:type="dxa" w:w="2351"/>
          </w:tcPr>
          <w:p>
            <w:r>
              <w:t xml:space="preserve"> die Gemeinden</w:t>
            </w:r>
            <w:r>
              <w:br/>
            </w:r>
            <w:r>
              <w:t>Alfstedt, Basdahl, Ebersdorf, Hipstedt, Oerel</w:t>
            </w:r>
          </w:p>
        </w:tc>
      </w:tr>
      <w:tr>
        <w:trPr>
          <w:cantSplit/>
        </w:trPr>
        <w:tc>
          <w:tcPr>
            <w:tcW w:type="dxa" w:w="2351"/>
          </w:tcPr>
          <w:p/>
        </w:tc>
        <w:tc>
          <w:tcPr>
            <w:tcW w:type="dxa" w:w="2351"/>
          </w:tcPr>
          <w:p/>
        </w:tc>
        <w:tc>
          <w:tcPr>
            <w:tcW w:type="dxa" w:w="2351"/>
          </w:tcPr>
          <w:p/>
        </w:tc>
        <w:tc>
          <w:tcPr>
            <w:tcW w:type="dxa" w:w="2351"/>
          </w:tcPr>
          <w:p>
            <w:r>
              <w:t>Samtgemeinde Selsingen</w:t>
            </w:r>
          </w:p>
        </w:tc>
      </w:tr>
      <w:tr>
        <w:trPr>
          <w:cantSplit/>
        </w:trPr>
        <w:tc>
          <w:tcPr>
            <w:tcW w:type="dxa" w:w="2351"/>
          </w:tcPr>
          <w:p/>
        </w:tc>
        <w:tc>
          <w:tcPr>
            <w:tcW w:type="dxa" w:w="2351"/>
          </w:tcPr>
          <w:p/>
        </w:tc>
        <w:tc>
          <w:tcPr>
            <w:tcW w:type="dxa" w:w="2351"/>
          </w:tcPr>
          <w:p/>
        </w:tc>
        <w:tc>
          <w:tcPr>
            <w:tcW w:type="dxa" w:w="2351"/>
          </w:tcPr>
          <w:p>
            <w:r>
              <w:t xml:space="preserve"> die Gemeinden</w:t>
            </w:r>
            <w:r>
              <w:br/>
            </w:r>
            <w:r>
              <w:t>Anderlingen, Deinstedt, Farven, Ostereistedt, Rhade, Sandbostel, Seedorf, Selsingen</w:t>
            </w:r>
          </w:p>
        </w:tc>
      </w:tr>
      <w:tr>
        <w:trPr>
          <w:cantSplit/>
        </w:trPr>
        <w:tc>
          <w:tcPr>
            <w:tcW w:type="dxa" w:w="2351"/>
          </w:tcPr>
          <w:p/>
        </w:tc>
        <w:tc>
          <w:tcPr>
            <w:tcW w:type="dxa" w:w="2351"/>
          </w:tcPr>
          <w:p/>
        </w:tc>
        <w:tc>
          <w:tcPr>
            <w:tcW w:type="dxa" w:w="2351"/>
          </w:tcPr>
          <w:p/>
        </w:tc>
        <w:tc>
          <w:tcPr>
            <w:tcW w:type="dxa" w:w="2351"/>
          </w:tcPr>
          <w:p>
            <w:r>
              <w:t>Samtgemeinde Sittensen</w:t>
            </w:r>
          </w:p>
        </w:tc>
      </w:tr>
      <w:tr>
        <w:trPr>
          <w:cantSplit/>
        </w:trPr>
        <w:tc>
          <w:tcPr>
            <w:tcW w:type="dxa" w:w="2351"/>
          </w:tcPr>
          <w:p/>
        </w:tc>
        <w:tc>
          <w:tcPr>
            <w:tcW w:type="dxa" w:w="2351"/>
          </w:tcPr>
          <w:p/>
        </w:tc>
        <w:tc>
          <w:tcPr>
            <w:tcW w:type="dxa" w:w="2351"/>
          </w:tcPr>
          <w:p/>
        </w:tc>
        <w:tc>
          <w:tcPr>
            <w:tcW w:type="dxa" w:w="2351"/>
          </w:tcPr>
          <w:p>
            <w:r>
              <w:t xml:space="preserve"> die Gemeinden</w:t>
            </w:r>
            <w:r>
              <w:br/>
            </w:r>
            <w:r>
              <w:t>Groß Meckelsen, Hamersen, Kalbe, Klein Meckelsen, Lengenbostel, Sittensen, Tiste, Vierden, Wohnste</w:t>
            </w:r>
          </w:p>
        </w:tc>
      </w:tr>
      <w:tr>
        <w:trPr>
          <w:cantSplit/>
        </w:trPr>
        <w:tc>
          <w:tcPr>
            <w:tcW w:type="dxa" w:w="2351"/>
          </w:tcPr>
          <w:p/>
        </w:tc>
        <w:tc>
          <w:tcPr>
            <w:tcW w:type="dxa" w:w="2351"/>
          </w:tcPr>
          <w:p/>
        </w:tc>
        <w:tc>
          <w:tcPr>
            <w:tcW w:type="dxa" w:w="2351"/>
          </w:tcPr>
          <w:p/>
        </w:tc>
        <w:tc>
          <w:tcPr>
            <w:tcW w:type="dxa" w:w="2351"/>
          </w:tcPr>
          <w:p>
            <w:r>
              <w:t>Samtgemeinde Tarmstedt</w:t>
            </w:r>
          </w:p>
        </w:tc>
      </w:tr>
      <w:tr>
        <w:trPr>
          <w:cantSplit/>
        </w:trPr>
        <w:tc>
          <w:tcPr>
            <w:tcW w:type="dxa" w:w="2351"/>
          </w:tcPr>
          <w:p/>
        </w:tc>
        <w:tc>
          <w:tcPr>
            <w:tcW w:type="dxa" w:w="2351"/>
          </w:tcPr>
          <w:p/>
        </w:tc>
        <w:tc>
          <w:tcPr>
            <w:tcW w:type="dxa" w:w="2351"/>
          </w:tcPr>
          <w:p/>
        </w:tc>
        <w:tc>
          <w:tcPr>
            <w:tcW w:type="dxa" w:w="2351"/>
          </w:tcPr>
          <w:p>
            <w:r>
              <w:t xml:space="preserve"> die Gemeinden</w:t>
            </w:r>
            <w:r>
              <w:br/>
            </w:r>
            <w:r>
              <w:t>Breddorf, Bülstedt, Hepstedt, Kirchtimke, Tarmstedt, Vorwerk, Westertimke, Wilstedt</w:t>
            </w:r>
          </w:p>
        </w:tc>
      </w:tr>
      <w:tr>
        <w:trPr>
          <w:cantSplit/>
        </w:trPr>
        <w:tc>
          <w:tcPr>
            <w:tcW w:type="dxa" w:w="2351"/>
          </w:tcPr>
          <w:p/>
        </w:tc>
        <w:tc>
          <w:tcPr>
            <w:tcW w:type="dxa" w:w="2351"/>
          </w:tcPr>
          <w:p/>
        </w:tc>
        <w:tc>
          <w:tcPr>
            <w:tcW w:type="dxa" w:w="2351"/>
          </w:tcPr>
          <w:p/>
        </w:tc>
        <w:tc>
          <w:tcPr>
            <w:tcW w:type="dxa" w:w="2351"/>
          </w:tcPr>
          <w:p>
            <w:r>
              <w:t>Samtgemeinde Zeven</w:t>
            </w:r>
          </w:p>
        </w:tc>
      </w:tr>
      <w:tr>
        <w:trPr>
          <w:cantSplit/>
        </w:trPr>
        <w:tc>
          <w:tcPr>
            <w:tcW w:type="dxa" w:w="2351"/>
          </w:tcPr>
          <w:p/>
        </w:tc>
        <w:tc>
          <w:tcPr>
            <w:tcW w:type="dxa" w:w="2351"/>
          </w:tcPr>
          <w:p/>
        </w:tc>
        <w:tc>
          <w:tcPr>
            <w:tcW w:type="dxa" w:w="2351"/>
          </w:tcPr>
          <w:p/>
        </w:tc>
        <w:tc>
          <w:tcPr>
            <w:tcW w:type="dxa" w:w="2351"/>
          </w:tcPr>
          <w:p>
            <w:r>
              <w:t xml:space="preserve"> die Gemeinden</w:t>
            </w:r>
            <w:r>
              <w:br/>
            </w:r>
            <w:r>
              <w:t>Elsdorf, Gyhum, Heeslingen, Stadt Zeven</w:t>
            </w:r>
          </w:p>
        </w:tc>
      </w:tr>
      <w:tr>
        <w:trPr>
          <w:cantSplit/>
        </w:trPr>
        <w:tc>
          <w:tcPr>
            <w:tcW w:type="dxa" w:w="2351"/>
          </w:tcPr>
          <w:p/>
        </w:tc>
        <w:tc>
          <w:tcPr>
            <w:tcW w:type="dxa" w:w="2351"/>
          </w:tcPr>
          <w:p/>
        </w:tc>
        <w:tc>
          <w:tcPr>
            <w:tcW w:type="dxa" w:w="4702"/>
            <w:gridSpan w:val="2"/>
          </w:tcPr>
          <w:p>
            <w:r>
              <w:t>(Übrige Gemeinden s. Wkr. 35)</w:t>
            </w:r>
          </w:p>
        </w:tc>
      </w:tr>
      <w:tr>
        <w:trPr>
          <w:cantSplit/>
        </w:trPr>
        <w:tc>
          <w:tcPr>
            <w:tcW w:type="dxa" w:w="2351"/>
          </w:tcPr>
          <w:p/>
        </w:tc>
        <w:tc>
          <w:tcPr>
            <w:tcW w:type="dxa" w:w="2351"/>
          </w:tcPr>
          <w:p/>
        </w:tc>
        <w:tc>
          <w:tcPr>
            <w:tcW w:type="dxa" w:w="4702"/>
            <w:gridSpan w:val="2"/>
          </w:tcPr>
          <w:p>
            <w:r>
              <w:t>vom Landkreis Stade</w:t>
            </w:r>
          </w:p>
        </w:tc>
      </w:tr>
      <w:tr>
        <w:trPr>
          <w:cantSplit/>
        </w:trPr>
        <w:tc>
          <w:tcPr>
            <w:tcW w:type="dxa" w:w="2351"/>
          </w:tcPr>
          <w:p/>
        </w:tc>
        <w:tc>
          <w:tcPr>
            <w:tcW w:type="dxa" w:w="2351"/>
          </w:tcPr>
          <w:p/>
        </w:tc>
        <w:tc>
          <w:tcPr>
            <w:tcW w:type="dxa" w:w="2351"/>
          </w:tcPr>
          <w:p/>
        </w:tc>
        <w:tc>
          <w:tcPr>
            <w:tcW w:type="dxa" w:w="2351"/>
          </w:tcPr>
          <w:p>
            <w:r>
              <w:t>die Gemeinden</w:t>
            </w:r>
            <w:r>
              <w:br/>
            </w:r>
            <w:r>
              <w:t>Hansestadt Buxtehude, Jork, Hansestadt Stade</w:t>
            </w:r>
          </w:p>
        </w:tc>
      </w:tr>
      <w:tr>
        <w:trPr>
          <w:cantSplit/>
        </w:trPr>
        <w:tc>
          <w:tcPr>
            <w:tcW w:type="dxa" w:w="2351"/>
          </w:tcPr>
          <w:p/>
        </w:tc>
        <w:tc>
          <w:tcPr>
            <w:tcW w:type="dxa" w:w="2351"/>
          </w:tcPr>
          <w:p/>
        </w:tc>
        <w:tc>
          <w:tcPr>
            <w:tcW w:type="dxa" w:w="2351"/>
          </w:tcPr>
          <w:p/>
        </w:tc>
        <w:tc>
          <w:tcPr>
            <w:tcW w:type="dxa" w:w="2351"/>
          </w:tcPr>
          <w:p>
            <w:r>
              <w:t>Samtgemeinde Apensen</w:t>
            </w:r>
          </w:p>
        </w:tc>
      </w:tr>
      <w:tr>
        <w:trPr>
          <w:cantSplit/>
        </w:trPr>
        <w:tc>
          <w:tcPr>
            <w:tcW w:type="dxa" w:w="2351"/>
          </w:tcPr>
          <w:p/>
        </w:tc>
        <w:tc>
          <w:tcPr>
            <w:tcW w:type="dxa" w:w="2351"/>
          </w:tcPr>
          <w:p/>
        </w:tc>
        <w:tc>
          <w:tcPr>
            <w:tcW w:type="dxa" w:w="2351"/>
          </w:tcPr>
          <w:p/>
        </w:tc>
        <w:tc>
          <w:tcPr>
            <w:tcW w:type="dxa" w:w="2351"/>
          </w:tcPr>
          <w:p>
            <w:r>
              <w:t xml:space="preserve"> die Gemeinden</w:t>
            </w:r>
            <w:r>
              <w:br/>
            </w:r>
            <w:r>
              <w:t>Apensen, Beckdorf, Sauensiek</w:t>
            </w:r>
          </w:p>
        </w:tc>
      </w:tr>
      <w:tr>
        <w:trPr>
          <w:cantSplit/>
        </w:trPr>
        <w:tc>
          <w:tcPr>
            <w:tcW w:type="dxa" w:w="2351"/>
          </w:tcPr>
          <w:p/>
        </w:tc>
        <w:tc>
          <w:tcPr>
            <w:tcW w:type="dxa" w:w="2351"/>
          </w:tcPr>
          <w:p/>
        </w:tc>
        <w:tc>
          <w:tcPr>
            <w:tcW w:type="dxa" w:w="2351"/>
          </w:tcPr>
          <w:p/>
        </w:tc>
        <w:tc>
          <w:tcPr>
            <w:tcW w:type="dxa" w:w="2351"/>
          </w:tcPr>
          <w:p>
            <w:r>
              <w:t>Samtgemeinde Fredenbeck</w:t>
            </w:r>
          </w:p>
        </w:tc>
      </w:tr>
      <w:tr>
        <w:trPr>
          <w:cantSplit/>
        </w:trPr>
        <w:tc>
          <w:tcPr>
            <w:tcW w:type="dxa" w:w="2351"/>
          </w:tcPr>
          <w:p/>
        </w:tc>
        <w:tc>
          <w:tcPr>
            <w:tcW w:type="dxa" w:w="2351"/>
          </w:tcPr>
          <w:p/>
        </w:tc>
        <w:tc>
          <w:tcPr>
            <w:tcW w:type="dxa" w:w="2351"/>
          </w:tcPr>
          <w:p/>
        </w:tc>
        <w:tc>
          <w:tcPr>
            <w:tcW w:type="dxa" w:w="2351"/>
          </w:tcPr>
          <w:p>
            <w:r>
              <w:t xml:space="preserve"> die Gemeinden</w:t>
            </w:r>
            <w:r>
              <w:br/>
            </w:r>
            <w:r>
              <w:t>Deinste, Fredenbeck, Kutenholz</w:t>
            </w:r>
          </w:p>
        </w:tc>
      </w:tr>
      <w:tr>
        <w:trPr>
          <w:cantSplit/>
        </w:trPr>
        <w:tc>
          <w:tcPr>
            <w:tcW w:type="dxa" w:w="2351"/>
          </w:tcPr>
          <w:p/>
        </w:tc>
        <w:tc>
          <w:tcPr>
            <w:tcW w:type="dxa" w:w="2351"/>
          </w:tcPr>
          <w:p/>
        </w:tc>
        <w:tc>
          <w:tcPr>
            <w:tcW w:type="dxa" w:w="2351"/>
          </w:tcPr>
          <w:p/>
        </w:tc>
        <w:tc>
          <w:tcPr>
            <w:tcW w:type="dxa" w:w="2351"/>
          </w:tcPr>
          <w:p>
            <w:r>
              <w:t>Samtgemeinde Harsefeld</w:t>
            </w:r>
          </w:p>
        </w:tc>
      </w:tr>
      <w:tr>
        <w:trPr>
          <w:cantSplit/>
        </w:trPr>
        <w:tc>
          <w:tcPr>
            <w:tcW w:type="dxa" w:w="2351"/>
          </w:tcPr>
          <w:p/>
        </w:tc>
        <w:tc>
          <w:tcPr>
            <w:tcW w:type="dxa" w:w="2351"/>
          </w:tcPr>
          <w:p/>
        </w:tc>
        <w:tc>
          <w:tcPr>
            <w:tcW w:type="dxa" w:w="2351"/>
          </w:tcPr>
          <w:p/>
        </w:tc>
        <w:tc>
          <w:tcPr>
            <w:tcW w:type="dxa" w:w="2351"/>
          </w:tcPr>
          <w:p>
            <w:r>
              <w:t xml:space="preserve"> die Gemeinden</w:t>
            </w:r>
            <w:r>
              <w:br/>
            </w:r>
            <w:r>
              <w:t>Ahlerstedt, Bargstedt, Brest, Flecken Harsefeld</w:t>
            </w:r>
          </w:p>
        </w:tc>
      </w:tr>
      <w:tr>
        <w:trPr>
          <w:cantSplit/>
        </w:trPr>
        <w:tc>
          <w:tcPr>
            <w:tcW w:type="dxa" w:w="2351"/>
          </w:tcPr>
          <w:p/>
        </w:tc>
        <w:tc>
          <w:tcPr>
            <w:tcW w:type="dxa" w:w="2351"/>
          </w:tcPr>
          <w:p/>
        </w:tc>
        <w:tc>
          <w:tcPr>
            <w:tcW w:type="dxa" w:w="2351"/>
          </w:tcPr>
          <w:p/>
        </w:tc>
        <w:tc>
          <w:tcPr>
            <w:tcW w:type="dxa" w:w="2351"/>
          </w:tcPr>
          <w:p>
            <w:r>
              <w:t>Samtgemeinde Horneburg</w:t>
            </w:r>
          </w:p>
        </w:tc>
      </w:tr>
      <w:tr>
        <w:trPr>
          <w:cantSplit/>
        </w:trPr>
        <w:tc>
          <w:tcPr>
            <w:tcW w:type="dxa" w:w="2351"/>
          </w:tcPr>
          <w:p/>
        </w:tc>
        <w:tc>
          <w:tcPr>
            <w:tcW w:type="dxa" w:w="2351"/>
          </w:tcPr>
          <w:p/>
        </w:tc>
        <w:tc>
          <w:tcPr>
            <w:tcW w:type="dxa" w:w="2351"/>
          </w:tcPr>
          <w:p/>
        </w:tc>
        <w:tc>
          <w:tcPr>
            <w:tcW w:type="dxa" w:w="2351"/>
          </w:tcPr>
          <w:p>
            <w:r>
              <w:t xml:space="preserve"> die Gemeinden</w:t>
            </w:r>
            <w:r>
              <w:br/>
            </w:r>
            <w:r>
              <w:t>Agathenburg, Bliedersdorf, Dollern, Flecken Horneburg, Nottensdorf</w:t>
            </w:r>
          </w:p>
        </w:tc>
      </w:tr>
      <w:tr>
        <w:trPr>
          <w:cantSplit/>
        </w:trPr>
        <w:tc>
          <w:tcPr>
            <w:tcW w:type="dxa" w:w="2351"/>
          </w:tcPr>
          <w:p/>
        </w:tc>
        <w:tc>
          <w:tcPr>
            <w:tcW w:type="dxa" w:w="2351"/>
          </w:tcPr>
          <w:p/>
        </w:tc>
        <w:tc>
          <w:tcPr>
            <w:tcW w:type="dxa" w:w="2351"/>
          </w:tcPr>
          <w:p/>
        </w:tc>
        <w:tc>
          <w:tcPr>
            <w:tcW w:type="dxa" w:w="2351"/>
          </w:tcPr>
          <w:p>
            <w:r>
              <w:t>Samtgemeinde Lühe</w:t>
            </w:r>
          </w:p>
        </w:tc>
      </w:tr>
      <w:tr>
        <w:trPr>
          <w:cantSplit/>
        </w:trPr>
        <w:tc>
          <w:tcPr>
            <w:tcW w:type="dxa" w:w="2351"/>
          </w:tcPr>
          <w:p/>
        </w:tc>
        <w:tc>
          <w:tcPr>
            <w:tcW w:type="dxa" w:w="2351"/>
          </w:tcPr>
          <w:p/>
        </w:tc>
        <w:tc>
          <w:tcPr>
            <w:tcW w:type="dxa" w:w="2351"/>
          </w:tcPr>
          <w:p/>
        </w:tc>
        <w:tc>
          <w:tcPr>
            <w:tcW w:type="dxa" w:w="2351"/>
          </w:tcPr>
          <w:p>
            <w:r>
              <w:t xml:space="preserve"> die Gemeinden</w:t>
            </w:r>
            <w:r>
              <w:br/>
            </w:r>
            <w:r>
              <w:t>Grünendeich, Guderhandviertel, Hollern-Twielenfleth, Mittelnkirchen, Neuenkirchen, Steinkirchen</w:t>
            </w:r>
          </w:p>
        </w:tc>
      </w:tr>
      <w:tr>
        <w:trPr>
          <w:cantSplit/>
        </w:trPr>
        <w:tc>
          <w:tcPr>
            <w:tcW w:type="dxa" w:w="2351"/>
          </w:tcPr>
          <w:p/>
        </w:tc>
        <w:tc>
          <w:tcPr>
            <w:tcW w:type="dxa" w:w="2351"/>
          </w:tcPr>
          <w:p/>
        </w:tc>
        <w:tc>
          <w:tcPr>
            <w:tcW w:type="dxa" w:w="4702"/>
            <w:gridSpan w:val="2"/>
          </w:tcPr>
          <w:p>
            <w:r>
              <w:t>(Übrige Gemeinden s. Wkr. 29)</w:t>
            </w:r>
          </w:p>
        </w:tc>
      </w:tr>
      <w:tr>
        <w:trPr>
          <w:cantSplit/>
        </w:trPr>
        <w:tc>
          <w:tcPr>
            <w:tcW w:type="dxa" w:w="2351"/>
          </w:tcPr>
          <w:p>
            <w:r>
              <w:t>31</w:t>
            </w:r>
          </w:p>
        </w:tc>
        <w:tc>
          <w:tcPr>
            <w:tcW w:type="dxa" w:w="2351"/>
          </w:tcPr>
          <w:p>
            <w:r>
              <w:t>Mittelems</w:t>
            </w:r>
          </w:p>
        </w:tc>
        <w:tc>
          <w:tcPr>
            <w:tcW w:type="dxa" w:w="4702"/>
            <w:gridSpan w:val="2"/>
          </w:tcPr>
          <w:p>
            <w:r>
              <w:t>Landkreis Grafschaft Bentheim</w:t>
            </w:r>
          </w:p>
        </w:tc>
      </w:tr>
      <w:tr>
        <w:trPr>
          <w:cantSplit/>
        </w:trPr>
        <w:tc>
          <w:tcPr>
            <w:tcW w:type="dxa" w:w="2351"/>
          </w:tcPr>
          <w:p/>
        </w:tc>
        <w:tc>
          <w:tcPr>
            <w:tcW w:type="dxa" w:w="2351"/>
          </w:tcPr>
          <w:p/>
        </w:tc>
        <w:tc>
          <w:tcPr>
            <w:tcW w:type="dxa" w:w="4702"/>
            <w:gridSpan w:val="2"/>
          </w:tcPr>
          <w:p>
            <w:r>
              <w:t>vom Landkreis Emsland</w:t>
            </w:r>
          </w:p>
        </w:tc>
      </w:tr>
      <w:tr>
        <w:trPr>
          <w:cantSplit/>
        </w:trPr>
        <w:tc>
          <w:tcPr>
            <w:tcW w:type="dxa" w:w="2351"/>
          </w:tcPr>
          <w:p/>
        </w:tc>
        <w:tc>
          <w:tcPr>
            <w:tcW w:type="dxa" w:w="2351"/>
          </w:tcPr>
          <w:p/>
        </w:tc>
        <w:tc>
          <w:tcPr>
            <w:tcW w:type="dxa" w:w="2351"/>
          </w:tcPr>
          <w:p/>
        </w:tc>
        <w:tc>
          <w:tcPr>
            <w:tcW w:type="dxa" w:w="2351"/>
          </w:tcPr>
          <w:p>
            <w:r>
              <w:t>die Gemeinden</w:t>
            </w:r>
            <w:r>
              <w:br/>
            </w:r>
            <w:r>
              <w:t>Emsbüren, Geeste, Stadt Haselünne, Stadt Lingen (Ems), Stadt Meppen, Salzbergen</w:t>
            </w:r>
          </w:p>
        </w:tc>
      </w:tr>
      <w:tr>
        <w:trPr>
          <w:cantSplit/>
        </w:trPr>
        <w:tc>
          <w:tcPr>
            <w:tcW w:type="dxa" w:w="2351"/>
          </w:tcPr>
          <w:p/>
        </w:tc>
        <w:tc>
          <w:tcPr>
            <w:tcW w:type="dxa" w:w="2351"/>
          </w:tcPr>
          <w:p/>
        </w:tc>
        <w:tc>
          <w:tcPr>
            <w:tcW w:type="dxa" w:w="2351"/>
          </w:tcPr>
          <w:p/>
        </w:tc>
        <w:tc>
          <w:tcPr>
            <w:tcW w:type="dxa" w:w="2351"/>
          </w:tcPr>
          <w:p>
            <w:r>
              <w:t>Samtgemeinde Freren</w:t>
            </w:r>
          </w:p>
        </w:tc>
      </w:tr>
      <w:tr>
        <w:trPr>
          <w:cantSplit/>
        </w:trPr>
        <w:tc>
          <w:tcPr>
            <w:tcW w:type="dxa" w:w="2351"/>
          </w:tcPr>
          <w:p/>
        </w:tc>
        <w:tc>
          <w:tcPr>
            <w:tcW w:type="dxa" w:w="2351"/>
          </w:tcPr>
          <w:p/>
        </w:tc>
        <w:tc>
          <w:tcPr>
            <w:tcW w:type="dxa" w:w="2351"/>
          </w:tcPr>
          <w:p/>
        </w:tc>
        <w:tc>
          <w:tcPr>
            <w:tcW w:type="dxa" w:w="2351"/>
          </w:tcPr>
          <w:p>
            <w:r>
              <w:t xml:space="preserve"> die Gemeinden</w:t>
            </w:r>
            <w:r>
              <w:br/>
            </w:r>
            <w:r>
              <w:t>Andervenne, Beesten, Stadt Freren, Messingen, Thuine</w:t>
            </w:r>
          </w:p>
        </w:tc>
      </w:tr>
      <w:tr>
        <w:trPr>
          <w:cantSplit/>
        </w:trPr>
        <w:tc>
          <w:tcPr>
            <w:tcW w:type="dxa" w:w="2351"/>
          </w:tcPr>
          <w:p/>
        </w:tc>
        <w:tc>
          <w:tcPr>
            <w:tcW w:type="dxa" w:w="2351"/>
          </w:tcPr>
          <w:p/>
        </w:tc>
        <w:tc>
          <w:tcPr>
            <w:tcW w:type="dxa" w:w="2351"/>
          </w:tcPr>
          <w:p/>
        </w:tc>
        <w:tc>
          <w:tcPr>
            <w:tcW w:type="dxa" w:w="2351"/>
          </w:tcPr>
          <w:p>
            <w:r>
              <w:t>Samtgemeinde Herzlake</w:t>
            </w:r>
          </w:p>
        </w:tc>
      </w:tr>
      <w:tr>
        <w:trPr>
          <w:cantSplit/>
        </w:trPr>
        <w:tc>
          <w:tcPr>
            <w:tcW w:type="dxa" w:w="2351"/>
          </w:tcPr>
          <w:p/>
        </w:tc>
        <w:tc>
          <w:tcPr>
            <w:tcW w:type="dxa" w:w="2351"/>
          </w:tcPr>
          <w:p/>
        </w:tc>
        <w:tc>
          <w:tcPr>
            <w:tcW w:type="dxa" w:w="2351"/>
          </w:tcPr>
          <w:p/>
        </w:tc>
        <w:tc>
          <w:tcPr>
            <w:tcW w:type="dxa" w:w="2351"/>
          </w:tcPr>
          <w:p>
            <w:r>
              <w:t xml:space="preserve"> die Gemeinden</w:t>
            </w:r>
            <w:r>
              <w:br/>
            </w:r>
            <w:r>
              <w:t>Dohren, Herzlake, Lähden</w:t>
            </w:r>
          </w:p>
        </w:tc>
      </w:tr>
      <w:tr>
        <w:trPr>
          <w:cantSplit/>
        </w:trPr>
        <w:tc>
          <w:tcPr>
            <w:tcW w:type="dxa" w:w="2351"/>
          </w:tcPr>
          <w:p/>
        </w:tc>
        <w:tc>
          <w:tcPr>
            <w:tcW w:type="dxa" w:w="2351"/>
          </w:tcPr>
          <w:p/>
        </w:tc>
        <w:tc>
          <w:tcPr>
            <w:tcW w:type="dxa" w:w="2351"/>
          </w:tcPr>
          <w:p/>
        </w:tc>
        <w:tc>
          <w:tcPr>
            <w:tcW w:type="dxa" w:w="2351"/>
          </w:tcPr>
          <w:p>
            <w:r>
              <w:t>Samtgemeinde Lengerich</w:t>
            </w:r>
          </w:p>
        </w:tc>
      </w:tr>
      <w:tr>
        <w:trPr>
          <w:cantSplit/>
        </w:trPr>
        <w:tc>
          <w:tcPr>
            <w:tcW w:type="dxa" w:w="2351"/>
          </w:tcPr>
          <w:p/>
        </w:tc>
        <w:tc>
          <w:tcPr>
            <w:tcW w:type="dxa" w:w="2351"/>
          </w:tcPr>
          <w:p/>
        </w:tc>
        <w:tc>
          <w:tcPr>
            <w:tcW w:type="dxa" w:w="2351"/>
          </w:tcPr>
          <w:p/>
        </w:tc>
        <w:tc>
          <w:tcPr>
            <w:tcW w:type="dxa" w:w="2351"/>
          </w:tcPr>
          <w:p>
            <w:r>
              <w:t xml:space="preserve"> die Gemeinden</w:t>
            </w:r>
            <w:r>
              <w:br/>
            </w:r>
            <w:r>
              <w:t>Bawinkel, Gersten, Handrup, Langen, Lengerich, Wettrup</w:t>
            </w:r>
          </w:p>
        </w:tc>
      </w:tr>
      <w:tr>
        <w:trPr>
          <w:cantSplit/>
        </w:trPr>
        <w:tc>
          <w:tcPr>
            <w:tcW w:type="dxa" w:w="2351"/>
          </w:tcPr>
          <w:p/>
        </w:tc>
        <w:tc>
          <w:tcPr>
            <w:tcW w:type="dxa" w:w="2351"/>
          </w:tcPr>
          <w:p/>
        </w:tc>
        <w:tc>
          <w:tcPr>
            <w:tcW w:type="dxa" w:w="2351"/>
          </w:tcPr>
          <w:p/>
        </w:tc>
        <w:tc>
          <w:tcPr>
            <w:tcW w:type="dxa" w:w="2351"/>
          </w:tcPr>
          <w:p>
            <w:r>
              <w:t>Samtgemeinde Spelle</w:t>
            </w:r>
          </w:p>
        </w:tc>
      </w:tr>
      <w:tr>
        <w:trPr>
          <w:cantSplit/>
        </w:trPr>
        <w:tc>
          <w:tcPr>
            <w:tcW w:type="dxa" w:w="2351"/>
          </w:tcPr>
          <w:p/>
        </w:tc>
        <w:tc>
          <w:tcPr>
            <w:tcW w:type="dxa" w:w="2351"/>
          </w:tcPr>
          <w:p/>
        </w:tc>
        <w:tc>
          <w:tcPr>
            <w:tcW w:type="dxa" w:w="2351"/>
          </w:tcPr>
          <w:p/>
        </w:tc>
        <w:tc>
          <w:tcPr>
            <w:tcW w:type="dxa" w:w="2351"/>
          </w:tcPr>
          <w:p>
            <w:r>
              <w:t xml:space="preserve"> die Gemeinden</w:t>
            </w:r>
            <w:r>
              <w:br/>
            </w:r>
            <w:r>
              <w:t>Lünne, Schapen, Spelle</w:t>
            </w:r>
          </w:p>
        </w:tc>
      </w:tr>
      <w:tr>
        <w:trPr>
          <w:cantSplit/>
        </w:trPr>
        <w:tc>
          <w:tcPr>
            <w:tcW w:type="dxa" w:w="2351"/>
          </w:tcPr>
          <w:p/>
        </w:tc>
        <w:tc>
          <w:tcPr>
            <w:tcW w:type="dxa" w:w="2351"/>
          </w:tcPr>
          <w:p/>
        </w:tc>
        <w:tc>
          <w:tcPr>
            <w:tcW w:type="dxa" w:w="4702"/>
            <w:gridSpan w:val="2"/>
          </w:tcPr>
          <w:p>
            <w:r>
              <w:t>(Übrige Gemeinden s. Wkr. 25)</w:t>
            </w:r>
          </w:p>
        </w:tc>
      </w:tr>
      <w:tr>
        <w:trPr>
          <w:cantSplit/>
        </w:trPr>
        <w:tc>
          <w:tcPr>
            <w:tcW w:type="dxa" w:w="2351"/>
          </w:tcPr>
          <w:p>
            <w:r>
              <w:t>32</w:t>
            </w:r>
          </w:p>
        </w:tc>
        <w:tc>
          <w:tcPr>
            <w:tcW w:type="dxa" w:w="2351"/>
          </w:tcPr>
          <w:p>
            <w:r>
              <w:t>Cloppenburg – Vechta</w:t>
            </w:r>
          </w:p>
        </w:tc>
        <w:tc>
          <w:tcPr>
            <w:tcW w:type="dxa" w:w="4702"/>
            <w:gridSpan w:val="2"/>
          </w:tcPr>
          <w:p>
            <w:r>
              <w:t>Landkreis Cloppenburg</w:t>
            </w:r>
          </w:p>
        </w:tc>
      </w:tr>
      <w:tr>
        <w:trPr>
          <w:cantSplit/>
        </w:trPr>
        <w:tc>
          <w:tcPr>
            <w:tcW w:type="dxa" w:w="2351"/>
          </w:tcPr>
          <w:p/>
        </w:tc>
        <w:tc>
          <w:tcPr>
            <w:tcW w:type="dxa" w:w="2351"/>
          </w:tcPr>
          <w:p/>
        </w:tc>
        <w:tc>
          <w:tcPr>
            <w:tcW w:type="dxa" w:w="4702"/>
            <w:gridSpan w:val="2"/>
          </w:tcPr>
          <w:p>
            <w:r>
              <w:t>Landkreis Vechta</w:t>
            </w:r>
          </w:p>
        </w:tc>
      </w:tr>
      <w:tr>
        <w:trPr>
          <w:cantSplit/>
        </w:trPr>
        <w:tc>
          <w:tcPr>
            <w:tcW w:type="dxa" w:w="2351"/>
          </w:tcPr>
          <w:p>
            <w:r>
              <w:t>33</w:t>
            </w:r>
          </w:p>
        </w:tc>
        <w:tc>
          <w:tcPr>
            <w:tcW w:type="dxa" w:w="2351"/>
          </w:tcPr>
          <w:p>
            <w:r>
              <w:t>Diepholz – Nienburg I</w:t>
            </w:r>
          </w:p>
        </w:tc>
        <w:tc>
          <w:tcPr>
            <w:tcW w:type="dxa" w:w="4702"/>
            <w:gridSpan w:val="2"/>
          </w:tcPr>
          <w:p>
            <w:r>
              <w:t>Landkreis Diepholz</w:t>
            </w:r>
          </w:p>
        </w:tc>
      </w:tr>
      <w:tr>
        <w:trPr>
          <w:cantSplit/>
        </w:trPr>
        <w:tc>
          <w:tcPr>
            <w:tcW w:type="dxa" w:w="2351"/>
          </w:tcPr>
          <w:p/>
        </w:tc>
        <w:tc>
          <w:tcPr>
            <w:tcW w:type="dxa" w:w="2351"/>
          </w:tcPr>
          <w:p/>
        </w:tc>
        <w:tc>
          <w:tcPr>
            <w:tcW w:type="dxa" w:w="4702"/>
            <w:gridSpan w:val="2"/>
          </w:tcPr>
          <w:p>
            <w:r>
              <w:t>vom Landkreis Nienburg (Weser)</w:t>
            </w:r>
          </w:p>
        </w:tc>
      </w:tr>
      <w:tr>
        <w:trPr>
          <w:cantSplit/>
        </w:trPr>
        <w:tc>
          <w:tcPr>
            <w:tcW w:type="dxa" w:w="2351"/>
          </w:tcPr>
          <w:p/>
        </w:tc>
        <w:tc>
          <w:tcPr>
            <w:tcW w:type="dxa" w:w="2351"/>
          </w:tcPr>
          <w:p/>
        </w:tc>
        <w:tc>
          <w:tcPr>
            <w:tcW w:type="dxa" w:w="2351"/>
          </w:tcPr>
          <w:p/>
        </w:tc>
        <w:tc>
          <w:tcPr>
            <w:tcW w:type="dxa" w:w="2351"/>
          </w:tcPr>
          <w:p>
            <w:r>
              <w:t>Samtgemeinde Grafschaft Hoya</w:t>
            </w:r>
          </w:p>
        </w:tc>
      </w:tr>
      <w:tr>
        <w:trPr>
          <w:cantSplit/>
        </w:trPr>
        <w:tc>
          <w:tcPr>
            <w:tcW w:type="dxa" w:w="2351"/>
          </w:tcPr>
          <w:p/>
        </w:tc>
        <w:tc>
          <w:tcPr>
            <w:tcW w:type="dxa" w:w="2351"/>
          </w:tcPr>
          <w:p/>
        </w:tc>
        <w:tc>
          <w:tcPr>
            <w:tcW w:type="dxa" w:w="2351"/>
          </w:tcPr>
          <w:p/>
        </w:tc>
        <w:tc>
          <w:tcPr>
            <w:tcW w:type="dxa" w:w="2351"/>
          </w:tcPr>
          <w:p>
            <w:r>
              <w:t xml:space="preserve"> die Gemeinden</w:t>
            </w:r>
            <w:r>
              <w:br/>
            </w:r>
            <w:r>
              <w:t>Flecken Bücken, Eystrup, Gandesbergen, Hämelhausen, Hassel (Weser), Hilgermissen, Stadt Hoya, Hoyerhagen, Schweringen, Warpe</w:t>
            </w:r>
          </w:p>
        </w:tc>
      </w:tr>
      <w:tr>
        <w:trPr>
          <w:cantSplit/>
        </w:trPr>
        <w:tc>
          <w:tcPr>
            <w:tcW w:type="dxa" w:w="2351"/>
          </w:tcPr>
          <w:p/>
        </w:tc>
        <w:tc>
          <w:tcPr>
            <w:tcW w:type="dxa" w:w="2351"/>
          </w:tcPr>
          <w:p/>
        </w:tc>
        <w:tc>
          <w:tcPr>
            <w:tcW w:type="dxa" w:w="2351"/>
          </w:tcPr>
          <w:p/>
        </w:tc>
        <w:tc>
          <w:tcPr>
            <w:tcW w:type="dxa" w:w="2351"/>
          </w:tcPr>
          <w:p>
            <w:r>
              <w:t>Samtgemeinde Uchte</w:t>
            </w:r>
          </w:p>
        </w:tc>
      </w:tr>
      <w:tr>
        <w:trPr>
          <w:cantSplit/>
        </w:trPr>
        <w:tc>
          <w:tcPr>
            <w:tcW w:type="dxa" w:w="2351"/>
          </w:tcPr>
          <w:p/>
        </w:tc>
        <w:tc>
          <w:tcPr>
            <w:tcW w:type="dxa" w:w="2351"/>
          </w:tcPr>
          <w:p/>
        </w:tc>
        <w:tc>
          <w:tcPr>
            <w:tcW w:type="dxa" w:w="2351"/>
          </w:tcPr>
          <w:p/>
        </w:tc>
        <w:tc>
          <w:tcPr>
            <w:tcW w:type="dxa" w:w="2351"/>
          </w:tcPr>
          <w:p>
            <w:r>
              <w:t xml:space="preserve"> die Gemeinden</w:t>
            </w:r>
            <w:r>
              <w:br/>
            </w:r>
            <w:r>
              <w:t>Flecken Diepenau, Raddestorf, Flecken Uchte, Warmsen</w:t>
            </w:r>
          </w:p>
        </w:tc>
      </w:tr>
      <w:tr>
        <w:trPr>
          <w:cantSplit/>
        </w:trPr>
        <w:tc>
          <w:tcPr>
            <w:tcW w:type="dxa" w:w="2351"/>
          </w:tcPr>
          <w:p/>
        </w:tc>
        <w:tc>
          <w:tcPr>
            <w:tcW w:type="dxa" w:w="2351"/>
          </w:tcPr>
          <w:p/>
        </w:tc>
        <w:tc>
          <w:tcPr>
            <w:tcW w:type="dxa" w:w="4702"/>
            <w:gridSpan w:val="2"/>
          </w:tcPr>
          <w:p>
            <w:r>
              <w:t>(Übrige Gemeinden s. Wkr. 40)</w:t>
            </w:r>
          </w:p>
        </w:tc>
      </w:tr>
      <w:tr>
        <w:trPr>
          <w:cantSplit/>
        </w:trPr>
        <w:tc>
          <w:tcPr>
            <w:tcW w:type="dxa" w:w="2351"/>
          </w:tcPr>
          <w:p>
            <w:r>
              <w:t>34</w:t>
            </w:r>
          </w:p>
        </w:tc>
        <w:tc>
          <w:tcPr>
            <w:tcW w:type="dxa" w:w="2351"/>
          </w:tcPr>
          <w:p>
            <w:r>
              <w:t>Osterholz – Verden</w:t>
            </w:r>
          </w:p>
        </w:tc>
        <w:tc>
          <w:tcPr>
            <w:tcW w:type="dxa" w:w="4702"/>
            <w:gridSpan w:val="2"/>
          </w:tcPr>
          <w:p>
            <w:r>
              <w:t>Landkreis Osterholz</w:t>
            </w:r>
          </w:p>
        </w:tc>
      </w:tr>
      <w:tr>
        <w:trPr>
          <w:cantSplit/>
        </w:trPr>
        <w:tc>
          <w:tcPr>
            <w:tcW w:type="dxa" w:w="2351"/>
          </w:tcPr>
          <w:p/>
        </w:tc>
        <w:tc>
          <w:tcPr>
            <w:tcW w:type="dxa" w:w="2351"/>
          </w:tcPr>
          <w:p/>
        </w:tc>
        <w:tc>
          <w:tcPr>
            <w:tcW w:type="dxa" w:w="4702"/>
            <w:gridSpan w:val="2"/>
          </w:tcPr>
          <w:p>
            <w:r>
              <w:t>Landkreis Verden</w:t>
            </w:r>
          </w:p>
        </w:tc>
      </w:tr>
      <w:tr>
        <w:trPr>
          <w:cantSplit/>
        </w:trPr>
        <w:tc>
          <w:tcPr>
            <w:tcW w:type="dxa" w:w="2351"/>
          </w:tcPr>
          <w:p>
            <w:r>
              <w:t>35</w:t>
            </w:r>
          </w:p>
        </w:tc>
        <w:tc>
          <w:tcPr>
            <w:tcW w:type="dxa" w:w="2351"/>
          </w:tcPr>
          <w:p>
            <w:r>
              <w:t>Rotenburg I – Heidekreis</w:t>
            </w:r>
          </w:p>
        </w:tc>
        <w:tc>
          <w:tcPr>
            <w:tcW w:type="dxa" w:w="4702"/>
            <w:gridSpan w:val="2"/>
          </w:tcPr>
          <w:p>
            <w:r>
              <w:t>Landkreis Heidekreis</w:t>
            </w:r>
          </w:p>
        </w:tc>
      </w:tr>
      <w:tr>
        <w:trPr>
          <w:cantSplit/>
        </w:trPr>
        <w:tc>
          <w:tcPr>
            <w:tcW w:type="dxa" w:w="2351"/>
          </w:tcPr>
          <w:p/>
        </w:tc>
        <w:tc>
          <w:tcPr>
            <w:tcW w:type="dxa" w:w="2351"/>
          </w:tcPr>
          <w:p/>
        </w:tc>
        <w:tc>
          <w:tcPr>
            <w:tcW w:type="dxa" w:w="4702"/>
            <w:gridSpan w:val="2"/>
          </w:tcPr>
          <w:p>
            <w:r>
              <w:t>vom Landkreis Rotenburg (Wümme)</w:t>
            </w:r>
          </w:p>
        </w:tc>
      </w:tr>
      <w:tr>
        <w:trPr>
          <w:cantSplit/>
        </w:trPr>
        <w:tc>
          <w:tcPr>
            <w:tcW w:type="dxa" w:w="2351"/>
          </w:tcPr>
          <w:p/>
        </w:tc>
        <w:tc>
          <w:tcPr>
            <w:tcW w:type="dxa" w:w="2351"/>
          </w:tcPr>
          <w:p/>
        </w:tc>
        <w:tc>
          <w:tcPr>
            <w:tcW w:type="dxa" w:w="2351"/>
          </w:tcPr>
          <w:p/>
        </w:tc>
        <w:tc>
          <w:tcPr>
            <w:tcW w:type="dxa" w:w="2351"/>
          </w:tcPr>
          <w:p>
            <w:r>
              <w:t>die Gemeinden</w:t>
            </w:r>
            <w:r>
              <w:br/>
            </w:r>
            <w:r>
              <w:t>Stadt Rotenburg (Wümme), Scheeßel, Stadt Visselhövede</w:t>
            </w:r>
          </w:p>
        </w:tc>
      </w:tr>
      <w:tr>
        <w:trPr>
          <w:cantSplit/>
        </w:trPr>
        <w:tc>
          <w:tcPr>
            <w:tcW w:type="dxa" w:w="2351"/>
          </w:tcPr>
          <w:p/>
        </w:tc>
        <w:tc>
          <w:tcPr>
            <w:tcW w:type="dxa" w:w="2351"/>
          </w:tcPr>
          <w:p/>
        </w:tc>
        <w:tc>
          <w:tcPr>
            <w:tcW w:type="dxa" w:w="2351"/>
          </w:tcPr>
          <w:p/>
        </w:tc>
        <w:tc>
          <w:tcPr>
            <w:tcW w:type="dxa" w:w="2351"/>
          </w:tcPr>
          <w:p>
            <w:r>
              <w:t>Samtgemeinde Bothel</w:t>
            </w:r>
          </w:p>
        </w:tc>
      </w:tr>
      <w:tr>
        <w:trPr>
          <w:cantSplit/>
        </w:trPr>
        <w:tc>
          <w:tcPr>
            <w:tcW w:type="dxa" w:w="2351"/>
          </w:tcPr>
          <w:p/>
        </w:tc>
        <w:tc>
          <w:tcPr>
            <w:tcW w:type="dxa" w:w="2351"/>
          </w:tcPr>
          <w:p/>
        </w:tc>
        <w:tc>
          <w:tcPr>
            <w:tcW w:type="dxa" w:w="2351"/>
          </w:tcPr>
          <w:p/>
        </w:tc>
        <w:tc>
          <w:tcPr>
            <w:tcW w:type="dxa" w:w="2351"/>
          </w:tcPr>
          <w:p>
            <w:r>
              <w:t xml:space="preserve"> die Gemeinden</w:t>
            </w:r>
            <w:r>
              <w:br/>
            </w:r>
            <w:r>
              <w:t>Bothel, Brockel, Hemsbünde, Hemslingen, Kirchwalsede, Westerwalsede</w:t>
            </w:r>
          </w:p>
        </w:tc>
      </w:tr>
      <w:tr>
        <w:trPr>
          <w:cantSplit/>
        </w:trPr>
        <w:tc>
          <w:tcPr>
            <w:tcW w:type="dxa" w:w="2351"/>
          </w:tcPr>
          <w:p/>
        </w:tc>
        <w:tc>
          <w:tcPr>
            <w:tcW w:type="dxa" w:w="2351"/>
          </w:tcPr>
          <w:p/>
        </w:tc>
        <w:tc>
          <w:tcPr>
            <w:tcW w:type="dxa" w:w="2351"/>
          </w:tcPr>
          <w:p/>
        </w:tc>
        <w:tc>
          <w:tcPr>
            <w:tcW w:type="dxa" w:w="2351"/>
          </w:tcPr>
          <w:p>
            <w:r>
              <w:t>Samtgemeinde Fintel</w:t>
            </w:r>
          </w:p>
        </w:tc>
      </w:tr>
      <w:tr>
        <w:trPr>
          <w:cantSplit/>
        </w:trPr>
        <w:tc>
          <w:tcPr>
            <w:tcW w:type="dxa" w:w="2351"/>
          </w:tcPr>
          <w:p/>
        </w:tc>
        <w:tc>
          <w:tcPr>
            <w:tcW w:type="dxa" w:w="2351"/>
          </w:tcPr>
          <w:p/>
        </w:tc>
        <w:tc>
          <w:tcPr>
            <w:tcW w:type="dxa" w:w="2351"/>
          </w:tcPr>
          <w:p/>
        </w:tc>
        <w:tc>
          <w:tcPr>
            <w:tcW w:type="dxa" w:w="2351"/>
          </w:tcPr>
          <w:p>
            <w:r>
              <w:t xml:space="preserve"> die Gemeinden</w:t>
            </w:r>
            <w:r>
              <w:br/>
            </w:r>
            <w:r>
              <w:t>Fintel, Helvesiek, Lauenbrück, Stemmen, Vahlde</w:t>
            </w:r>
          </w:p>
        </w:tc>
      </w:tr>
      <w:tr>
        <w:trPr>
          <w:cantSplit/>
        </w:trPr>
        <w:tc>
          <w:tcPr>
            <w:tcW w:type="dxa" w:w="2351"/>
          </w:tcPr>
          <w:p/>
        </w:tc>
        <w:tc>
          <w:tcPr>
            <w:tcW w:type="dxa" w:w="2351"/>
          </w:tcPr>
          <w:p/>
        </w:tc>
        <w:tc>
          <w:tcPr>
            <w:tcW w:type="dxa" w:w="2351"/>
          </w:tcPr>
          <w:p/>
        </w:tc>
        <w:tc>
          <w:tcPr>
            <w:tcW w:type="dxa" w:w="2351"/>
          </w:tcPr>
          <w:p>
            <w:r>
              <w:t>Samtgemeinde Sottrum</w:t>
            </w:r>
          </w:p>
        </w:tc>
      </w:tr>
      <w:tr>
        <w:trPr>
          <w:cantSplit/>
        </w:trPr>
        <w:tc>
          <w:tcPr>
            <w:tcW w:type="dxa" w:w="2351"/>
          </w:tcPr>
          <w:p/>
        </w:tc>
        <w:tc>
          <w:tcPr>
            <w:tcW w:type="dxa" w:w="2351"/>
          </w:tcPr>
          <w:p/>
        </w:tc>
        <w:tc>
          <w:tcPr>
            <w:tcW w:type="dxa" w:w="2351"/>
          </w:tcPr>
          <w:p/>
        </w:tc>
        <w:tc>
          <w:tcPr>
            <w:tcW w:type="dxa" w:w="2351"/>
          </w:tcPr>
          <w:p>
            <w:r>
              <w:t xml:space="preserve"> die Gemeinden</w:t>
            </w:r>
            <w:r>
              <w:br/>
            </w:r>
            <w:r>
              <w:t>Ahausen, Bötersen, Hassendorf, Hellwege, Horstedt, Reeßum, Sottrum</w:t>
            </w:r>
          </w:p>
        </w:tc>
      </w:tr>
      <w:tr>
        <w:trPr>
          <w:cantSplit/>
        </w:trPr>
        <w:tc>
          <w:tcPr>
            <w:tcW w:type="dxa" w:w="2351"/>
          </w:tcPr>
          <w:p/>
        </w:tc>
        <w:tc>
          <w:tcPr>
            <w:tcW w:type="dxa" w:w="2351"/>
          </w:tcPr>
          <w:p/>
        </w:tc>
        <w:tc>
          <w:tcPr>
            <w:tcW w:type="dxa" w:w="4702"/>
            <w:gridSpan w:val="2"/>
          </w:tcPr>
          <w:p>
            <w:r>
              <w:t>(Übrige Gemeinden s. Wkr. 30)</w:t>
            </w:r>
          </w:p>
        </w:tc>
      </w:tr>
      <w:tr>
        <w:trPr>
          <w:cantSplit/>
        </w:trPr>
        <w:tc>
          <w:tcPr>
            <w:tcW w:type="dxa" w:w="2351"/>
          </w:tcPr>
          <w:p>
            <w:r>
              <w:t>36</w:t>
            </w:r>
          </w:p>
        </w:tc>
        <w:tc>
          <w:tcPr>
            <w:tcW w:type="dxa" w:w="2351"/>
          </w:tcPr>
          <w:p>
            <w:r>
              <w:t>Harburg</w:t>
            </w:r>
          </w:p>
        </w:tc>
        <w:tc>
          <w:tcPr>
            <w:tcW w:type="dxa" w:w="4702"/>
            <w:gridSpan w:val="2"/>
          </w:tcPr>
          <w:p>
            <w:r>
              <w:t>Landkreis Harburg</w:t>
            </w:r>
          </w:p>
        </w:tc>
      </w:tr>
      <w:tr>
        <w:trPr>
          <w:cantSplit/>
        </w:trPr>
        <w:tc>
          <w:tcPr>
            <w:tcW w:type="dxa" w:w="2351"/>
          </w:tcPr>
          <w:p>
            <w:r>
              <w:t>37</w:t>
            </w:r>
          </w:p>
        </w:tc>
        <w:tc>
          <w:tcPr>
            <w:tcW w:type="dxa" w:w="2351"/>
            <w:vMerge w:val="restart"/>
          </w:tcPr>
          <w:p>
            <w:r>
              <w:t>Lüchow-Dannenberg – Lüneburg</w:t>
            </w:r>
          </w:p>
        </w:tc>
        <w:tc>
          <w:tcPr>
            <w:tcW w:type="dxa" w:w="4702"/>
            <w:gridSpan w:val="2"/>
          </w:tcPr>
          <w:p>
            <w:r>
              <w:t>Landkreis Lüchow-Dannenberg</w:t>
            </w:r>
          </w:p>
        </w:tc>
      </w:tr>
      <w:tr>
        <w:trPr>
          <w:cantSplit/>
        </w:trPr>
        <w:tc>
          <w:tcPr>
            <w:tcW w:type="dxa" w:w="2351"/>
          </w:tcPr>
          <w:p/>
        </w:tc>
        <w:tc>
          <w:tcPr>
            <w:tcW w:type="dxa" w:w="2351"/>
            <w:vMerge/>
          </w:tcPr>
          <w:p/>
        </w:tc>
        <w:tc>
          <w:tcPr>
            <w:tcW w:type="dxa" w:w="4702"/>
            <w:gridSpan w:val="2"/>
          </w:tcPr>
          <w:p>
            <w:r>
              <w:t>Landkreis Lüneburg</w:t>
            </w:r>
          </w:p>
        </w:tc>
      </w:tr>
      <w:tr>
        <w:trPr>
          <w:cantSplit/>
        </w:trPr>
        <w:tc>
          <w:tcPr>
            <w:tcW w:type="dxa" w:w="2351"/>
          </w:tcPr>
          <w:p>
            <w:r>
              <w:t>38</w:t>
            </w:r>
          </w:p>
        </w:tc>
        <w:tc>
          <w:tcPr>
            <w:tcW w:type="dxa" w:w="2351"/>
          </w:tcPr>
          <w:p>
            <w:r>
              <w:t>Osnabrück-Land</w:t>
            </w:r>
          </w:p>
        </w:tc>
        <w:tc>
          <w:tcPr>
            <w:tcW w:type="dxa" w:w="4702"/>
            <w:gridSpan w:val="2"/>
          </w:tcPr>
          <w:p>
            <w:r>
              <w:t>Vom Landkreis Osnabrück</w:t>
            </w:r>
          </w:p>
        </w:tc>
      </w:tr>
      <w:tr>
        <w:trPr>
          <w:cantSplit/>
        </w:trPr>
        <w:tc>
          <w:tcPr>
            <w:tcW w:type="dxa" w:w="2351"/>
          </w:tcPr>
          <w:p/>
        </w:tc>
        <w:tc>
          <w:tcPr>
            <w:tcW w:type="dxa" w:w="2351"/>
          </w:tcPr>
          <w:p/>
        </w:tc>
        <w:tc>
          <w:tcPr>
            <w:tcW w:type="dxa" w:w="2351"/>
          </w:tcPr>
          <w:p/>
        </w:tc>
        <w:tc>
          <w:tcPr>
            <w:tcW w:type="dxa" w:w="2351"/>
          </w:tcPr>
          <w:p>
            <w:r>
              <w:t>die Gemeinden</w:t>
            </w:r>
            <w:r>
              <w:br/>
            </w:r>
            <w:r>
              <w:t>Bad Essen, Stadt Bad Iburg, Bad Laer, Bad Rothenfelde, Bissendorf, Bohmte, Stadt Bramsche, Stadt Dissen am Teutoburger Wald, Glandorf, Hilter am Teutoburger Wald, Stadt Melle, Ostercappeln</w:t>
            </w:r>
          </w:p>
        </w:tc>
      </w:tr>
      <w:tr>
        <w:trPr>
          <w:cantSplit/>
        </w:trPr>
        <w:tc>
          <w:tcPr>
            <w:tcW w:type="dxa" w:w="2351"/>
          </w:tcPr>
          <w:p/>
        </w:tc>
        <w:tc>
          <w:tcPr>
            <w:tcW w:type="dxa" w:w="2351"/>
          </w:tcPr>
          <w:p/>
        </w:tc>
        <w:tc>
          <w:tcPr>
            <w:tcW w:type="dxa" w:w="2351"/>
          </w:tcPr>
          <w:p/>
        </w:tc>
        <w:tc>
          <w:tcPr>
            <w:tcW w:type="dxa" w:w="2351"/>
          </w:tcPr>
          <w:p>
            <w:r>
              <w:t>Samtgemeinde Artland</w:t>
            </w:r>
          </w:p>
        </w:tc>
      </w:tr>
      <w:tr>
        <w:trPr>
          <w:cantSplit/>
        </w:trPr>
        <w:tc>
          <w:tcPr>
            <w:tcW w:type="dxa" w:w="2351"/>
          </w:tcPr>
          <w:p/>
        </w:tc>
        <w:tc>
          <w:tcPr>
            <w:tcW w:type="dxa" w:w="2351"/>
          </w:tcPr>
          <w:p/>
        </w:tc>
        <w:tc>
          <w:tcPr>
            <w:tcW w:type="dxa" w:w="2351"/>
          </w:tcPr>
          <w:p/>
        </w:tc>
        <w:tc>
          <w:tcPr>
            <w:tcW w:type="dxa" w:w="2351"/>
          </w:tcPr>
          <w:p>
            <w:r>
              <w:t xml:space="preserve"> die Gemeinden</w:t>
            </w:r>
            <w:r>
              <w:br/>
            </w:r>
            <w:r>
              <w:t>Badbergen, Menslage, Nortrup, Stadt Quakenbrück</w:t>
            </w:r>
          </w:p>
        </w:tc>
      </w:tr>
      <w:tr>
        <w:trPr>
          <w:cantSplit/>
        </w:trPr>
        <w:tc>
          <w:tcPr>
            <w:tcW w:type="dxa" w:w="2351"/>
          </w:tcPr>
          <w:p/>
        </w:tc>
        <w:tc>
          <w:tcPr>
            <w:tcW w:type="dxa" w:w="2351"/>
          </w:tcPr>
          <w:p/>
        </w:tc>
        <w:tc>
          <w:tcPr>
            <w:tcW w:type="dxa" w:w="2351"/>
          </w:tcPr>
          <w:p/>
        </w:tc>
        <w:tc>
          <w:tcPr>
            <w:tcW w:type="dxa" w:w="2351"/>
          </w:tcPr>
          <w:p>
            <w:r>
              <w:t>Samtgemeinde Bersenbrück</w:t>
            </w:r>
          </w:p>
        </w:tc>
      </w:tr>
      <w:tr>
        <w:trPr>
          <w:cantSplit/>
        </w:trPr>
        <w:tc>
          <w:tcPr>
            <w:tcW w:type="dxa" w:w="2351"/>
          </w:tcPr>
          <w:p/>
        </w:tc>
        <w:tc>
          <w:tcPr>
            <w:tcW w:type="dxa" w:w="2351"/>
          </w:tcPr>
          <w:p/>
        </w:tc>
        <w:tc>
          <w:tcPr>
            <w:tcW w:type="dxa" w:w="2351"/>
          </w:tcPr>
          <w:p/>
        </w:tc>
        <w:tc>
          <w:tcPr>
            <w:tcW w:type="dxa" w:w="2351"/>
          </w:tcPr>
          <w:p>
            <w:r>
              <w:t xml:space="preserve"> die Gemeinden</w:t>
            </w:r>
            <w:r>
              <w:br/>
            </w:r>
            <w:r>
              <w:t>Alfhausen, Ankum, Stadt Bersenbrück, Eggermühlen, Gehrde, Kettenkamp, Rieste</w:t>
            </w:r>
          </w:p>
        </w:tc>
      </w:tr>
      <w:tr>
        <w:trPr>
          <w:cantSplit/>
        </w:trPr>
        <w:tc>
          <w:tcPr>
            <w:tcW w:type="dxa" w:w="2351"/>
          </w:tcPr>
          <w:p/>
        </w:tc>
        <w:tc>
          <w:tcPr>
            <w:tcW w:type="dxa" w:w="2351"/>
          </w:tcPr>
          <w:p/>
        </w:tc>
        <w:tc>
          <w:tcPr>
            <w:tcW w:type="dxa" w:w="2351"/>
          </w:tcPr>
          <w:p/>
        </w:tc>
        <w:tc>
          <w:tcPr>
            <w:tcW w:type="dxa" w:w="2351"/>
          </w:tcPr>
          <w:p>
            <w:r>
              <w:t>Samtgemeinde Fürstenau</w:t>
            </w:r>
          </w:p>
        </w:tc>
      </w:tr>
      <w:tr>
        <w:trPr>
          <w:cantSplit/>
        </w:trPr>
        <w:tc>
          <w:tcPr>
            <w:tcW w:type="dxa" w:w="2351"/>
          </w:tcPr>
          <w:p/>
        </w:tc>
        <w:tc>
          <w:tcPr>
            <w:tcW w:type="dxa" w:w="2351"/>
          </w:tcPr>
          <w:p/>
        </w:tc>
        <w:tc>
          <w:tcPr>
            <w:tcW w:type="dxa" w:w="2351"/>
          </w:tcPr>
          <w:p/>
        </w:tc>
        <w:tc>
          <w:tcPr>
            <w:tcW w:type="dxa" w:w="2351"/>
          </w:tcPr>
          <w:p>
            <w:r>
              <w:t xml:space="preserve"> die Gemeinden</w:t>
            </w:r>
            <w:r>
              <w:br/>
            </w:r>
            <w:r>
              <w:t>Berge, Bippen, Stadt Fürstenau</w:t>
            </w:r>
          </w:p>
        </w:tc>
      </w:tr>
      <w:tr>
        <w:trPr>
          <w:cantSplit/>
        </w:trPr>
        <w:tc>
          <w:tcPr>
            <w:tcW w:type="dxa" w:w="2351"/>
          </w:tcPr>
          <w:p/>
        </w:tc>
        <w:tc>
          <w:tcPr>
            <w:tcW w:type="dxa" w:w="2351"/>
          </w:tcPr>
          <w:p/>
        </w:tc>
        <w:tc>
          <w:tcPr>
            <w:tcW w:type="dxa" w:w="2351"/>
          </w:tcPr>
          <w:p/>
        </w:tc>
        <w:tc>
          <w:tcPr>
            <w:tcW w:type="dxa" w:w="2351"/>
          </w:tcPr>
          <w:p>
            <w:r>
              <w:t>Samtgemeinde Neuenkirchen</w:t>
            </w:r>
          </w:p>
        </w:tc>
      </w:tr>
      <w:tr>
        <w:trPr>
          <w:cantSplit/>
        </w:trPr>
        <w:tc>
          <w:tcPr>
            <w:tcW w:type="dxa" w:w="2351"/>
          </w:tcPr>
          <w:p/>
        </w:tc>
        <w:tc>
          <w:tcPr>
            <w:tcW w:type="dxa" w:w="2351"/>
          </w:tcPr>
          <w:p/>
        </w:tc>
        <w:tc>
          <w:tcPr>
            <w:tcW w:type="dxa" w:w="2351"/>
          </w:tcPr>
          <w:p/>
        </w:tc>
        <w:tc>
          <w:tcPr>
            <w:tcW w:type="dxa" w:w="2351"/>
          </w:tcPr>
          <w:p>
            <w:r>
              <w:t xml:space="preserve"> die Gemeinden</w:t>
            </w:r>
            <w:r>
              <w:br/>
            </w:r>
            <w:r>
              <w:t>Merzen, Neuenkirchen, Voltlage</w:t>
            </w:r>
          </w:p>
        </w:tc>
      </w:tr>
      <w:tr>
        <w:trPr>
          <w:cantSplit/>
        </w:trPr>
        <w:tc>
          <w:tcPr>
            <w:tcW w:type="dxa" w:w="2351"/>
          </w:tcPr>
          <w:p/>
        </w:tc>
        <w:tc>
          <w:tcPr>
            <w:tcW w:type="dxa" w:w="2351"/>
          </w:tcPr>
          <w:p/>
        </w:tc>
        <w:tc>
          <w:tcPr>
            <w:tcW w:type="dxa" w:w="4702"/>
            <w:gridSpan w:val="2"/>
          </w:tcPr>
          <w:p>
            <w:r>
              <w:t>(Übrige Gemeinden s. Wkr. 39)</w:t>
            </w:r>
          </w:p>
        </w:tc>
      </w:tr>
      <w:tr>
        <w:trPr>
          <w:cantSplit/>
        </w:trPr>
        <w:tc>
          <w:tcPr>
            <w:tcW w:type="dxa" w:w="2351"/>
          </w:tcPr>
          <w:p>
            <w:r>
              <w:t>39</w:t>
            </w:r>
          </w:p>
        </w:tc>
        <w:tc>
          <w:tcPr>
            <w:tcW w:type="dxa" w:w="2351"/>
          </w:tcPr>
          <w:p>
            <w:r>
              <w:t>Stadt Osnabrück</w:t>
            </w:r>
          </w:p>
        </w:tc>
        <w:tc>
          <w:tcPr>
            <w:tcW w:type="dxa" w:w="4702"/>
            <w:gridSpan w:val="2"/>
          </w:tcPr>
          <w:p>
            <w:r>
              <w:t>Kreisfreie Stadt Osnabrück</w:t>
            </w:r>
          </w:p>
        </w:tc>
      </w:tr>
      <w:tr>
        <w:trPr>
          <w:cantSplit/>
        </w:trPr>
        <w:tc>
          <w:tcPr>
            <w:tcW w:type="dxa" w:w="2351"/>
          </w:tcPr>
          <w:p/>
        </w:tc>
        <w:tc>
          <w:tcPr>
            <w:tcW w:type="dxa" w:w="2351"/>
          </w:tcPr>
          <w:p/>
        </w:tc>
        <w:tc>
          <w:tcPr>
            <w:tcW w:type="dxa" w:w="4702"/>
            <w:gridSpan w:val="2"/>
          </w:tcPr>
          <w:p>
            <w:r>
              <w:t>vom Landkreis Osnabrück</w:t>
            </w:r>
          </w:p>
        </w:tc>
      </w:tr>
      <w:tr>
        <w:trPr>
          <w:cantSplit/>
        </w:trPr>
        <w:tc>
          <w:tcPr>
            <w:tcW w:type="dxa" w:w="2351"/>
          </w:tcPr>
          <w:p/>
        </w:tc>
        <w:tc>
          <w:tcPr>
            <w:tcW w:type="dxa" w:w="2351"/>
          </w:tcPr>
          <w:p/>
        </w:tc>
        <w:tc>
          <w:tcPr>
            <w:tcW w:type="dxa" w:w="2351"/>
          </w:tcPr>
          <w:p/>
        </w:tc>
        <w:tc>
          <w:tcPr>
            <w:tcW w:type="dxa" w:w="2351"/>
          </w:tcPr>
          <w:p>
            <w:r>
              <w:t>die Gemeinden</w:t>
            </w:r>
            <w:r>
              <w:br/>
            </w:r>
            <w:r>
              <w:t>Belm, Stadt Georgsmarienhütte, Hagen am Teutoburger Wald, Hasbergen, Wallenhorst</w:t>
            </w:r>
          </w:p>
        </w:tc>
      </w:tr>
      <w:tr>
        <w:trPr>
          <w:cantSplit/>
        </w:trPr>
        <w:tc>
          <w:tcPr>
            <w:tcW w:type="dxa" w:w="2351"/>
          </w:tcPr>
          <w:p/>
        </w:tc>
        <w:tc>
          <w:tcPr>
            <w:tcW w:type="dxa" w:w="2351"/>
          </w:tcPr>
          <w:p/>
        </w:tc>
        <w:tc>
          <w:tcPr>
            <w:tcW w:type="dxa" w:w="4702"/>
            <w:gridSpan w:val="2"/>
          </w:tcPr>
          <w:p>
            <w:r>
              <w:t>(Übrige Gemeinden s. Wkr. 38)</w:t>
            </w:r>
          </w:p>
        </w:tc>
      </w:tr>
      <w:tr>
        <w:trPr>
          <w:cantSplit/>
        </w:trPr>
        <w:tc>
          <w:tcPr>
            <w:tcW w:type="dxa" w:w="2351"/>
          </w:tcPr>
          <w:p>
            <w:r>
              <w:t>40</w:t>
            </w:r>
          </w:p>
        </w:tc>
        <w:tc>
          <w:tcPr>
            <w:tcW w:type="dxa" w:w="2351"/>
          </w:tcPr>
          <w:p>
            <w:r>
              <w:t>Nienburg II – Schaumburg</w:t>
            </w:r>
          </w:p>
        </w:tc>
        <w:tc>
          <w:tcPr>
            <w:tcW w:type="dxa" w:w="4702"/>
            <w:gridSpan w:val="2"/>
          </w:tcPr>
          <w:p>
            <w:r>
              <w:t>Landkreis Schaumburg</w:t>
            </w:r>
          </w:p>
        </w:tc>
      </w:tr>
      <w:tr>
        <w:trPr>
          <w:cantSplit/>
        </w:trPr>
        <w:tc>
          <w:tcPr>
            <w:tcW w:type="dxa" w:w="2351"/>
          </w:tcPr>
          <w:p/>
        </w:tc>
        <w:tc>
          <w:tcPr>
            <w:tcW w:type="dxa" w:w="2351"/>
          </w:tcPr>
          <w:p/>
        </w:tc>
        <w:tc>
          <w:tcPr>
            <w:tcW w:type="dxa" w:w="4702"/>
            <w:gridSpan w:val="2"/>
          </w:tcPr>
          <w:p>
            <w:r>
              <w:t>vom Landkreis Nienburg (Weser)</w:t>
            </w:r>
          </w:p>
        </w:tc>
      </w:tr>
      <w:tr>
        <w:trPr>
          <w:cantSplit/>
        </w:trPr>
        <w:tc>
          <w:tcPr>
            <w:tcW w:type="dxa" w:w="2351"/>
          </w:tcPr>
          <w:p/>
        </w:tc>
        <w:tc>
          <w:tcPr>
            <w:tcW w:type="dxa" w:w="2351"/>
          </w:tcPr>
          <w:p/>
        </w:tc>
        <w:tc>
          <w:tcPr>
            <w:tcW w:type="dxa" w:w="2351"/>
          </w:tcPr>
          <w:p/>
        </w:tc>
        <w:tc>
          <w:tcPr>
            <w:tcW w:type="dxa" w:w="2351"/>
          </w:tcPr>
          <w:p>
            <w:r>
              <w:t>die Gemeinden</w:t>
            </w:r>
            <w:r>
              <w:br/>
            </w:r>
            <w:r>
              <w:t>Stadt Nienburg (Weser), Stadt Rehburg-Loccum, Flecken Steyerberg</w:t>
            </w:r>
          </w:p>
        </w:tc>
      </w:tr>
      <w:tr>
        <w:trPr>
          <w:cantSplit/>
        </w:trPr>
        <w:tc>
          <w:tcPr>
            <w:tcW w:type="dxa" w:w="2351"/>
          </w:tcPr>
          <w:p/>
        </w:tc>
        <w:tc>
          <w:tcPr>
            <w:tcW w:type="dxa" w:w="2351"/>
          </w:tcPr>
          <w:p/>
        </w:tc>
        <w:tc>
          <w:tcPr>
            <w:tcW w:type="dxa" w:w="2351"/>
          </w:tcPr>
          <w:p/>
        </w:tc>
        <w:tc>
          <w:tcPr>
            <w:tcW w:type="dxa" w:w="2351"/>
          </w:tcPr>
          <w:p>
            <w:r>
              <w:t>Samtgemeinde Heemsen</w:t>
            </w:r>
          </w:p>
        </w:tc>
      </w:tr>
      <w:tr>
        <w:trPr>
          <w:cantSplit/>
        </w:trPr>
        <w:tc>
          <w:tcPr>
            <w:tcW w:type="dxa" w:w="2351"/>
          </w:tcPr>
          <w:p/>
        </w:tc>
        <w:tc>
          <w:tcPr>
            <w:tcW w:type="dxa" w:w="2351"/>
          </w:tcPr>
          <w:p/>
        </w:tc>
        <w:tc>
          <w:tcPr>
            <w:tcW w:type="dxa" w:w="2351"/>
          </w:tcPr>
          <w:p/>
        </w:tc>
        <w:tc>
          <w:tcPr>
            <w:tcW w:type="dxa" w:w="2351"/>
          </w:tcPr>
          <w:p>
            <w:r>
              <w:t xml:space="preserve"> die Gemeinden</w:t>
            </w:r>
            <w:r>
              <w:br/>
            </w:r>
            <w:r>
              <w:t>Flecken Drakenburg, Haßbergen, Heemsen, Rohrsen</w:t>
            </w:r>
          </w:p>
        </w:tc>
      </w:tr>
      <w:tr>
        <w:trPr>
          <w:cantSplit/>
        </w:trPr>
        <w:tc>
          <w:tcPr>
            <w:tcW w:type="dxa" w:w="2351"/>
          </w:tcPr>
          <w:p/>
        </w:tc>
        <w:tc>
          <w:tcPr>
            <w:tcW w:type="dxa" w:w="2351"/>
          </w:tcPr>
          <w:p/>
        </w:tc>
        <w:tc>
          <w:tcPr>
            <w:tcW w:type="dxa" w:w="2351"/>
          </w:tcPr>
          <w:p/>
        </w:tc>
        <w:tc>
          <w:tcPr>
            <w:tcW w:type="dxa" w:w="2351"/>
          </w:tcPr>
          <w:p>
            <w:r>
              <w:t>Samtgemeinde Mittelweser</w:t>
            </w:r>
          </w:p>
        </w:tc>
      </w:tr>
      <w:tr>
        <w:trPr>
          <w:cantSplit/>
        </w:trPr>
        <w:tc>
          <w:tcPr>
            <w:tcW w:type="dxa" w:w="2351"/>
          </w:tcPr>
          <w:p/>
        </w:tc>
        <w:tc>
          <w:tcPr>
            <w:tcW w:type="dxa" w:w="2351"/>
          </w:tcPr>
          <w:p/>
        </w:tc>
        <w:tc>
          <w:tcPr>
            <w:tcW w:type="dxa" w:w="2351"/>
          </w:tcPr>
          <w:p/>
        </w:tc>
        <w:tc>
          <w:tcPr>
            <w:tcW w:type="dxa" w:w="2351"/>
          </w:tcPr>
          <w:p>
            <w:r>
              <w:t xml:space="preserve"> die Gemeinden</w:t>
            </w:r>
            <w:r>
              <w:br/>
            </w:r>
            <w:r>
              <w:t>Estorf, Husum, Landesbergen, Leese, Stolzenau</w:t>
            </w:r>
          </w:p>
        </w:tc>
      </w:tr>
      <w:tr>
        <w:trPr>
          <w:cantSplit/>
        </w:trPr>
        <w:tc>
          <w:tcPr>
            <w:tcW w:type="dxa" w:w="2351"/>
          </w:tcPr>
          <w:p/>
        </w:tc>
        <w:tc>
          <w:tcPr>
            <w:tcW w:type="dxa" w:w="2351"/>
          </w:tcPr>
          <w:p/>
        </w:tc>
        <w:tc>
          <w:tcPr>
            <w:tcW w:type="dxa" w:w="2351"/>
          </w:tcPr>
          <w:p/>
        </w:tc>
        <w:tc>
          <w:tcPr>
            <w:tcW w:type="dxa" w:w="2351"/>
          </w:tcPr>
          <w:p>
            <w:r>
              <w:t>Samtgemeinde Steimbke</w:t>
            </w:r>
          </w:p>
        </w:tc>
      </w:tr>
      <w:tr>
        <w:trPr>
          <w:cantSplit/>
        </w:trPr>
        <w:tc>
          <w:tcPr>
            <w:tcW w:type="dxa" w:w="2351"/>
          </w:tcPr>
          <w:p/>
        </w:tc>
        <w:tc>
          <w:tcPr>
            <w:tcW w:type="dxa" w:w="2351"/>
          </w:tcPr>
          <w:p/>
        </w:tc>
        <w:tc>
          <w:tcPr>
            <w:tcW w:type="dxa" w:w="2351"/>
          </w:tcPr>
          <w:p/>
        </w:tc>
        <w:tc>
          <w:tcPr>
            <w:tcW w:type="dxa" w:w="2351"/>
          </w:tcPr>
          <w:p>
            <w:r>
              <w:t xml:space="preserve"> die Gemeinden</w:t>
            </w:r>
            <w:r>
              <w:br/>
            </w:r>
            <w:r>
              <w:t>Linsburg, Rodewald, Steimbke, Stöckse</w:t>
            </w:r>
          </w:p>
        </w:tc>
      </w:tr>
      <w:tr>
        <w:trPr>
          <w:cantSplit/>
        </w:trPr>
        <w:tc>
          <w:tcPr>
            <w:tcW w:type="dxa" w:w="2351"/>
          </w:tcPr>
          <w:p/>
        </w:tc>
        <w:tc>
          <w:tcPr>
            <w:tcW w:type="dxa" w:w="2351"/>
          </w:tcPr>
          <w:p/>
        </w:tc>
        <w:tc>
          <w:tcPr>
            <w:tcW w:type="dxa" w:w="2351"/>
          </w:tcPr>
          <w:p/>
        </w:tc>
        <w:tc>
          <w:tcPr>
            <w:tcW w:type="dxa" w:w="2351"/>
          </w:tcPr>
          <w:p>
            <w:r>
              <w:t>Samtgemeinde Weser-Aue</w:t>
            </w:r>
          </w:p>
        </w:tc>
      </w:tr>
      <w:tr>
        <w:trPr>
          <w:cantSplit/>
        </w:trPr>
        <w:tc>
          <w:tcPr>
            <w:tcW w:type="dxa" w:w="2351"/>
          </w:tcPr>
          <w:p/>
        </w:tc>
        <w:tc>
          <w:tcPr>
            <w:tcW w:type="dxa" w:w="2351"/>
          </w:tcPr>
          <w:p/>
        </w:tc>
        <w:tc>
          <w:tcPr>
            <w:tcW w:type="dxa" w:w="2351"/>
          </w:tcPr>
          <w:p/>
        </w:tc>
        <w:tc>
          <w:tcPr>
            <w:tcW w:type="dxa" w:w="2351"/>
          </w:tcPr>
          <w:p>
            <w:r>
              <w:t xml:space="preserve"> die Gemeinden</w:t>
            </w:r>
            <w:r>
              <w:br/>
            </w:r>
            <w:r>
              <w:t>Balge, Binnen, Flecken Liebenau, Marklohe, Pennigsehl, Wietzen</w:t>
            </w:r>
          </w:p>
        </w:tc>
      </w:tr>
      <w:tr>
        <w:trPr>
          <w:cantSplit/>
        </w:trPr>
        <w:tc>
          <w:tcPr>
            <w:tcW w:type="dxa" w:w="2351"/>
          </w:tcPr>
          <w:p/>
        </w:tc>
        <w:tc>
          <w:tcPr>
            <w:tcW w:type="dxa" w:w="2351"/>
          </w:tcPr>
          <w:p/>
        </w:tc>
        <w:tc>
          <w:tcPr>
            <w:tcW w:type="dxa" w:w="4702"/>
            <w:gridSpan w:val="2"/>
          </w:tcPr>
          <w:p>
            <w:r>
              <w:t>(Übrige Gemeinden s. Wkr. 33)</w:t>
            </w:r>
          </w:p>
        </w:tc>
      </w:tr>
      <w:tr>
        <w:trPr>
          <w:cantSplit/>
        </w:trPr>
        <w:tc>
          <w:tcPr>
            <w:tcW w:type="dxa" w:w="2351"/>
          </w:tcPr>
          <w:p>
            <w:r>
              <w:t>41</w:t>
            </w:r>
          </w:p>
        </w:tc>
        <w:tc>
          <w:tcPr>
            <w:tcW w:type="dxa" w:w="2351"/>
          </w:tcPr>
          <w:p>
            <w:r>
              <w:t>Stadt Hannover I</w:t>
            </w:r>
          </w:p>
        </w:tc>
        <w:tc>
          <w:tcPr>
            <w:tcW w:type="dxa" w:w="4702"/>
            <w:gridSpan w:val="2"/>
          </w:tcPr>
          <w:p>
            <w:r>
              <w:t>„Hannover-Nord“, nördlicher Teil der Stadt Hannover, mit den Stadtteilen</w:t>
            </w:r>
          </w:p>
        </w:tc>
      </w:tr>
      <w:tr>
        <w:trPr>
          <w:cantSplit/>
        </w:trPr>
        <w:tc>
          <w:tcPr>
            <w:tcW w:type="dxa" w:w="2351"/>
          </w:tcPr>
          <w:p/>
        </w:tc>
        <w:tc>
          <w:tcPr>
            <w:tcW w:type="dxa" w:w="2351"/>
          </w:tcPr>
          <w:p/>
        </w:tc>
        <w:tc>
          <w:tcPr>
            <w:tcW w:type="dxa" w:w="2351"/>
          </w:tcPr>
          <w:p/>
        </w:tc>
        <w:tc>
          <w:tcPr>
            <w:tcW w:type="dxa" w:w="2351"/>
          </w:tcPr>
          <w:p>
            <w:r>
              <w:t>Anderten, Bothfeld, Brink-Hafen, Burg, Groß-Buchholz, Hainholz, Heideviertel, Isernhagen-Süd, Kleefeld, Lahe, Ledeburg, Leinhausen, List, Marienwerder, Misburg-Nord, Misburg-Süd, Nordhafen, Oststadt, Sahlkamp, Stöcken, Vahrenheide, Vahrenwald, Vinnhorst, Zoo</w:t>
            </w:r>
          </w:p>
        </w:tc>
      </w:tr>
      <w:tr>
        <w:trPr>
          <w:cantSplit/>
        </w:trPr>
        <w:tc>
          <w:tcPr>
            <w:tcW w:type="dxa" w:w="2351"/>
          </w:tcPr>
          <w:p/>
        </w:tc>
        <w:tc>
          <w:tcPr>
            <w:tcW w:type="dxa" w:w="2351"/>
          </w:tcPr>
          <w:p/>
        </w:tc>
        <w:tc>
          <w:tcPr>
            <w:tcW w:type="dxa" w:w="4702"/>
            <w:gridSpan w:val="2"/>
          </w:tcPr>
          <w:p>
            <w:r>
              <w:t>(Übrige Stadtteile s. Wkr. 42)</w:t>
            </w:r>
          </w:p>
        </w:tc>
      </w:tr>
      <w:tr>
        <w:trPr>
          <w:cantSplit/>
        </w:trPr>
        <w:tc>
          <w:tcPr>
            <w:tcW w:type="dxa" w:w="2351"/>
          </w:tcPr>
          <w:p>
            <w:r>
              <w:t>42</w:t>
            </w:r>
          </w:p>
        </w:tc>
        <w:tc>
          <w:tcPr>
            <w:tcW w:type="dxa" w:w="2351"/>
          </w:tcPr>
          <w:p>
            <w:r>
              <w:t>Stadt Hannover II</w:t>
            </w:r>
          </w:p>
        </w:tc>
        <w:tc>
          <w:tcPr>
            <w:tcW w:type="dxa" w:w="4702"/>
            <w:gridSpan w:val="2"/>
          </w:tcPr>
          <w:p>
            <w:r>
              <w:t>„Hannover-Süd“, südlicher Teil der Stadt Hannover, mit den Stadtteilen</w:t>
            </w:r>
          </w:p>
        </w:tc>
      </w:tr>
      <w:tr>
        <w:trPr>
          <w:cantSplit/>
        </w:trPr>
        <w:tc>
          <w:tcPr>
            <w:tcW w:type="dxa" w:w="2351"/>
          </w:tcPr>
          <w:p/>
        </w:tc>
        <w:tc>
          <w:tcPr>
            <w:tcW w:type="dxa" w:w="2351"/>
          </w:tcPr>
          <w:p/>
        </w:tc>
        <w:tc>
          <w:tcPr>
            <w:tcW w:type="dxa" w:w="2351"/>
          </w:tcPr>
          <w:p/>
        </w:tc>
        <w:tc>
          <w:tcPr>
            <w:tcW w:type="dxa" w:w="2351"/>
          </w:tcPr>
          <w:p>
            <w:r>
              <w:t>Ahlem, Badenstedt, Bemerode, Bornum, Bult, Calenberger Neustadt, Davenstedt, Döhren, Herrenhausen, Kirchrode, Limmer, Linden-Mitte, Linden-Nord, Linden-Süd, Mitte, Mittelfeld, Mühlenberg, Nordstadt, Oberricklingen, Ricklingen, Seelhorst, Südstadt, Waldhausen, Waldheim, Wettbergen, Wülfel, Wülferode</w:t>
            </w:r>
          </w:p>
        </w:tc>
      </w:tr>
      <w:tr>
        <w:trPr>
          <w:cantSplit/>
        </w:trPr>
        <w:tc>
          <w:tcPr>
            <w:tcW w:type="dxa" w:w="2351"/>
          </w:tcPr>
          <w:p/>
        </w:tc>
        <w:tc>
          <w:tcPr>
            <w:tcW w:type="dxa" w:w="2351"/>
          </w:tcPr>
          <w:p/>
        </w:tc>
        <w:tc>
          <w:tcPr>
            <w:tcW w:type="dxa" w:w="4702"/>
            <w:gridSpan w:val="2"/>
          </w:tcPr>
          <w:p>
            <w:r>
              <w:t>(Übrige Stadtteile s. Wkr. 41)</w:t>
            </w:r>
          </w:p>
        </w:tc>
      </w:tr>
      <w:tr>
        <w:trPr>
          <w:cantSplit/>
        </w:trPr>
        <w:tc>
          <w:tcPr>
            <w:tcW w:type="dxa" w:w="2351"/>
          </w:tcPr>
          <w:p>
            <w:r>
              <w:t>43</w:t>
            </w:r>
          </w:p>
        </w:tc>
        <w:tc>
          <w:tcPr>
            <w:tcW w:type="dxa" w:w="2351"/>
          </w:tcPr>
          <w:p>
            <w:r>
              <w:t>Hannover-Land I</w:t>
            </w:r>
          </w:p>
        </w:tc>
        <w:tc>
          <w:tcPr>
            <w:tcW w:type="dxa" w:w="4702"/>
            <w:gridSpan w:val="2"/>
          </w:tcPr>
          <w:p>
            <w:r>
              <w:t>Von der Region Hannover</w:t>
            </w:r>
          </w:p>
        </w:tc>
      </w:tr>
      <w:tr>
        <w:trPr>
          <w:cantSplit/>
        </w:trPr>
        <w:tc>
          <w:tcPr>
            <w:tcW w:type="dxa" w:w="2351"/>
          </w:tcPr>
          <w:p/>
        </w:tc>
        <w:tc>
          <w:tcPr>
            <w:tcW w:type="dxa" w:w="2351"/>
          </w:tcPr>
          <w:p/>
        </w:tc>
        <w:tc>
          <w:tcPr>
            <w:tcW w:type="dxa" w:w="2351"/>
          </w:tcPr>
          <w:p/>
        </w:tc>
        <w:tc>
          <w:tcPr>
            <w:tcW w:type="dxa" w:w="2351"/>
          </w:tcPr>
          <w:p>
            <w:r>
              <w:t>die Gemeinden</w:t>
            </w:r>
            <w:r>
              <w:br/>
            </w:r>
            <w:r>
              <w:t>Stadt Burgdorf, Stadt Burgwedel, Stadt Garbsen, Isernhagen, Stadt Langenhagen, Stadt Neustadt am Rübenberge, Wedemark, Stadt Wunstorf</w:t>
            </w:r>
          </w:p>
        </w:tc>
      </w:tr>
      <w:tr>
        <w:trPr>
          <w:cantSplit/>
        </w:trPr>
        <w:tc>
          <w:tcPr>
            <w:tcW w:type="dxa" w:w="2351"/>
          </w:tcPr>
          <w:p/>
        </w:tc>
        <w:tc>
          <w:tcPr>
            <w:tcW w:type="dxa" w:w="2351"/>
          </w:tcPr>
          <w:p/>
        </w:tc>
        <w:tc>
          <w:tcPr>
            <w:tcW w:type="dxa" w:w="4702"/>
            <w:gridSpan w:val="2"/>
          </w:tcPr>
          <w:p>
            <w:r>
              <w:t>(Übrige Gemeinden s. Wkr. 41, 42, 47)</w:t>
            </w:r>
          </w:p>
        </w:tc>
      </w:tr>
      <w:tr>
        <w:trPr>
          <w:cantSplit/>
        </w:trPr>
        <w:tc>
          <w:tcPr>
            <w:tcW w:type="dxa" w:w="2351"/>
          </w:tcPr>
          <w:p>
            <w:r>
              <w:t>44</w:t>
            </w:r>
          </w:p>
        </w:tc>
        <w:tc>
          <w:tcPr>
            <w:tcW w:type="dxa" w:w="2351"/>
          </w:tcPr>
          <w:p>
            <w:r>
              <w:t>Celle – Uelzen</w:t>
            </w:r>
          </w:p>
        </w:tc>
        <w:tc>
          <w:tcPr>
            <w:tcW w:type="dxa" w:w="4702"/>
            <w:gridSpan w:val="2"/>
          </w:tcPr>
          <w:p>
            <w:r>
              <w:t>Landkreis Celle</w:t>
            </w:r>
          </w:p>
        </w:tc>
      </w:tr>
      <w:tr>
        <w:trPr>
          <w:cantSplit/>
        </w:trPr>
        <w:tc>
          <w:tcPr>
            <w:tcW w:type="dxa" w:w="2351"/>
          </w:tcPr>
          <w:p/>
        </w:tc>
        <w:tc>
          <w:tcPr>
            <w:tcW w:type="dxa" w:w="2351"/>
          </w:tcPr>
          <w:p/>
        </w:tc>
        <w:tc>
          <w:tcPr>
            <w:tcW w:type="dxa" w:w="4702"/>
            <w:gridSpan w:val="2"/>
          </w:tcPr>
          <w:p>
            <w:r>
              <w:t>Landkreis Uelzen</w:t>
            </w:r>
          </w:p>
        </w:tc>
      </w:tr>
      <w:tr>
        <w:trPr>
          <w:cantSplit/>
        </w:trPr>
        <w:tc>
          <w:tcPr>
            <w:tcW w:type="dxa" w:w="2351"/>
          </w:tcPr>
          <w:p>
            <w:r>
              <w:t>45</w:t>
            </w:r>
          </w:p>
        </w:tc>
        <w:tc>
          <w:tcPr>
            <w:tcW w:type="dxa" w:w="2351"/>
          </w:tcPr>
          <w:p>
            <w:r>
              <w:t>Gifhorn – Peine</w:t>
            </w:r>
          </w:p>
        </w:tc>
        <w:tc>
          <w:tcPr>
            <w:tcW w:type="dxa" w:w="4702"/>
            <w:gridSpan w:val="2"/>
          </w:tcPr>
          <w:p>
            <w:r>
              <w:t>Landkreis Peine</w:t>
            </w:r>
          </w:p>
        </w:tc>
      </w:tr>
      <w:tr>
        <w:trPr>
          <w:cantSplit/>
        </w:trPr>
        <w:tc>
          <w:tcPr>
            <w:tcW w:type="dxa" w:w="2351"/>
          </w:tcPr>
          <w:p/>
        </w:tc>
        <w:tc>
          <w:tcPr>
            <w:tcW w:type="dxa" w:w="2351"/>
          </w:tcPr>
          <w:p/>
        </w:tc>
        <w:tc>
          <w:tcPr>
            <w:tcW w:type="dxa" w:w="4702"/>
            <w:gridSpan w:val="2"/>
          </w:tcPr>
          <w:p>
            <w:r>
              <w:t>vom Landkreis Gifhorn</w:t>
            </w:r>
          </w:p>
        </w:tc>
      </w:tr>
      <w:tr>
        <w:trPr>
          <w:cantSplit/>
        </w:trPr>
        <w:tc>
          <w:tcPr>
            <w:tcW w:type="dxa" w:w="2351"/>
          </w:tcPr>
          <w:p/>
        </w:tc>
        <w:tc>
          <w:tcPr>
            <w:tcW w:type="dxa" w:w="2351"/>
          </w:tcPr>
          <w:p/>
        </w:tc>
        <w:tc>
          <w:tcPr>
            <w:tcW w:type="dxa" w:w="2351"/>
          </w:tcPr>
          <w:p/>
        </w:tc>
        <w:tc>
          <w:tcPr>
            <w:tcW w:type="dxa" w:w="2351"/>
          </w:tcPr>
          <w:p>
            <w:r>
              <w:t>die Gemeinden</w:t>
            </w:r>
            <w:r>
              <w:br/>
            </w:r>
            <w:r>
              <w:t>Stadt Gifhorn, Sassenburg, Stadt Wittingen</w:t>
            </w:r>
          </w:p>
        </w:tc>
      </w:tr>
      <w:tr>
        <w:trPr>
          <w:cantSplit/>
        </w:trPr>
        <w:tc>
          <w:tcPr>
            <w:tcW w:type="dxa" w:w="2351"/>
          </w:tcPr>
          <w:p/>
        </w:tc>
        <w:tc>
          <w:tcPr>
            <w:tcW w:type="dxa" w:w="2351"/>
          </w:tcPr>
          <w:p/>
        </w:tc>
        <w:tc>
          <w:tcPr>
            <w:tcW w:type="dxa" w:w="2351"/>
          </w:tcPr>
          <w:p/>
        </w:tc>
        <w:tc>
          <w:tcPr>
            <w:tcW w:type="dxa" w:w="2351"/>
          </w:tcPr>
          <w:p>
            <w:r>
              <w:t>Samtgemeinde Hankensbüttel</w:t>
            </w:r>
          </w:p>
        </w:tc>
      </w:tr>
      <w:tr>
        <w:trPr>
          <w:cantSplit/>
        </w:trPr>
        <w:tc>
          <w:tcPr>
            <w:tcW w:type="dxa" w:w="2351"/>
          </w:tcPr>
          <w:p/>
        </w:tc>
        <w:tc>
          <w:tcPr>
            <w:tcW w:type="dxa" w:w="2351"/>
          </w:tcPr>
          <w:p/>
        </w:tc>
        <w:tc>
          <w:tcPr>
            <w:tcW w:type="dxa" w:w="2351"/>
          </w:tcPr>
          <w:p/>
        </w:tc>
        <w:tc>
          <w:tcPr>
            <w:tcW w:type="dxa" w:w="2351"/>
          </w:tcPr>
          <w:p>
            <w:r>
              <w:t xml:space="preserve"> die Gemeinden</w:t>
            </w:r>
            <w:r>
              <w:br/>
            </w:r>
            <w:r>
              <w:t>Dedelstorf, Hankensbüttel, Obernholz, Sprakensehl, Steinhorst</w:t>
            </w:r>
          </w:p>
        </w:tc>
      </w:tr>
      <w:tr>
        <w:trPr>
          <w:cantSplit/>
        </w:trPr>
        <w:tc>
          <w:tcPr>
            <w:tcW w:type="dxa" w:w="2351"/>
          </w:tcPr>
          <w:p/>
        </w:tc>
        <w:tc>
          <w:tcPr>
            <w:tcW w:type="dxa" w:w="2351"/>
          </w:tcPr>
          <w:p/>
        </w:tc>
        <w:tc>
          <w:tcPr>
            <w:tcW w:type="dxa" w:w="2351"/>
          </w:tcPr>
          <w:p/>
        </w:tc>
        <w:tc>
          <w:tcPr>
            <w:tcW w:type="dxa" w:w="2351"/>
          </w:tcPr>
          <w:p>
            <w:r>
              <w:t>Samtgemeinde Isenbüttel</w:t>
            </w:r>
          </w:p>
        </w:tc>
      </w:tr>
      <w:tr>
        <w:trPr>
          <w:cantSplit/>
        </w:trPr>
        <w:tc>
          <w:tcPr>
            <w:tcW w:type="dxa" w:w="2351"/>
          </w:tcPr>
          <w:p/>
        </w:tc>
        <w:tc>
          <w:tcPr>
            <w:tcW w:type="dxa" w:w="2351"/>
          </w:tcPr>
          <w:p/>
        </w:tc>
        <w:tc>
          <w:tcPr>
            <w:tcW w:type="dxa" w:w="2351"/>
          </w:tcPr>
          <w:p/>
        </w:tc>
        <w:tc>
          <w:tcPr>
            <w:tcW w:type="dxa" w:w="2351"/>
          </w:tcPr>
          <w:p>
            <w:r>
              <w:t xml:space="preserve"> die Gemeinden</w:t>
            </w:r>
            <w:r>
              <w:br/>
            </w:r>
            <w:r>
              <w:t>Calberlah, Isenbüttel, Ribbesbüttel, Wasbüttel</w:t>
            </w:r>
          </w:p>
        </w:tc>
      </w:tr>
      <w:tr>
        <w:trPr>
          <w:cantSplit/>
        </w:trPr>
        <w:tc>
          <w:tcPr>
            <w:tcW w:type="dxa" w:w="2351"/>
          </w:tcPr>
          <w:p/>
        </w:tc>
        <w:tc>
          <w:tcPr>
            <w:tcW w:type="dxa" w:w="2351"/>
          </w:tcPr>
          <w:p/>
        </w:tc>
        <w:tc>
          <w:tcPr>
            <w:tcW w:type="dxa" w:w="2351"/>
          </w:tcPr>
          <w:p/>
        </w:tc>
        <w:tc>
          <w:tcPr>
            <w:tcW w:type="dxa" w:w="2351"/>
          </w:tcPr>
          <w:p>
            <w:r>
              <w:t>Samtgemeinde Meinersen</w:t>
            </w:r>
          </w:p>
        </w:tc>
      </w:tr>
      <w:tr>
        <w:trPr>
          <w:cantSplit/>
        </w:trPr>
        <w:tc>
          <w:tcPr>
            <w:tcW w:type="dxa" w:w="2351"/>
          </w:tcPr>
          <w:p/>
        </w:tc>
        <w:tc>
          <w:tcPr>
            <w:tcW w:type="dxa" w:w="2351"/>
          </w:tcPr>
          <w:p/>
        </w:tc>
        <w:tc>
          <w:tcPr>
            <w:tcW w:type="dxa" w:w="2351"/>
          </w:tcPr>
          <w:p/>
        </w:tc>
        <w:tc>
          <w:tcPr>
            <w:tcW w:type="dxa" w:w="2351"/>
          </w:tcPr>
          <w:p>
            <w:r>
              <w:t xml:space="preserve"> die Gemeinden</w:t>
            </w:r>
            <w:r>
              <w:br/>
            </w:r>
            <w:r>
              <w:t>Hillerse, Leiferde, Meinersen, Müden (Aller)</w:t>
            </w:r>
          </w:p>
        </w:tc>
      </w:tr>
      <w:tr>
        <w:trPr>
          <w:cantSplit/>
        </w:trPr>
        <w:tc>
          <w:tcPr>
            <w:tcW w:type="dxa" w:w="2351"/>
          </w:tcPr>
          <w:p/>
        </w:tc>
        <w:tc>
          <w:tcPr>
            <w:tcW w:type="dxa" w:w="2351"/>
          </w:tcPr>
          <w:p/>
        </w:tc>
        <w:tc>
          <w:tcPr>
            <w:tcW w:type="dxa" w:w="2351"/>
          </w:tcPr>
          <w:p/>
        </w:tc>
        <w:tc>
          <w:tcPr>
            <w:tcW w:type="dxa" w:w="2351"/>
          </w:tcPr>
          <w:p>
            <w:r>
              <w:t>Samtgemeinde Papenteich</w:t>
            </w:r>
          </w:p>
        </w:tc>
      </w:tr>
      <w:tr>
        <w:trPr>
          <w:cantSplit/>
        </w:trPr>
        <w:tc>
          <w:tcPr>
            <w:tcW w:type="dxa" w:w="2351"/>
          </w:tcPr>
          <w:p/>
        </w:tc>
        <w:tc>
          <w:tcPr>
            <w:tcW w:type="dxa" w:w="2351"/>
          </w:tcPr>
          <w:p/>
        </w:tc>
        <w:tc>
          <w:tcPr>
            <w:tcW w:type="dxa" w:w="2351"/>
          </w:tcPr>
          <w:p/>
        </w:tc>
        <w:tc>
          <w:tcPr>
            <w:tcW w:type="dxa" w:w="2351"/>
          </w:tcPr>
          <w:p>
            <w:r>
              <w:t xml:space="preserve"> die Gemeinden</w:t>
            </w:r>
            <w:r>
              <w:br/>
            </w:r>
            <w:r>
              <w:t>Adenbüttel, Didderse, Meine, Rötgesbüttel, Schwülper, Vordorf</w:t>
            </w:r>
          </w:p>
        </w:tc>
      </w:tr>
      <w:tr>
        <w:trPr>
          <w:cantSplit/>
        </w:trPr>
        <w:tc>
          <w:tcPr>
            <w:tcW w:type="dxa" w:w="2351"/>
          </w:tcPr>
          <w:p/>
        </w:tc>
        <w:tc>
          <w:tcPr>
            <w:tcW w:type="dxa" w:w="2351"/>
          </w:tcPr>
          <w:p/>
        </w:tc>
        <w:tc>
          <w:tcPr>
            <w:tcW w:type="dxa" w:w="2351"/>
          </w:tcPr>
          <w:p/>
        </w:tc>
        <w:tc>
          <w:tcPr>
            <w:tcW w:type="dxa" w:w="2351"/>
          </w:tcPr>
          <w:p>
            <w:r>
              <w:t>Samtgemeinde Wesendorf</w:t>
            </w:r>
          </w:p>
        </w:tc>
      </w:tr>
      <w:tr>
        <w:trPr>
          <w:cantSplit/>
        </w:trPr>
        <w:tc>
          <w:tcPr>
            <w:tcW w:type="dxa" w:w="2351"/>
          </w:tcPr>
          <w:p/>
        </w:tc>
        <w:tc>
          <w:tcPr>
            <w:tcW w:type="dxa" w:w="2351"/>
          </w:tcPr>
          <w:p/>
        </w:tc>
        <w:tc>
          <w:tcPr>
            <w:tcW w:type="dxa" w:w="2351"/>
          </w:tcPr>
          <w:p/>
        </w:tc>
        <w:tc>
          <w:tcPr>
            <w:tcW w:type="dxa" w:w="2351"/>
          </w:tcPr>
          <w:p>
            <w:r>
              <w:t xml:space="preserve"> die Gemeinden</w:t>
            </w:r>
            <w:r>
              <w:br/>
            </w:r>
            <w:r>
              <w:t>Groß Oesingen, Schönewörde, Ummern, Wagenhoff, Wahrenholz, Wesendorf</w:t>
            </w:r>
          </w:p>
        </w:tc>
      </w:tr>
      <w:tr>
        <w:trPr>
          <w:cantSplit/>
        </w:trPr>
        <w:tc>
          <w:tcPr>
            <w:tcW w:type="dxa" w:w="2351"/>
          </w:tcPr>
          <w:p/>
        </w:tc>
        <w:tc>
          <w:tcPr>
            <w:tcW w:type="dxa" w:w="2351"/>
          </w:tcPr>
          <w:p/>
        </w:tc>
        <w:tc>
          <w:tcPr>
            <w:tcW w:type="dxa" w:w="4702"/>
            <w:gridSpan w:val="2"/>
          </w:tcPr>
          <w:p>
            <w:r>
              <w:t>(Übrige Gemeinden s. Wkr. 51)</w:t>
            </w:r>
          </w:p>
        </w:tc>
      </w:tr>
      <w:tr>
        <w:trPr>
          <w:cantSplit/>
        </w:trPr>
        <w:tc>
          <w:tcPr>
            <w:tcW w:type="dxa" w:w="2351"/>
          </w:tcPr>
          <w:p>
            <w:r>
              <w:t>46</w:t>
            </w:r>
          </w:p>
        </w:tc>
        <w:tc>
          <w:tcPr>
            <w:tcW w:type="dxa" w:w="2351"/>
            <w:vMerge w:val="restart"/>
          </w:tcPr>
          <w:p>
            <w:r>
              <w:t>Hameln-Pyrmont – Holzminden</w:t>
            </w:r>
          </w:p>
        </w:tc>
        <w:tc>
          <w:tcPr>
            <w:tcW w:type="dxa" w:w="4702"/>
            <w:gridSpan w:val="2"/>
          </w:tcPr>
          <w:p>
            <w:r>
              <w:t>Landkreis Hameln-Pyrmont</w:t>
            </w:r>
          </w:p>
        </w:tc>
      </w:tr>
      <w:tr>
        <w:trPr>
          <w:cantSplit/>
        </w:trPr>
        <w:tc>
          <w:tcPr>
            <w:tcW w:type="dxa" w:w="2351"/>
          </w:tcPr>
          <w:p/>
        </w:tc>
        <w:tc>
          <w:tcPr>
            <w:tcW w:type="dxa" w:w="2351"/>
            <w:vMerge/>
          </w:tcPr>
          <w:p/>
        </w:tc>
        <w:tc>
          <w:tcPr>
            <w:tcW w:type="dxa" w:w="4702"/>
            <w:gridSpan w:val="2"/>
          </w:tcPr>
          <w:p>
            <w:r>
              <w:t>Landkreis Holzminden</w:t>
            </w:r>
          </w:p>
        </w:tc>
      </w:tr>
      <w:tr>
        <w:trPr>
          <w:cantSplit/>
        </w:trPr>
        <w:tc>
          <w:tcPr>
            <w:tcW w:type="dxa" w:w="2351"/>
          </w:tcPr>
          <w:p/>
        </w:tc>
        <w:tc>
          <w:tcPr>
            <w:tcW w:type="dxa" w:w="2351"/>
          </w:tcPr>
          <w:p/>
        </w:tc>
        <w:tc>
          <w:tcPr>
            <w:tcW w:type="dxa" w:w="4702"/>
            <w:gridSpan w:val="2"/>
          </w:tcPr>
          <w:p>
            <w:r>
              <w:t>vom Landkreis Northeim</w:t>
            </w:r>
          </w:p>
        </w:tc>
      </w:tr>
      <w:tr>
        <w:trPr>
          <w:cantSplit/>
        </w:trPr>
        <w:tc>
          <w:tcPr>
            <w:tcW w:type="dxa" w:w="2351"/>
          </w:tcPr>
          <w:p/>
        </w:tc>
        <w:tc>
          <w:tcPr>
            <w:tcW w:type="dxa" w:w="2351"/>
          </w:tcPr>
          <w:p/>
        </w:tc>
        <w:tc>
          <w:tcPr>
            <w:tcW w:type="dxa" w:w="2351"/>
          </w:tcPr>
          <w:p/>
        </w:tc>
        <w:tc>
          <w:tcPr>
            <w:tcW w:type="dxa" w:w="2351"/>
          </w:tcPr>
          <w:p>
            <w:r>
              <w:t>die Gemeinden</w:t>
            </w:r>
            <w:r>
              <w:br/>
            </w:r>
            <w:r>
              <w:t>Flecken Bodenfelde, Stadt Uslar und das gemeindefreie Gebiet Solling</w:t>
            </w:r>
          </w:p>
        </w:tc>
      </w:tr>
      <w:tr>
        <w:trPr>
          <w:cantSplit/>
        </w:trPr>
        <w:tc>
          <w:tcPr>
            <w:tcW w:type="dxa" w:w="2351"/>
          </w:tcPr>
          <w:p/>
        </w:tc>
        <w:tc>
          <w:tcPr>
            <w:tcW w:type="dxa" w:w="2351"/>
          </w:tcPr>
          <w:p/>
        </w:tc>
        <w:tc>
          <w:tcPr>
            <w:tcW w:type="dxa" w:w="4702"/>
            <w:gridSpan w:val="2"/>
          </w:tcPr>
          <w:p>
            <w:r>
              <w:t>(Übrige Gemeinden s. Wkr. 52)</w:t>
            </w:r>
          </w:p>
        </w:tc>
      </w:tr>
      <w:tr>
        <w:trPr>
          <w:cantSplit/>
        </w:trPr>
        <w:tc>
          <w:tcPr>
            <w:tcW w:type="dxa" w:w="2351"/>
          </w:tcPr>
          <w:p>
            <w:r>
              <w:t>47</w:t>
            </w:r>
          </w:p>
        </w:tc>
        <w:tc>
          <w:tcPr>
            <w:tcW w:type="dxa" w:w="2351"/>
          </w:tcPr>
          <w:p>
            <w:r>
              <w:t>Hannover-Land II</w:t>
            </w:r>
          </w:p>
        </w:tc>
        <w:tc>
          <w:tcPr>
            <w:tcW w:type="dxa" w:w="4702"/>
            <w:gridSpan w:val="2"/>
          </w:tcPr>
          <w:p>
            <w:r>
              <w:t>Von der Region Hannover</w:t>
            </w:r>
          </w:p>
        </w:tc>
      </w:tr>
      <w:tr>
        <w:trPr>
          <w:cantSplit/>
        </w:trPr>
        <w:tc>
          <w:tcPr>
            <w:tcW w:type="dxa" w:w="2351"/>
          </w:tcPr>
          <w:p/>
        </w:tc>
        <w:tc>
          <w:tcPr>
            <w:tcW w:type="dxa" w:w="2351"/>
          </w:tcPr>
          <w:p/>
        </w:tc>
        <w:tc>
          <w:tcPr>
            <w:tcW w:type="dxa" w:w="2351"/>
          </w:tcPr>
          <w:p/>
        </w:tc>
        <w:tc>
          <w:tcPr>
            <w:tcW w:type="dxa" w:w="2351"/>
          </w:tcPr>
          <w:p>
            <w:r>
              <w:t>die Gemeinden</w:t>
            </w:r>
            <w:r>
              <w:br/>
            </w:r>
            <w:r>
              <w:t>Stadt Barsinghausen, Stadt Gehrden, Stadt Hemmingen, Stadt Laatzen, Stadt Lehrte, Stadt Pattensen, Stadt Ronnenberg, Stadt Seelze, Stadt Sehnde, Stadt Springe, Uetze, Wennigsen (Deister)</w:t>
            </w:r>
          </w:p>
        </w:tc>
      </w:tr>
      <w:tr>
        <w:trPr>
          <w:cantSplit/>
        </w:trPr>
        <w:tc>
          <w:tcPr>
            <w:tcW w:type="dxa" w:w="2351"/>
          </w:tcPr>
          <w:p/>
        </w:tc>
        <w:tc>
          <w:tcPr>
            <w:tcW w:type="dxa" w:w="2351"/>
          </w:tcPr>
          <w:p/>
        </w:tc>
        <w:tc>
          <w:tcPr>
            <w:tcW w:type="dxa" w:w="4702"/>
            <w:gridSpan w:val="2"/>
          </w:tcPr>
          <w:p>
            <w:r>
              <w:t>(Übrige Gemeinden s. Wkr. 41, 42, 43)</w:t>
            </w:r>
          </w:p>
        </w:tc>
      </w:tr>
      <w:tr>
        <w:trPr>
          <w:cantSplit/>
        </w:trPr>
        <w:tc>
          <w:tcPr>
            <w:tcW w:type="dxa" w:w="2351"/>
          </w:tcPr>
          <w:p>
            <w:r>
              <w:t>48</w:t>
            </w:r>
          </w:p>
        </w:tc>
        <w:tc>
          <w:tcPr>
            <w:tcW w:type="dxa" w:w="2351"/>
          </w:tcPr>
          <w:p>
            <w:r>
              <w:t>Hildesheim</w:t>
            </w:r>
          </w:p>
        </w:tc>
        <w:tc>
          <w:tcPr>
            <w:tcW w:type="dxa" w:w="4702"/>
            <w:gridSpan w:val="2"/>
          </w:tcPr>
          <w:p>
            <w:r>
              <w:t>Landkreis Hildesheim</w:t>
            </w:r>
          </w:p>
        </w:tc>
      </w:tr>
      <w:tr>
        <w:trPr>
          <w:cantSplit/>
        </w:trPr>
        <w:tc>
          <w:tcPr>
            <w:tcW w:type="dxa" w:w="2351"/>
          </w:tcPr>
          <w:p>
            <w:r>
              <w:t>49</w:t>
            </w:r>
          </w:p>
        </w:tc>
        <w:tc>
          <w:tcPr>
            <w:tcW w:type="dxa" w:w="2351"/>
            <w:vMerge w:val="restart"/>
          </w:tcPr>
          <w:p>
            <w:r>
              <w:t>Salzgitter – Wolfenbüttel</w:t>
            </w:r>
          </w:p>
        </w:tc>
        <w:tc>
          <w:tcPr>
            <w:tcW w:type="dxa" w:w="4702"/>
            <w:gridSpan w:val="2"/>
          </w:tcPr>
          <w:p>
            <w:r>
              <w:t>Kreisfreie Stadt Salzgitter</w:t>
            </w:r>
          </w:p>
        </w:tc>
      </w:tr>
      <w:tr>
        <w:trPr>
          <w:cantSplit/>
        </w:trPr>
        <w:tc>
          <w:tcPr>
            <w:tcW w:type="dxa" w:w="2351"/>
          </w:tcPr>
          <w:p/>
        </w:tc>
        <w:tc>
          <w:tcPr>
            <w:tcW w:type="dxa" w:w="2351"/>
            <w:vMerge/>
          </w:tcPr>
          <w:p/>
        </w:tc>
        <w:tc>
          <w:tcPr>
            <w:tcW w:type="dxa" w:w="4702"/>
            <w:gridSpan w:val="2"/>
          </w:tcPr>
          <w:p>
            <w:r>
              <w:t>Landkreis Wolfenbüttel</w:t>
            </w:r>
          </w:p>
        </w:tc>
      </w:tr>
      <w:tr>
        <w:trPr>
          <w:cantSplit/>
        </w:trPr>
        <w:tc>
          <w:tcPr>
            <w:tcW w:type="dxa" w:w="2351"/>
          </w:tcPr>
          <w:p/>
        </w:tc>
        <w:tc>
          <w:tcPr>
            <w:tcW w:type="dxa" w:w="2351"/>
          </w:tcPr>
          <w:p/>
        </w:tc>
        <w:tc>
          <w:tcPr>
            <w:tcW w:type="dxa" w:w="4702"/>
            <w:gridSpan w:val="2"/>
          </w:tcPr>
          <w:p>
            <w:r>
              <w:t>vom Landkreis Goslar</w:t>
            </w:r>
          </w:p>
        </w:tc>
      </w:tr>
      <w:tr>
        <w:trPr>
          <w:cantSplit/>
        </w:trPr>
        <w:tc>
          <w:tcPr>
            <w:tcW w:type="dxa" w:w="2351"/>
          </w:tcPr>
          <w:p/>
        </w:tc>
        <w:tc>
          <w:tcPr>
            <w:tcW w:type="dxa" w:w="2351"/>
          </w:tcPr>
          <w:p/>
        </w:tc>
        <w:tc>
          <w:tcPr>
            <w:tcW w:type="dxa" w:w="2351"/>
          </w:tcPr>
          <w:p/>
        </w:tc>
        <w:tc>
          <w:tcPr>
            <w:tcW w:type="dxa" w:w="2351"/>
          </w:tcPr>
          <w:p>
            <w:r>
              <w:t>die Gemeinden</w:t>
            </w:r>
            <w:r>
              <w:br/>
            </w:r>
            <w:r>
              <w:t>Stadt Langelsheim, Liebenburg, Stadt Seesen</w:t>
            </w:r>
          </w:p>
        </w:tc>
      </w:tr>
      <w:tr>
        <w:trPr>
          <w:cantSplit/>
        </w:trPr>
        <w:tc>
          <w:tcPr>
            <w:tcW w:type="dxa" w:w="2351"/>
          </w:tcPr>
          <w:p/>
        </w:tc>
        <w:tc>
          <w:tcPr>
            <w:tcW w:type="dxa" w:w="2351"/>
          </w:tcPr>
          <w:p/>
        </w:tc>
        <w:tc>
          <w:tcPr>
            <w:tcW w:type="dxa" w:w="4702"/>
            <w:gridSpan w:val="2"/>
          </w:tcPr>
          <w:p>
            <w:r>
              <w:t>(Übrige Gemeinden s. Wkr. 52)</w:t>
            </w:r>
          </w:p>
        </w:tc>
      </w:tr>
      <w:tr>
        <w:trPr>
          <w:cantSplit/>
        </w:trPr>
        <w:tc>
          <w:tcPr>
            <w:tcW w:type="dxa" w:w="2351"/>
          </w:tcPr>
          <w:p>
            <w:r>
              <w:t>50</w:t>
            </w:r>
          </w:p>
        </w:tc>
        <w:tc>
          <w:tcPr>
            <w:tcW w:type="dxa" w:w="2351"/>
          </w:tcPr>
          <w:p>
            <w:r>
              <w:t>Braunschweig</w:t>
            </w:r>
          </w:p>
        </w:tc>
        <w:tc>
          <w:tcPr>
            <w:tcW w:type="dxa" w:w="4702"/>
            <w:gridSpan w:val="2"/>
          </w:tcPr>
          <w:p>
            <w:r>
              <w:t>Kreisfreie Stadt Braunschweig</w:t>
            </w:r>
          </w:p>
        </w:tc>
      </w:tr>
      <w:tr>
        <w:trPr>
          <w:cantSplit/>
        </w:trPr>
        <w:tc>
          <w:tcPr>
            <w:tcW w:type="dxa" w:w="2351"/>
          </w:tcPr>
          <w:p>
            <w:r>
              <w:t>51</w:t>
            </w:r>
          </w:p>
        </w:tc>
        <w:tc>
          <w:tcPr>
            <w:tcW w:type="dxa" w:w="2351"/>
          </w:tcPr>
          <w:p>
            <w:r>
              <w:t>Helmstedt – Wolfsburg</w:t>
            </w:r>
          </w:p>
        </w:tc>
        <w:tc>
          <w:tcPr>
            <w:tcW w:type="dxa" w:w="4702"/>
            <w:gridSpan w:val="2"/>
          </w:tcPr>
          <w:p>
            <w:r>
              <w:t>Kreisfreie Stadt Wolfsburg</w:t>
            </w:r>
          </w:p>
        </w:tc>
      </w:tr>
      <w:tr>
        <w:trPr>
          <w:cantSplit/>
        </w:trPr>
        <w:tc>
          <w:tcPr>
            <w:tcW w:type="dxa" w:w="2351"/>
          </w:tcPr>
          <w:p/>
        </w:tc>
        <w:tc>
          <w:tcPr>
            <w:tcW w:type="dxa" w:w="2351"/>
          </w:tcPr>
          <w:p/>
        </w:tc>
        <w:tc>
          <w:tcPr>
            <w:tcW w:type="dxa" w:w="4702"/>
            <w:gridSpan w:val="2"/>
          </w:tcPr>
          <w:p>
            <w:r>
              <w:t>Landkreis Helmstedt</w:t>
            </w:r>
          </w:p>
        </w:tc>
      </w:tr>
      <w:tr>
        <w:trPr>
          <w:cantSplit/>
        </w:trPr>
        <w:tc>
          <w:tcPr>
            <w:tcW w:type="dxa" w:w="2351"/>
          </w:tcPr>
          <w:p/>
        </w:tc>
        <w:tc>
          <w:tcPr>
            <w:tcW w:type="dxa" w:w="2351"/>
          </w:tcPr>
          <w:p/>
        </w:tc>
        <w:tc>
          <w:tcPr>
            <w:tcW w:type="dxa" w:w="4702"/>
            <w:gridSpan w:val="2"/>
          </w:tcPr>
          <w:p>
            <w:r>
              <w:t>vom Landkreis Gifhorn</w:t>
            </w:r>
          </w:p>
        </w:tc>
      </w:tr>
      <w:tr>
        <w:trPr>
          <w:cantSplit/>
        </w:trPr>
        <w:tc>
          <w:tcPr>
            <w:tcW w:type="dxa" w:w="2351"/>
          </w:tcPr>
          <w:p/>
        </w:tc>
        <w:tc>
          <w:tcPr>
            <w:tcW w:type="dxa" w:w="2351"/>
          </w:tcPr>
          <w:p/>
        </w:tc>
        <w:tc>
          <w:tcPr>
            <w:tcW w:type="dxa" w:w="2351"/>
          </w:tcPr>
          <w:p/>
        </w:tc>
        <w:tc>
          <w:tcPr>
            <w:tcW w:type="dxa" w:w="2351"/>
          </w:tcPr>
          <w:p>
            <w:r>
              <w:t>das gemeindefreie Gebiet Giebel</w:t>
            </w:r>
          </w:p>
        </w:tc>
      </w:tr>
      <w:tr>
        <w:trPr>
          <w:cantSplit/>
        </w:trPr>
        <w:tc>
          <w:tcPr>
            <w:tcW w:type="dxa" w:w="2351"/>
          </w:tcPr>
          <w:p/>
        </w:tc>
        <w:tc>
          <w:tcPr>
            <w:tcW w:type="dxa" w:w="2351"/>
          </w:tcPr>
          <w:p/>
        </w:tc>
        <w:tc>
          <w:tcPr>
            <w:tcW w:type="dxa" w:w="2351"/>
          </w:tcPr>
          <w:p/>
        </w:tc>
        <w:tc>
          <w:tcPr>
            <w:tcW w:type="dxa" w:w="2351"/>
          </w:tcPr>
          <w:p>
            <w:r>
              <w:t>Samtgemeinde Boldecker Land</w:t>
            </w:r>
          </w:p>
        </w:tc>
      </w:tr>
      <w:tr>
        <w:trPr>
          <w:cantSplit/>
        </w:trPr>
        <w:tc>
          <w:tcPr>
            <w:tcW w:type="dxa" w:w="2351"/>
          </w:tcPr>
          <w:p/>
        </w:tc>
        <w:tc>
          <w:tcPr>
            <w:tcW w:type="dxa" w:w="2351"/>
          </w:tcPr>
          <w:p/>
        </w:tc>
        <w:tc>
          <w:tcPr>
            <w:tcW w:type="dxa" w:w="2351"/>
          </w:tcPr>
          <w:p/>
        </w:tc>
        <w:tc>
          <w:tcPr>
            <w:tcW w:type="dxa" w:w="2351"/>
          </w:tcPr>
          <w:p>
            <w:r>
              <w:t xml:space="preserve"> die Gemeinden</w:t>
            </w:r>
            <w:r>
              <w:br/>
            </w:r>
            <w:r>
              <w:t>Barwedel, Bokensdorf, Jembke, Osloß, Tappenbeck, Weyhausen</w:t>
            </w:r>
          </w:p>
        </w:tc>
      </w:tr>
      <w:tr>
        <w:trPr>
          <w:cantSplit/>
        </w:trPr>
        <w:tc>
          <w:tcPr>
            <w:tcW w:type="dxa" w:w="2351"/>
          </w:tcPr>
          <w:p/>
        </w:tc>
        <w:tc>
          <w:tcPr>
            <w:tcW w:type="dxa" w:w="2351"/>
          </w:tcPr>
          <w:p/>
        </w:tc>
        <w:tc>
          <w:tcPr>
            <w:tcW w:type="dxa" w:w="2351"/>
          </w:tcPr>
          <w:p/>
        </w:tc>
        <w:tc>
          <w:tcPr>
            <w:tcW w:type="dxa" w:w="2351"/>
          </w:tcPr>
          <w:p>
            <w:r>
              <w:t>Samtgemeinde Brome</w:t>
            </w:r>
          </w:p>
        </w:tc>
      </w:tr>
      <w:tr>
        <w:trPr>
          <w:cantSplit/>
        </w:trPr>
        <w:tc>
          <w:tcPr>
            <w:tcW w:type="dxa" w:w="2351"/>
          </w:tcPr>
          <w:p/>
        </w:tc>
        <w:tc>
          <w:tcPr>
            <w:tcW w:type="dxa" w:w="2351"/>
          </w:tcPr>
          <w:p/>
        </w:tc>
        <w:tc>
          <w:tcPr>
            <w:tcW w:type="dxa" w:w="2351"/>
          </w:tcPr>
          <w:p/>
        </w:tc>
        <w:tc>
          <w:tcPr>
            <w:tcW w:type="dxa" w:w="2351"/>
          </w:tcPr>
          <w:p>
            <w:r>
              <w:t xml:space="preserve"> die Gemeinden</w:t>
            </w:r>
            <w:r>
              <w:br/>
            </w:r>
            <w:r>
              <w:t>Bergfeld, Flecken Brome, Ehra-Lessien, Parsau, Rühen, Tiddische, Tülau</w:t>
            </w:r>
          </w:p>
        </w:tc>
      </w:tr>
      <w:tr>
        <w:trPr>
          <w:cantSplit/>
        </w:trPr>
        <w:tc>
          <w:tcPr>
            <w:tcW w:type="dxa" w:w="2351"/>
          </w:tcPr>
          <w:p/>
        </w:tc>
        <w:tc>
          <w:tcPr>
            <w:tcW w:type="dxa" w:w="2351"/>
          </w:tcPr>
          <w:p/>
        </w:tc>
        <w:tc>
          <w:tcPr>
            <w:tcW w:type="dxa" w:w="4702"/>
            <w:gridSpan w:val="2"/>
          </w:tcPr>
          <w:p>
            <w:r>
              <w:t>(Übrige Gemeinden s. Wkr. 45)</w:t>
            </w:r>
          </w:p>
        </w:tc>
      </w:tr>
      <w:tr>
        <w:trPr>
          <w:cantSplit/>
        </w:trPr>
        <w:tc>
          <w:tcPr>
            <w:tcW w:type="dxa" w:w="2351"/>
          </w:tcPr>
          <w:p>
            <w:r>
              <w:t>52</w:t>
            </w:r>
          </w:p>
        </w:tc>
        <w:tc>
          <w:tcPr>
            <w:tcW w:type="dxa" w:w="2351"/>
            <w:vMerge w:val="restart"/>
          </w:tcPr>
          <w:p>
            <w:r>
              <w:t>Goslar – Northeim – Göttingen II</w:t>
            </w:r>
          </w:p>
        </w:tc>
        <w:tc>
          <w:tcPr>
            <w:tcW w:type="dxa" w:w="4702"/>
            <w:gridSpan w:val="2"/>
          </w:tcPr>
          <w:p>
            <w:r>
              <w:t>Vom Landkreis Göttingen</w:t>
            </w:r>
          </w:p>
        </w:tc>
      </w:tr>
      <w:tr>
        <w:trPr>
          <w:cantSplit/>
        </w:trPr>
        <w:tc>
          <w:tcPr>
            <w:tcW w:type="dxa" w:w="2351"/>
          </w:tcPr>
          <w:p/>
        </w:tc>
        <w:tc>
          <w:tcPr>
            <w:tcW w:type="dxa" w:w="2351"/>
            <w:vMerge/>
          </w:tcPr>
          <w:p/>
        </w:tc>
        <w:tc>
          <w:tcPr>
            <w:tcW w:type="dxa" w:w="2351"/>
          </w:tcPr>
          <w:p/>
        </w:tc>
        <w:tc>
          <w:tcPr>
            <w:tcW w:type="dxa" w:w="2351"/>
          </w:tcPr>
          <w:p>
            <w:r>
              <w:t>die Gemeinden</w:t>
            </w:r>
            <w:r>
              <w:br/>
            </w:r>
            <w:r>
              <w:t>Bad Grund (Harz), Stadt Osterode am Harz, Walkenried und das gemeindefreie Gebiet Harz (Landkreis Göttingen)</w:t>
            </w:r>
          </w:p>
        </w:tc>
      </w:tr>
      <w:tr>
        <w:trPr>
          <w:cantSplit/>
        </w:trPr>
        <w:tc>
          <w:tcPr>
            <w:tcW w:type="dxa" w:w="2351"/>
          </w:tcPr>
          <w:p/>
        </w:tc>
        <w:tc>
          <w:tcPr>
            <w:tcW w:type="dxa" w:w="2351"/>
          </w:tcPr>
          <w:p/>
        </w:tc>
        <w:tc>
          <w:tcPr>
            <w:tcW w:type="dxa" w:w="2351"/>
          </w:tcPr>
          <w:p/>
        </w:tc>
        <w:tc>
          <w:tcPr>
            <w:tcW w:type="dxa" w:w="2351"/>
          </w:tcPr>
          <w:p>
            <w:r>
              <w:t>Samtgemeinde Hattorf am Harz</w:t>
            </w:r>
          </w:p>
        </w:tc>
      </w:tr>
      <w:tr>
        <w:trPr>
          <w:cantSplit/>
        </w:trPr>
        <w:tc>
          <w:tcPr>
            <w:tcW w:type="dxa" w:w="2351"/>
          </w:tcPr>
          <w:p/>
        </w:tc>
        <w:tc>
          <w:tcPr>
            <w:tcW w:type="dxa" w:w="2351"/>
          </w:tcPr>
          <w:p/>
        </w:tc>
        <w:tc>
          <w:tcPr>
            <w:tcW w:type="dxa" w:w="2351"/>
          </w:tcPr>
          <w:p/>
        </w:tc>
        <w:tc>
          <w:tcPr>
            <w:tcW w:type="dxa" w:w="2351"/>
          </w:tcPr>
          <w:p>
            <w:r>
              <w:t xml:space="preserve"> die Gemeinden</w:t>
            </w:r>
            <w:r>
              <w:br/>
            </w:r>
            <w:r>
              <w:t>Elbingerode, Hattorf am Harz, Hörden am Harz, Wulften am Harz</w:t>
            </w:r>
          </w:p>
        </w:tc>
      </w:tr>
      <w:tr>
        <w:trPr>
          <w:cantSplit/>
        </w:trPr>
        <w:tc>
          <w:tcPr>
            <w:tcW w:type="dxa" w:w="2351"/>
          </w:tcPr>
          <w:p/>
        </w:tc>
        <w:tc>
          <w:tcPr>
            <w:tcW w:type="dxa" w:w="2351"/>
          </w:tcPr>
          <w:p/>
        </w:tc>
        <w:tc>
          <w:tcPr>
            <w:tcW w:type="dxa" w:w="4702"/>
            <w:gridSpan w:val="2"/>
          </w:tcPr>
          <w:p>
            <w:r>
              <w:t>(Übrige Gemeinden s. Wkr. 53)</w:t>
            </w:r>
          </w:p>
        </w:tc>
      </w:tr>
      <w:tr>
        <w:trPr>
          <w:cantSplit/>
        </w:trPr>
        <w:tc>
          <w:tcPr>
            <w:tcW w:type="dxa" w:w="2351"/>
          </w:tcPr>
          <w:p/>
        </w:tc>
        <w:tc>
          <w:tcPr>
            <w:tcW w:type="dxa" w:w="2351"/>
          </w:tcPr>
          <w:p/>
        </w:tc>
        <w:tc>
          <w:tcPr>
            <w:tcW w:type="dxa" w:w="4702"/>
            <w:gridSpan w:val="2"/>
          </w:tcPr>
          <w:p>
            <w:r>
              <w:t>vom Landkreis Goslar</w:t>
            </w:r>
          </w:p>
        </w:tc>
      </w:tr>
      <w:tr>
        <w:trPr>
          <w:cantSplit/>
        </w:trPr>
        <w:tc>
          <w:tcPr>
            <w:tcW w:type="dxa" w:w="2351"/>
          </w:tcPr>
          <w:p/>
        </w:tc>
        <w:tc>
          <w:tcPr>
            <w:tcW w:type="dxa" w:w="2351"/>
          </w:tcPr>
          <w:p/>
        </w:tc>
        <w:tc>
          <w:tcPr>
            <w:tcW w:type="dxa" w:w="2351"/>
          </w:tcPr>
          <w:p/>
        </w:tc>
        <w:tc>
          <w:tcPr>
            <w:tcW w:type="dxa" w:w="2351"/>
          </w:tcPr>
          <w:p>
            <w:r>
              <w:t>die Gemeinden</w:t>
            </w:r>
            <w:r>
              <w:br/>
            </w:r>
            <w:r>
              <w:t>Stadt Bad Harzburg, Stadt Braunlage, Berg- und Universitätsstadt Clausthal-Zellerfeld, Stadt Goslar und das gemeindefreie Gebiet Harz (Landkreis Goslar)</w:t>
            </w:r>
          </w:p>
        </w:tc>
      </w:tr>
      <w:tr>
        <w:trPr>
          <w:cantSplit/>
        </w:trPr>
        <w:tc>
          <w:tcPr>
            <w:tcW w:type="dxa" w:w="2351"/>
          </w:tcPr>
          <w:p/>
        </w:tc>
        <w:tc>
          <w:tcPr>
            <w:tcW w:type="dxa" w:w="2351"/>
          </w:tcPr>
          <w:p/>
        </w:tc>
        <w:tc>
          <w:tcPr>
            <w:tcW w:type="dxa" w:w="4702"/>
            <w:gridSpan w:val="2"/>
          </w:tcPr>
          <w:p>
            <w:r>
              <w:t>(Übrige Gemeinden s. Wkr. 49)</w:t>
            </w:r>
          </w:p>
        </w:tc>
      </w:tr>
      <w:tr>
        <w:trPr>
          <w:cantSplit/>
        </w:trPr>
        <w:tc>
          <w:tcPr>
            <w:tcW w:type="dxa" w:w="2351"/>
          </w:tcPr>
          <w:p/>
        </w:tc>
        <w:tc>
          <w:tcPr>
            <w:tcW w:type="dxa" w:w="2351"/>
          </w:tcPr>
          <w:p/>
        </w:tc>
        <w:tc>
          <w:tcPr>
            <w:tcW w:type="dxa" w:w="4702"/>
            <w:gridSpan w:val="2"/>
          </w:tcPr>
          <w:p>
            <w:r>
              <w:t>vom Landkreis Northeim</w:t>
            </w:r>
          </w:p>
        </w:tc>
      </w:tr>
      <w:tr>
        <w:trPr>
          <w:cantSplit/>
        </w:trPr>
        <w:tc>
          <w:tcPr>
            <w:tcW w:type="dxa" w:w="2351"/>
          </w:tcPr>
          <w:p/>
        </w:tc>
        <w:tc>
          <w:tcPr>
            <w:tcW w:type="dxa" w:w="2351"/>
          </w:tcPr>
          <w:p/>
        </w:tc>
        <w:tc>
          <w:tcPr>
            <w:tcW w:type="dxa" w:w="2351"/>
          </w:tcPr>
          <w:p/>
        </w:tc>
        <w:tc>
          <w:tcPr>
            <w:tcW w:type="dxa" w:w="2351"/>
          </w:tcPr>
          <w:p>
            <w:r>
              <w:t>die Gemeinden</w:t>
            </w:r>
            <w:r>
              <w:br/>
            </w:r>
            <w:r>
              <w:t>Stadt Bad Gandersheim, Stadt Dassel, Stadt Einbeck, Stadt Hardegsen, Kalefeld, Katlenburg-Lindau, Stadt Moringen, Flecken Nörten-Hardenberg, Stadt Northeim</w:t>
            </w:r>
          </w:p>
        </w:tc>
      </w:tr>
      <w:tr>
        <w:trPr>
          <w:cantSplit/>
        </w:trPr>
        <w:tc>
          <w:tcPr>
            <w:tcW w:type="dxa" w:w="2351"/>
          </w:tcPr>
          <w:p/>
        </w:tc>
        <w:tc>
          <w:tcPr>
            <w:tcW w:type="dxa" w:w="2351"/>
          </w:tcPr>
          <w:p/>
        </w:tc>
        <w:tc>
          <w:tcPr>
            <w:tcW w:type="dxa" w:w="4702"/>
            <w:gridSpan w:val="2"/>
          </w:tcPr>
          <w:p>
            <w:r>
              <w:t>(Übrige Gemeinden s. Wkr. 46)</w:t>
            </w:r>
          </w:p>
        </w:tc>
      </w:tr>
      <w:tr>
        <w:trPr>
          <w:cantSplit/>
        </w:trPr>
        <w:tc>
          <w:tcPr>
            <w:tcW w:type="dxa" w:w="2351"/>
          </w:tcPr>
          <w:p>
            <w:r>
              <w:t>53</w:t>
            </w:r>
          </w:p>
        </w:tc>
        <w:tc>
          <w:tcPr>
            <w:tcW w:type="dxa" w:w="2351"/>
          </w:tcPr>
          <w:p>
            <w:r>
              <w:t>Göttingen I</w:t>
            </w:r>
          </w:p>
        </w:tc>
        <w:tc>
          <w:tcPr>
            <w:tcW w:type="dxa" w:w="4702"/>
            <w:gridSpan w:val="2"/>
          </w:tcPr>
          <w:p>
            <w:r>
              <w:t>Vom Landkreis Göttingen</w:t>
            </w:r>
          </w:p>
        </w:tc>
      </w:tr>
      <w:tr>
        <w:trPr>
          <w:cantSplit/>
        </w:trPr>
        <w:tc>
          <w:tcPr>
            <w:tcW w:type="dxa" w:w="2351"/>
          </w:tcPr>
          <w:p/>
        </w:tc>
        <w:tc>
          <w:tcPr>
            <w:tcW w:type="dxa" w:w="2351"/>
          </w:tcPr>
          <w:p/>
        </w:tc>
        <w:tc>
          <w:tcPr>
            <w:tcW w:type="dxa" w:w="2351"/>
          </w:tcPr>
          <w:p/>
        </w:tc>
        <w:tc>
          <w:tcPr>
            <w:tcW w:type="dxa" w:w="2351"/>
          </w:tcPr>
          <w:p>
            <w:r>
              <w:t>die Gemeinden</w:t>
            </w:r>
            <w:r>
              <w:br/>
            </w:r>
            <w:r>
              <w:t>Flecken Adelebsen, Stadt Bad Lauterberg im Harz, Stadt Bad Sachsa, Flecken Bovenden, Stadt Duderstadt, Friedland, Gleichen, Stadt Göttingen, Stadt Hann. Münden, Stadt Herzberg am Harz, Rosdorf, Staufenberg</w:t>
            </w:r>
          </w:p>
        </w:tc>
      </w:tr>
      <w:tr>
        <w:trPr>
          <w:cantSplit/>
        </w:trPr>
        <w:tc>
          <w:tcPr>
            <w:tcW w:type="dxa" w:w="2351"/>
          </w:tcPr>
          <w:p/>
        </w:tc>
        <w:tc>
          <w:tcPr>
            <w:tcW w:type="dxa" w:w="2351"/>
          </w:tcPr>
          <w:p/>
        </w:tc>
        <w:tc>
          <w:tcPr>
            <w:tcW w:type="dxa" w:w="2351"/>
          </w:tcPr>
          <w:p/>
        </w:tc>
        <w:tc>
          <w:tcPr>
            <w:tcW w:type="dxa" w:w="2351"/>
          </w:tcPr>
          <w:p>
            <w:r>
              <w:t>Samtgemeinde Dransfeld</w:t>
            </w:r>
          </w:p>
        </w:tc>
      </w:tr>
      <w:tr>
        <w:trPr>
          <w:cantSplit/>
        </w:trPr>
        <w:tc>
          <w:tcPr>
            <w:tcW w:type="dxa" w:w="2351"/>
          </w:tcPr>
          <w:p/>
        </w:tc>
        <w:tc>
          <w:tcPr>
            <w:tcW w:type="dxa" w:w="2351"/>
          </w:tcPr>
          <w:p/>
        </w:tc>
        <w:tc>
          <w:tcPr>
            <w:tcW w:type="dxa" w:w="2351"/>
          </w:tcPr>
          <w:p/>
        </w:tc>
        <w:tc>
          <w:tcPr>
            <w:tcW w:type="dxa" w:w="2351"/>
          </w:tcPr>
          <w:p>
            <w:r>
              <w:t xml:space="preserve"> die Gemeinden</w:t>
            </w:r>
            <w:r>
              <w:br/>
            </w:r>
            <w:r>
              <w:t>Bühren, Stadt Dransfeld, Jühnde, Niemetal, Scheden</w:t>
            </w:r>
          </w:p>
        </w:tc>
      </w:tr>
      <w:tr>
        <w:trPr>
          <w:cantSplit/>
        </w:trPr>
        <w:tc>
          <w:tcPr>
            <w:tcW w:type="dxa" w:w="2351"/>
          </w:tcPr>
          <w:p/>
        </w:tc>
        <w:tc>
          <w:tcPr>
            <w:tcW w:type="dxa" w:w="2351"/>
          </w:tcPr>
          <w:p/>
        </w:tc>
        <w:tc>
          <w:tcPr>
            <w:tcW w:type="dxa" w:w="2351"/>
          </w:tcPr>
          <w:p/>
        </w:tc>
        <w:tc>
          <w:tcPr>
            <w:tcW w:type="dxa" w:w="2351"/>
          </w:tcPr>
          <w:p>
            <w:r>
              <w:t>Samtgemeinde Gieboldehausen</w:t>
            </w:r>
          </w:p>
        </w:tc>
      </w:tr>
      <w:tr>
        <w:trPr>
          <w:cantSplit/>
        </w:trPr>
        <w:tc>
          <w:tcPr>
            <w:tcW w:type="dxa" w:w="2351"/>
          </w:tcPr>
          <w:p/>
        </w:tc>
        <w:tc>
          <w:tcPr>
            <w:tcW w:type="dxa" w:w="2351"/>
          </w:tcPr>
          <w:p/>
        </w:tc>
        <w:tc>
          <w:tcPr>
            <w:tcW w:type="dxa" w:w="2351"/>
          </w:tcPr>
          <w:p/>
        </w:tc>
        <w:tc>
          <w:tcPr>
            <w:tcW w:type="dxa" w:w="2351"/>
          </w:tcPr>
          <w:p>
            <w:r>
              <w:t xml:space="preserve"> die Gemeinden</w:t>
            </w:r>
            <w:r>
              <w:br/>
            </w:r>
            <w:r>
              <w:t>Bilshausen, Bodensee, Flecken Gieboldehausen, Krebeck, Obernfeld, Rhumspringe, Rollshausen, Rüdershausen, Wollbrandshausen, Wollershausen</w:t>
            </w:r>
          </w:p>
        </w:tc>
      </w:tr>
      <w:tr>
        <w:trPr>
          <w:cantSplit/>
        </w:trPr>
        <w:tc>
          <w:tcPr>
            <w:tcW w:type="dxa" w:w="2351"/>
          </w:tcPr>
          <w:p/>
        </w:tc>
        <w:tc>
          <w:tcPr>
            <w:tcW w:type="dxa" w:w="2351"/>
          </w:tcPr>
          <w:p/>
        </w:tc>
        <w:tc>
          <w:tcPr>
            <w:tcW w:type="dxa" w:w="2351"/>
          </w:tcPr>
          <w:p/>
        </w:tc>
        <w:tc>
          <w:tcPr>
            <w:tcW w:type="dxa" w:w="2351"/>
          </w:tcPr>
          <w:p>
            <w:r>
              <w:t>Samtgemeinde Radolfshausen</w:t>
            </w:r>
          </w:p>
        </w:tc>
      </w:tr>
      <w:tr>
        <w:trPr>
          <w:cantSplit/>
        </w:trPr>
        <w:tc>
          <w:tcPr>
            <w:tcW w:type="dxa" w:w="2351"/>
          </w:tcPr>
          <w:p/>
        </w:tc>
        <w:tc>
          <w:tcPr>
            <w:tcW w:type="dxa" w:w="2351"/>
          </w:tcPr>
          <w:p/>
        </w:tc>
        <w:tc>
          <w:tcPr>
            <w:tcW w:type="dxa" w:w="2351"/>
          </w:tcPr>
          <w:p/>
        </w:tc>
        <w:tc>
          <w:tcPr>
            <w:tcW w:type="dxa" w:w="2351"/>
          </w:tcPr>
          <w:p>
            <w:r>
              <w:t xml:space="preserve"> die Gemeinden</w:t>
            </w:r>
            <w:r>
              <w:br/>
            </w:r>
            <w:r>
              <w:t>Ebergötzen, Landolfshausen, Seeburg, Seulingen, Waake</w:t>
            </w:r>
          </w:p>
        </w:tc>
      </w:tr>
      <w:tr>
        <w:trPr>
          <w:cantSplit/>
        </w:trPr>
        <w:tc>
          <w:tcPr>
            <w:tcW w:type="dxa" w:w="2351"/>
          </w:tcPr>
          <w:p/>
        </w:tc>
        <w:tc>
          <w:tcPr>
            <w:tcW w:type="dxa" w:w="2351"/>
          </w:tcPr>
          <w:p/>
        </w:tc>
        <w:tc>
          <w:tcPr>
            <w:tcW w:type="dxa" w:w="4702"/>
            <w:gridSpan w:val="2"/>
          </w:tcPr>
          <w:p>
            <w:r>
              <w:t>(Übrige Gemeinden s. Wkr. 52)</w:t>
            </w:r>
          </w:p>
        </w:tc>
      </w:tr>
      <w:tr>
        <w:trPr>
          <w:cantSplit/>
        </w:trPr>
        <w:tc>
          <w:tcPr>
            <w:tcW w:type="dxa" w:w="9404"/>
            <w:gridSpan w:val="4"/>
          </w:tcPr>
          <w:p>
            <w:r>
              <w:rPr>
                <w:b/>
              </w:rPr>
              <w:t>Bremen</w:t>
            </w:r>
          </w:p>
        </w:tc>
      </w:tr>
      <w:tr>
        <w:trPr>
          <w:cantSplit/>
        </w:trPr>
        <w:tc>
          <w:tcPr>
            <w:tcW w:type="dxa" w:w="2351"/>
          </w:tcPr>
          <w:p>
            <w:r>
              <w:t>54</w:t>
            </w:r>
          </w:p>
        </w:tc>
        <w:tc>
          <w:tcPr>
            <w:tcW w:type="dxa" w:w="2351"/>
          </w:tcPr>
          <w:p>
            <w:r>
              <w:t>Bremen I</w:t>
            </w:r>
          </w:p>
        </w:tc>
        <w:tc>
          <w:tcPr>
            <w:tcW w:type="dxa" w:w="4702"/>
            <w:gridSpan w:val="2"/>
          </w:tcPr>
          <w:p>
            <w:r>
              <w:t>Von der kreisfreien Stadt Bremen</w:t>
            </w:r>
          </w:p>
        </w:tc>
      </w:tr>
      <w:tr>
        <w:trPr>
          <w:cantSplit/>
        </w:trPr>
        <w:tc>
          <w:tcPr>
            <w:tcW w:type="dxa" w:w="2351"/>
          </w:tcPr>
          <w:p/>
        </w:tc>
        <w:tc>
          <w:tcPr>
            <w:tcW w:type="dxa" w:w="2351"/>
          </w:tcPr>
          <w:p/>
        </w:tc>
        <w:tc>
          <w:tcPr>
            <w:tcW w:type="dxa" w:w="2351"/>
          </w:tcPr>
          <w:p/>
        </w:tc>
        <w:tc>
          <w:tcPr>
            <w:tcW w:type="dxa" w:w="2351"/>
          </w:tcPr>
          <w:p>
            <w:r>
              <w:t>der Stadtbezirk Ost (Ortsteile 311 bis 385 und Stadtteil Oberneuland)</w:t>
            </w:r>
          </w:p>
        </w:tc>
      </w:tr>
      <w:tr>
        <w:trPr>
          <w:cantSplit/>
        </w:trPr>
        <w:tc>
          <w:tcPr>
            <w:tcW w:type="dxa" w:w="2351"/>
          </w:tcPr>
          <w:p/>
        </w:tc>
        <w:tc>
          <w:tcPr>
            <w:tcW w:type="dxa" w:w="2351"/>
          </w:tcPr>
          <w:p/>
        </w:tc>
        <w:tc>
          <w:tcPr>
            <w:tcW w:type="dxa" w:w="2351"/>
          </w:tcPr>
          <w:p/>
        </w:tc>
        <w:tc>
          <w:tcPr>
            <w:tcW w:type="dxa" w:w="2351"/>
          </w:tcPr>
          <w:p>
            <w:r>
              <w:t>vom Stadtbezirk Mitte</w:t>
            </w:r>
          </w:p>
        </w:tc>
      </w:tr>
      <w:tr>
        <w:trPr>
          <w:cantSplit/>
        </w:trPr>
        <w:tc>
          <w:tcPr>
            <w:tcW w:type="dxa" w:w="2351"/>
          </w:tcPr>
          <w:p/>
        </w:tc>
        <w:tc>
          <w:tcPr>
            <w:tcW w:type="dxa" w:w="2351"/>
          </w:tcPr>
          <w:p/>
        </w:tc>
        <w:tc>
          <w:tcPr>
            <w:tcW w:type="dxa" w:w="2351"/>
          </w:tcPr>
          <w:p/>
        </w:tc>
        <w:tc>
          <w:tcPr>
            <w:tcW w:type="dxa" w:w="2351"/>
          </w:tcPr>
          <w:p>
            <w:r>
              <w:t xml:space="preserve"> der Stadtteil</w:t>
            </w:r>
            <w:r>
              <w:br/>
            </w:r>
            <w:r>
              <w:t>Mitte (Ortsteile 111 bis 113)</w:t>
            </w:r>
          </w:p>
        </w:tc>
      </w:tr>
      <w:tr>
        <w:trPr>
          <w:cantSplit/>
        </w:trPr>
        <w:tc>
          <w:tcPr>
            <w:tcW w:type="dxa" w:w="2351"/>
          </w:tcPr>
          <w:p/>
        </w:tc>
        <w:tc>
          <w:tcPr>
            <w:tcW w:type="dxa" w:w="2351"/>
          </w:tcPr>
          <w:p/>
        </w:tc>
        <w:tc>
          <w:tcPr>
            <w:tcW w:type="dxa" w:w="2351"/>
          </w:tcPr>
          <w:p/>
        </w:tc>
        <w:tc>
          <w:tcPr>
            <w:tcW w:type="dxa" w:w="2351"/>
          </w:tcPr>
          <w:p>
            <w:r>
              <w:t>vom Stadtbezirk Süd</w:t>
            </w:r>
          </w:p>
        </w:tc>
      </w:tr>
      <w:tr>
        <w:trPr>
          <w:cantSplit/>
        </w:trPr>
        <w:tc>
          <w:tcPr>
            <w:tcW w:type="dxa" w:w="2351"/>
          </w:tcPr>
          <w:p/>
        </w:tc>
        <w:tc>
          <w:tcPr>
            <w:tcW w:type="dxa" w:w="2351"/>
          </w:tcPr>
          <w:p/>
        </w:tc>
        <w:tc>
          <w:tcPr>
            <w:tcW w:type="dxa" w:w="2351"/>
          </w:tcPr>
          <w:p/>
        </w:tc>
        <w:tc>
          <w:tcPr>
            <w:tcW w:type="dxa" w:w="2351"/>
          </w:tcPr>
          <w:p>
            <w:r>
              <w:t xml:space="preserve"> die Stadtteile</w:t>
            </w:r>
            <w:r>
              <w:br/>
            </w:r>
            <w:r>
              <w:t>Neustadt, Obervieland, Huchting (Ortsteile 211 bis 244)</w:t>
            </w:r>
          </w:p>
        </w:tc>
      </w:tr>
      <w:tr>
        <w:trPr>
          <w:cantSplit/>
        </w:trPr>
        <w:tc>
          <w:tcPr>
            <w:tcW w:type="dxa" w:w="2351"/>
          </w:tcPr>
          <w:p/>
        </w:tc>
        <w:tc>
          <w:tcPr>
            <w:tcW w:type="dxa" w:w="2351"/>
          </w:tcPr>
          <w:p/>
        </w:tc>
        <w:tc>
          <w:tcPr>
            <w:tcW w:type="dxa" w:w="4702"/>
            <w:gridSpan w:val="2"/>
          </w:tcPr>
          <w:p>
            <w:r>
              <w:t>(Übrige Stadt- und Ortsteile s. Wkr. 55)</w:t>
            </w:r>
          </w:p>
        </w:tc>
      </w:tr>
      <w:tr>
        <w:trPr>
          <w:cantSplit/>
        </w:trPr>
        <w:tc>
          <w:tcPr>
            <w:tcW w:type="dxa" w:w="2351"/>
          </w:tcPr>
          <w:p>
            <w:r>
              <w:t>55</w:t>
            </w:r>
          </w:p>
        </w:tc>
        <w:tc>
          <w:tcPr>
            <w:tcW w:type="dxa" w:w="2351"/>
            <w:vMerge w:val="restart"/>
          </w:tcPr>
          <w:p>
            <w:r>
              <w:t>Bremen II – Bremerhaven</w:t>
            </w:r>
          </w:p>
        </w:tc>
        <w:tc>
          <w:tcPr>
            <w:tcW w:type="dxa" w:w="4702"/>
            <w:gridSpan w:val="2"/>
          </w:tcPr>
          <w:p>
            <w:r>
              <w:t>Von der kreisfreien Stadt Bremen</w:t>
            </w:r>
          </w:p>
        </w:tc>
      </w:tr>
      <w:tr>
        <w:trPr>
          <w:cantSplit/>
        </w:trPr>
        <w:tc>
          <w:tcPr>
            <w:tcW w:type="dxa" w:w="2351"/>
          </w:tcPr>
          <w:p/>
        </w:tc>
        <w:tc>
          <w:tcPr>
            <w:tcW w:type="dxa" w:w="2351"/>
            <w:vMerge/>
          </w:tcPr>
          <w:p/>
        </w:tc>
        <w:tc>
          <w:tcPr>
            <w:tcW w:type="dxa" w:w="2351"/>
          </w:tcPr>
          <w:p/>
        </w:tc>
        <w:tc>
          <w:tcPr>
            <w:tcW w:type="dxa" w:w="2351"/>
          </w:tcPr>
          <w:p>
            <w:r>
              <w:t>der Stadtbezirk West (Ortsteile 411 bis 445)</w:t>
            </w:r>
          </w:p>
        </w:tc>
      </w:tr>
      <w:tr>
        <w:trPr>
          <w:cantSplit/>
        </w:trPr>
        <w:tc>
          <w:tcPr>
            <w:tcW w:type="dxa" w:w="2351"/>
          </w:tcPr>
          <w:p/>
        </w:tc>
        <w:tc>
          <w:tcPr>
            <w:tcW w:type="dxa" w:w="2351"/>
          </w:tcPr>
          <w:p/>
        </w:tc>
        <w:tc>
          <w:tcPr>
            <w:tcW w:type="dxa" w:w="2351"/>
          </w:tcPr>
          <w:p/>
        </w:tc>
        <w:tc>
          <w:tcPr>
            <w:tcW w:type="dxa" w:w="2351"/>
          </w:tcPr>
          <w:p>
            <w:r>
              <w:t>der Stadtbezirk Nord (Ortsteile 511 bis 535)</w:t>
            </w:r>
          </w:p>
        </w:tc>
      </w:tr>
      <w:tr>
        <w:trPr>
          <w:cantSplit/>
        </w:trPr>
        <w:tc>
          <w:tcPr>
            <w:tcW w:type="dxa" w:w="2351"/>
          </w:tcPr>
          <w:p/>
        </w:tc>
        <w:tc>
          <w:tcPr>
            <w:tcW w:type="dxa" w:w="2351"/>
          </w:tcPr>
          <w:p/>
        </w:tc>
        <w:tc>
          <w:tcPr>
            <w:tcW w:type="dxa" w:w="2351"/>
          </w:tcPr>
          <w:p/>
        </w:tc>
        <w:tc>
          <w:tcPr>
            <w:tcW w:type="dxa" w:w="2351"/>
          </w:tcPr>
          <w:p>
            <w:r>
              <w:t>vom Stadtbezirk Mitte</w:t>
            </w:r>
          </w:p>
        </w:tc>
      </w:tr>
      <w:tr>
        <w:trPr>
          <w:cantSplit/>
        </w:trPr>
        <w:tc>
          <w:tcPr>
            <w:tcW w:type="dxa" w:w="2351"/>
          </w:tcPr>
          <w:p/>
        </w:tc>
        <w:tc>
          <w:tcPr>
            <w:tcW w:type="dxa" w:w="2351"/>
          </w:tcPr>
          <w:p/>
        </w:tc>
        <w:tc>
          <w:tcPr>
            <w:tcW w:type="dxa" w:w="2351"/>
          </w:tcPr>
          <w:p/>
        </w:tc>
        <w:tc>
          <w:tcPr>
            <w:tcW w:type="dxa" w:w="2351"/>
          </w:tcPr>
          <w:p>
            <w:r>
              <w:t xml:space="preserve"> der Stadtteil</w:t>
            </w:r>
            <w:r>
              <w:br/>
            </w:r>
            <w:r>
              <w:t>Häfen (Ortsteile 122 bis 125)</w:t>
            </w:r>
          </w:p>
        </w:tc>
      </w:tr>
      <w:tr>
        <w:trPr>
          <w:cantSplit/>
        </w:trPr>
        <w:tc>
          <w:tcPr>
            <w:tcW w:type="dxa" w:w="2351"/>
          </w:tcPr>
          <w:p/>
        </w:tc>
        <w:tc>
          <w:tcPr>
            <w:tcW w:type="dxa" w:w="2351"/>
          </w:tcPr>
          <w:p/>
        </w:tc>
        <w:tc>
          <w:tcPr>
            <w:tcW w:type="dxa" w:w="2351"/>
          </w:tcPr>
          <w:p/>
        </w:tc>
        <w:tc>
          <w:tcPr>
            <w:tcW w:type="dxa" w:w="2351"/>
          </w:tcPr>
          <w:p>
            <w:r>
              <w:t>vom Stadtbezirk Süd</w:t>
            </w:r>
          </w:p>
        </w:tc>
      </w:tr>
      <w:tr>
        <w:trPr>
          <w:cantSplit/>
        </w:trPr>
        <w:tc>
          <w:tcPr>
            <w:tcW w:type="dxa" w:w="2351"/>
          </w:tcPr>
          <w:p/>
        </w:tc>
        <w:tc>
          <w:tcPr>
            <w:tcW w:type="dxa" w:w="2351"/>
          </w:tcPr>
          <w:p/>
        </w:tc>
        <w:tc>
          <w:tcPr>
            <w:tcW w:type="dxa" w:w="2351"/>
          </w:tcPr>
          <w:p/>
        </w:tc>
        <w:tc>
          <w:tcPr>
            <w:tcW w:type="dxa" w:w="2351"/>
          </w:tcPr>
          <w:p>
            <w:r>
              <w:t xml:space="preserve"> der Stadtteil</w:t>
            </w:r>
            <w:r>
              <w:br/>
            </w:r>
            <w:r>
              <w:t>Woltmershausen (Ortsteile 251, 252)</w:t>
            </w:r>
          </w:p>
        </w:tc>
      </w:tr>
      <w:tr>
        <w:trPr>
          <w:cantSplit/>
        </w:trPr>
        <w:tc>
          <w:tcPr>
            <w:tcW w:type="dxa" w:w="2351"/>
          </w:tcPr>
          <w:p/>
        </w:tc>
        <w:tc>
          <w:tcPr>
            <w:tcW w:type="dxa" w:w="2351"/>
          </w:tcPr>
          <w:p/>
        </w:tc>
        <w:tc>
          <w:tcPr>
            <w:tcW w:type="dxa" w:w="2351"/>
          </w:tcPr>
          <w:p/>
        </w:tc>
        <w:tc>
          <w:tcPr>
            <w:tcW w:type="dxa" w:w="2351"/>
          </w:tcPr>
          <w:p>
            <w:r>
              <w:t xml:space="preserve"> die Ortsteile</w:t>
            </w:r>
            <w:r>
              <w:br/>
            </w:r>
            <w:r>
              <w:t>Seehausen, Strom (Ortsteile 261, 271)</w:t>
            </w:r>
          </w:p>
        </w:tc>
      </w:tr>
      <w:tr>
        <w:trPr>
          <w:cantSplit/>
        </w:trPr>
        <w:tc>
          <w:tcPr>
            <w:tcW w:type="dxa" w:w="2351"/>
          </w:tcPr>
          <w:p/>
        </w:tc>
        <w:tc>
          <w:tcPr>
            <w:tcW w:type="dxa" w:w="2351"/>
          </w:tcPr>
          <w:p/>
        </w:tc>
        <w:tc>
          <w:tcPr>
            <w:tcW w:type="dxa" w:w="4702"/>
            <w:gridSpan w:val="2"/>
          </w:tcPr>
          <w:p>
            <w:r>
              <w:t>(Übrige Stadt- und Ortsteile s. Wkr. 54)</w:t>
            </w:r>
          </w:p>
        </w:tc>
      </w:tr>
      <w:tr>
        <w:trPr>
          <w:cantSplit/>
        </w:trPr>
        <w:tc>
          <w:tcPr>
            <w:tcW w:type="dxa" w:w="2351"/>
          </w:tcPr>
          <w:p/>
        </w:tc>
        <w:tc>
          <w:tcPr>
            <w:tcW w:type="dxa" w:w="2351"/>
          </w:tcPr>
          <w:p/>
        </w:tc>
        <w:tc>
          <w:tcPr>
            <w:tcW w:type="dxa" w:w="4702"/>
            <w:gridSpan w:val="2"/>
          </w:tcPr>
          <w:p>
            <w:r>
              <w:t>kreisfreie Stadt Bremerhaven</w:t>
            </w:r>
          </w:p>
        </w:tc>
      </w:tr>
      <w:tr>
        <w:trPr>
          <w:cantSplit/>
        </w:trPr>
        <w:tc>
          <w:tcPr>
            <w:tcW w:type="dxa" w:w="9404"/>
            <w:gridSpan w:val="4"/>
          </w:tcPr>
          <w:p>
            <w:r>
              <w:rPr>
                <w:b/>
              </w:rPr>
              <w:t>Brandenburg</w:t>
            </w:r>
          </w:p>
        </w:tc>
      </w:tr>
      <w:tr>
        <w:trPr>
          <w:cantSplit/>
        </w:trPr>
        <w:tc>
          <w:tcPr>
            <w:tcW w:type="dxa" w:w="2351"/>
          </w:tcPr>
          <w:p>
            <w:r>
              <w:t>56</w:t>
            </w:r>
          </w:p>
        </w:tc>
        <w:tc>
          <w:tcPr>
            <w:tcW w:type="dxa" w:w="2351"/>
            <w:vMerge w:val="restart"/>
          </w:tcPr>
          <w:p>
            <w:r>
              <w:t>Prignitz – Ostprignitz-Ruppin –</w:t>
            </w:r>
            <w:r>
              <w:br/>
            </w:r>
            <w:r>
              <w:t>Havelland I</w:t>
            </w:r>
          </w:p>
        </w:tc>
        <w:tc>
          <w:tcPr>
            <w:tcW w:type="dxa" w:w="4702"/>
            <w:gridSpan w:val="2"/>
          </w:tcPr>
          <w:p>
            <w:r>
              <w:t>Landkreis Ostprignitz-Ruppin</w:t>
            </w:r>
          </w:p>
        </w:tc>
      </w:tr>
      <w:tr>
        <w:trPr>
          <w:cantSplit/>
        </w:trPr>
        <w:tc>
          <w:tcPr>
            <w:tcW w:type="dxa" w:w="2351"/>
          </w:tcPr>
          <w:p/>
        </w:tc>
        <w:tc>
          <w:tcPr>
            <w:tcW w:type="dxa" w:w="2351"/>
            <w:vMerge/>
          </w:tcPr>
          <w:p/>
        </w:tc>
        <w:tc>
          <w:tcPr>
            <w:tcW w:type="dxa" w:w="4702"/>
            <w:gridSpan w:val="2"/>
          </w:tcPr>
          <w:p>
            <w:r>
              <w:t>Landkreis Prignitz</w:t>
            </w:r>
          </w:p>
        </w:tc>
      </w:tr>
      <w:tr>
        <w:trPr>
          <w:cantSplit/>
        </w:trPr>
        <w:tc>
          <w:tcPr>
            <w:tcW w:type="dxa" w:w="2351"/>
          </w:tcPr>
          <w:p/>
        </w:tc>
        <w:tc>
          <w:tcPr>
            <w:tcW w:type="dxa" w:w="2351"/>
          </w:tcPr>
          <w:p/>
        </w:tc>
        <w:tc>
          <w:tcPr>
            <w:tcW w:type="dxa" w:w="4702"/>
            <w:gridSpan w:val="2"/>
          </w:tcPr>
          <w:p>
            <w:r>
              <w:t>vom Landkreis Havelland</w:t>
            </w:r>
          </w:p>
        </w:tc>
      </w:tr>
      <w:tr>
        <w:trPr>
          <w:cantSplit/>
        </w:trPr>
        <w:tc>
          <w:tcPr>
            <w:tcW w:type="dxa" w:w="2351"/>
          </w:tcPr>
          <w:p/>
        </w:tc>
        <w:tc>
          <w:tcPr>
            <w:tcW w:type="dxa" w:w="2351"/>
          </w:tcPr>
          <w:p/>
        </w:tc>
        <w:tc>
          <w:tcPr>
            <w:tcW w:type="dxa" w:w="2351"/>
          </w:tcPr>
          <w:p/>
        </w:tc>
        <w:tc>
          <w:tcPr>
            <w:tcW w:type="dxa" w:w="2351"/>
          </w:tcPr>
          <w:p>
            <w:r>
              <w:t>amtsfreie Gemeinde Nauen</w:t>
            </w:r>
          </w:p>
        </w:tc>
      </w:tr>
      <w:tr>
        <w:trPr>
          <w:cantSplit/>
        </w:trPr>
        <w:tc>
          <w:tcPr>
            <w:tcW w:type="dxa" w:w="2351"/>
          </w:tcPr>
          <w:p/>
        </w:tc>
        <w:tc>
          <w:tcPr>
            <w:tcW w:type="dxa" w:w="2351"/>
          </w:tcPr>
          <w:p/>
        </w:tc>
        <w:tc>
          <w:tcPr>
            <w:tcW w:type="dxa" w:w="2351"/>
          </w:tcPr>
          <w:p/>
        </w:tc>
        <w:tc>
          <w:tcPr>
            <w:tcW w:type="dxa" w:w="2351"/>
          </w:tcPr>
          <w:p>
            <w:r>
              <w:t>Amt Friesack</w:t>
            </w:r>
          </w:p>
        </w:tc>
      </w:tr>
      <w:tr>
        <w:trPr>
          <w:cantSplit/>
        </w:trPr>
        <w:tc>
          <w:tcPr>
            <w:tcW w:type="dxa" w:w="2351"/>
          </w:tcPr>
          <w:p/>
        </w:tc>
        <w:tc>
          <w:tcPr>
            <w:tcW w:type="dxa" w:w="2351"/>
          </w:tcPr>
          <w:p/>
        </w:tc>
        <w:tc>
          <w:tcPr>
            <w:tcW w:type="dxa" w:w="2351"/>
          </w:tcPr>
          <w:p/>
        </w:tc>
        <w:tc>
          <w:tcPr>
            <w:tcW w:type="dxa" w:w="2351"/>
          </w:tcPr>
          <w:p>
            <w:r>
              <w:t xml:space="preserve"> die Gemeinden</w:t>
            </w:r>
            <w:r>
              <w:br/>
            </w:r>
            <w:r>
              <w:t>Friesack, Mühlenberge, Paulinenaue, Pessin, Retzow, Wiesenaue</w:t>
            </w:r>
          </w:p>
        </w:tc>
      </w:tr>
      <w:tr>
        <w:trPr>
          <w:cantSplit/>
        </w:trPr>
        <w:tc>
          <w:tcPr>
            <w:tcW w:type="dxa" w:w="2351"/>
          </w:tcPr>
          <w:p/>
        </w:tc>
        <w:tc>
          <w:tcPr>
            <w:tcW w:type="dxa" w:w="2351"/>
          </w:tcPr>
          <w:p/>
        </w:tc>
        <w:tc>
          <w:tcPr>
            <w:tcW w:type="dxa" w:w="2351"/>
          </w:tcPr>
          <w:p/>
        </w:tc>
        <w:tc>
          <w:tcPr>
            <w:tcW w:type="dxa" w:w="2351"/>
          </w:tcPr>
          <w:p>
            <w:r>
              <w:t>Amt Nennhausen</w:t>
            </w:r>
          </w:p>
        </w:tc>
      </w:tr>
      <w:tr>
        <w:trPr>
          <w:cantSplit/>
        </w:trPr>
        <w:tc>
          <w:tcPr>
            <w:tcW w:type="dxa" w:w="2351"/>
          </w:tcPr>
          <w:p/>
        </w:tc>
        <w:tc>
          <w:tcPr>
            <w:tcW w:type="dxa" w:w="2351"/>
          </w:tcPr>
          <w:p/>
        </w:tc>
        <w:tc>
          <w:tcPr>
            <w:tcW w:type="dxa" w:w="2351"/>
          </w:tcPr>
          <w:p/>
        </w:tc>
        <w:tc>
          <w:tcPr>
            <w:tcW w:type="dxa" w:w="2351"/>
          </w:tcPr>
          <w:p>
            <w:r>
              <w:t xml:space="preserve"> die Gemeinden</w:t>
            </w:r>
            <w:r>
              <w:br/>
            </w:r>
            <w:r>
              <w:t>Kotzen, Märkisch Luch, Nennhausen, Stechow-Ferchesar</w:t>
            </w:r>
          </w:p>
        </w:tc>
      </w:tr>
      <w:tr>
        <w:trPr>
          <w:cantSplit/>
        </w:trPr>
        <w:tc>
          <w:tcPr>
            <w:tcW w:type="dxa" w:w="2351"/>
          </w:tcPr>
          <w:p/>
        </w:tc>
        <w:tc>
          <w:tcPr>
            <w:tcW w:type="dxa" w:w="2351"/>
          </w:tcPr>
          <w:p/>
        </w:tc>
        <w:tc>
          <w:tcPr>
            <w:tcW w:type="dxa" w:w="2351"/>
          </w:tcPr>
          <w:p/>
        </w:tc>
        <w:tc>
          <w:tcPr>
            <w:tcW w:type="dxa" w:w="2351"/>
          </w:tcPr>
          <w:p>
            <w:r>
              <w:t>Amt Rhinow</w:t>
            </w:r>
          </w:p>
        </w:tc>
      </w:tr>
      <w:tr>
        <w:trPr>
          <w:cantSplit/>
        </w:trPr>
        <w:tc>
          <w:tcPr>
            <w:tcW w:type="dxa" w:w="2351"/>
          </w:tcPr>
          <w:p/>
        </w:tc>
        <w:tc>
          <w:tcPr>
            <w:tcW w:type="dxa" w:w="2351"/>
          </w:tcPr>
          <w:p/>
        </w:tc>
        <w:tc>
          <w:tcPr>
            <w:tcW w:type="dxa" w:w="2351"/>
          </w:tcPr>
          <w:p/>
        </w:tc>
        <w:tc>
          <w:tcPr>
            <w:tcW w:type="dxa" w:w="2351"/>
          </w:tcPr>
          <w:p>
            <w:r>
              <w:t xml:space="preserve"> die Gemeinden</w:t>
            </w:r>
            <w:r>
              <w:br/>
            </w:r>
            <w:r>
              <w:t>Gollenberg, Großderschau, Havelaue, Kleßen-Görne, Rhinow, Seeblick</w:t>
            </w:r>
          </w:p>
        </w:tc>
      </w:tr>
      <w:tr>
        <w:trPr>
          <w:cantSplit/>
        </w:trPr>
        <w:tc>
          <w:tcPr>
            <w:tcW w:type="dxa" w:w="2351"/>
          </w:tcPr>
          <w:p/>
        </w:tc>
        <w:tc>
          <w:tcPr>
            <w:tcW w:type="dxa" w:w="2351"/>
          </w:tcPr>
          <w:p/>
        </w:tc>
        <w:tc>
          <w:tcPr>
            <w:tcW w:type="dxa" w:w="4702"/>
            <w:gridSpan w:val="2"/>
          </w:tcPr>
          <w:p>
            <w:r>
              <w:t>(Übrige Gemeinden s. Wkr. 58, 60)</w:t>
            </w:r>
          </w:p>
        </w:tc>
      </w:tr>
      <w:tr>
        <w:trPr>
          <w:cantSplit/>
        </w:trPr>
        <w:tc>
          <w:tcPr>
            <w:tcW w:type="dxa" w:w="2351"/>
          </w:tcPr>
          <w:p>
            <w:r>
              <w:t>57</w:t>
            </w:r>
          </w:p>
        </w:tc>
        <w:tc>
          <w:tcPr>
            <w:tcW w:type="dxa" w:w="2351"/>
          </w:tcPr>
          <w:p>
            <w:r>
              <w:t>Uckermark – Barnim I</w:t>
            </w:r>
          </w:p>
        </w:tc>
        <w:tc>
          <w:tcPr>
            <w:tcW w:type="dxa" w:w="4702"/>
            <w:gridSpan w:val="2"/>
          </w:tcPr>
          <w:p>
            <w:r>
              <w:t>Landkreis Uckermark</w:t>
            </w:r>
          </w:p>
        </w:tc>
      </w:tr>
      <w:tr>
        <w:trPr>
          <w:cantSplit/>
        </w:trPr>
        <w:tc>
          <w:tcPr>
            <w:tcW w:type="dxa" w:w="2351"/>
          </w:tcPr>
          <w:p/>
        </w:tc>
        <w:tc>
          <w:tcPr>
            <w:tcW w:type="dxa" w:w="2351"/>
          </w:tcPr>
          <w:p/>
        </w:tc>
        <w:tc>
          <w:tcPr>
            <w:tcW w:type="dxa" w:w="4702"/>
            <w:gridSpan w:val="2"/>
          </w:tcPr>
          <w:p>
            <w:r>
              <w:t>vom Landkreis Barnim</w:t>
            </w:r>
          </w:p>
        </w:tc>
      </w:tr>
      <w:tr>
        <w:trPr>
          <w:cantSplit/>
        </w:trPr>
        <w:tc>
          <w:tcPr>
            <w:tcW w:type="dxa" w:w="2351"/>
          </w:tcPr>
          <w:p/>
        </w:tc>
        <w:tc>
          <w:tcPr>
            <w:tcW w:type="dxa" w:w="2351"/>
          </w:tcPr>
          <w:p/>
        </w:tc>
        <w:tc>
          <w:tcPr>
            <w:tcW w:type="dxa" w:w="2351"/>
          </w:tcPr>
          <w:p/>
        </w:tc>
        <w:tc>
          <w:tcPr>
            <w:tcW w:type="dxa" w:w="2351"/>
          </w:tcPr>
          <w:p>
            <w:r>
              <w:t>amtsfreie Gemeinden</w:t>
            </w:r>
            <w:r>
              <w:br/>
            </w:r>
            <w:r>
              <w:t>Eberswalde, Schorfheide, Wandlitz</w:t>
            </w:r>
          </w:p>
        </w:tc>
      </w:tr>
      <w:tr>
        <w:trPr>
          <w:cantSplit/>
        </w:trPr>
        <w:tc>
          <w:tcPr>
            <w:tcW w:type="dxa" w:w="2351"/>
          </w:tcPr>
          <w:p/>
        </w:tc>
        <w:tc>
          <w:tcPr>
            <w:tcW w:type="dxa" w:w="2351"/>
          </w:tcPr>
          <w:p/>
        </w:tc>
        <w:tc>
          <w:tcPr>
            <w:tcW w:type="dxa" w:w="2351"/>
          </w:tcPr>
          <w:p/>
        </w:tc>
        <w:tc>
          <w:tcPr>
            <w:tcW w:type="dxa" w:w="2351"/>
          </w:tcPr>
          <w:p>
            <w:r>
              <w:t>Amt Biesenthal-Barnim</w:t>
            </w:r>
          </w:p>
        </w:tc>
      </w:tr>
      <w:tr>
        <w:trPr>
          <w:cantSplit/>
        </w:trPr>
        <w:tc>
          <w:tcPr>
            <w:tcW w:type="dxa" w:w="2351"/>
          </w:tcPr>
          <w:p/>
        </w:tc>
        <w:tc>
          <w:tcPr>
            <w:tcW w:type="dxa" w:w="2351"/>
          </w:tcPr>
          <w:p/>
        </w:tc>
        <w:tc>
          <w:tcPr>
            <w:tcW w:type="dxa" w:w="2351"/>
          </w:tcPr>
          <w:p/>
        </w:tc>
        <w:tc>
          <w:tcPr>
            <w:tcW w:type="dxa" w:w="2351"/>
          </w:tcPr>
          <w:p>
            <w:r>
              <w:t xml:space="preserve"> die Gemeinden</w:t>
            </w:r>
            <w:r>
              <w:br/>
            </w:r>
            <w:r>
              <w:t>Biesenthal, Breydin, Marienwerder, Melchow, Rüdnitz, Sydower Fließ</w:t>
            </w:r>
          </w:p>
        </w:tc>
      </w:tr>
      <w:tr>
        <w:trPr>
          <w:cantSplit/>
        </w:trPr>
        <w:tc>
          <w:tcPr>
            <w:tcW w:type="dxa" w:w="2351"/>
          </w:tcPr>
          <w:p/>
        </w:tc>
        <w:tc>
          <w:tcPr>
            <w:tcW w:type="dxa" w:w="2351"/>
          </w:tcPr>
          <w:p/>
        </w:tc>
        <w:tc>
          <w:tcPr>
            <w:tcW w:type="dxa" w:w="2351"/>
          </w:tcPr>
          <w:p/>
        </w:tc>
        <w:tc>
          <w:tcPr>
            <w:tcW w:type="dxa" w:w="2351"/>
          </w:tcPr>
          <w:p>
            <w:r>
              <w:t>Amt Britz-Chorin-Oderberg</w:t>
            </w:r>
          </w:p>
        </w:tc>
      </w:tr>
      <w:tr>
        <w:trPr>
          <w:cantSplit/>
        </w:trPr>
        <w:tc>
          <w:tcPr>
            <w:tcW w:type="dxa" w:w="2351"/>
          </w:tcPr>
          <w:p/>
        </w:tc>
        <w:tc>
          <w:tcPr>
            <w:tcW w:type="dxa" w:w="2351"/>
          </w:tcPr>
          <w:p/>
        </w:tc>
        <w:tc>
          <w:tcPr>
            <w:tcW w:type="dxa" w:w="2351"/>
          </w:tcPr>
          <w:p/>
        </w:tc>
        <w:tc>
          <w:tcPr>
            <w:tcW w:type="dxa" w:w="2351"/>
          </w:tcPr>
          <w:p>
            <w:r>
              <w:t xml:space="preserve"> die Gemeinden</w:t>
            </w:r>
            <w:r>
              <w:br/>
            </w:r>
            <w:r>
              <w:t>Britz, Chorin, Hohenfinow, Liepe, Lunow-Stolzenhagen, Niederfinow, Oderberg, Parsteinsee</w:t>
            </w:r>
          </w:p>
        </w:tc>
      </w:tr>
      <w:tr>
        <w:trPr>
          <w:cantSplit/>
        </w:trPr>
        <w:tc>
          <w:tcPr>
            <w:tcW w:type="dxa" w:w="2351"/>
          </w:tcPr>
          <w:p/>
        </w:tc>
        <w:tc>
          <w:tcPr>
            <w:tcW w:type="dxa" w:w="2351"/>
          </w:tcPr>
          <w:p/>
        </w:tc>
        <w:tc>
          <w:tcPr>
            <w:tcW w:type="dxa" w:w="2351"/>
          </w:tcPr>
          <w:p/>
        </w:tc>
        <w:tc>
          <w:tcPr>
            <w:tcW w:type="dxa" w:w="2351"/>
          </w:tcPr>
          <w:p>
            <w:r>
              <w:t>Amt Joachimsthal (Schorfheide)</w:t>
            </w:r>
          </w:p>
        </w:tc>
      </w:tr>
      <w:tr>
        <w:trPr>
          <w:cantSplit/>
        </w:trPr>
        <w:tc>
          <w:tcPr>
            <w:tcW w:type="dxa" w:w="2351"/>
          </w:tcPr>
          <w:p/>
        </w:tc>
        <w:tc>
          <w:tcPr>
            <w:tcW w:type="dxa" w:w="2351"/>
          </w:tcPr>
          <w:p/>
        </w:tc>
        <w:tc>
          <w:tcPr>
            <w:tcW w:type="dxa" w:w="2351"/>
          </w:tcPr>
          <w:p/>
        </w:tc>
        <w:tc>
          <w:tcPr>
            <w:tcW w:type="dxa" w:w="2351"/>
          </w:tcPr>
          <w:p>
            <w:r>
              <w:t xml:space="preserve"> die Gemeinden</w:t>
            </w:r>
            <w:r>
              <w:br/>
            </w:r>
            <w:r>
              <w:t>Althüttendorf, Friedrichswalde, Joachimsthal, Ziethen</w:t>
            </w:r>
          </w:p>
        </w:tc>
      </w:tr>
      <w:tr>
        <w:trPr>
          <w:cantSplit/>
        </w:trPr>
        <w:tc>
          <w:tcPr>
            <w:tcW w:type="dxa" w:w="2351"/>
          </w:tcPr>
          <w:p/>
        </w:tc>
        <w:tc>
          <w:tcPr>
            <w:tcW w:type="dxa" w:w="2351"/>
          </w:tcPr>
          <w:p/>
        </w:tc>
        <w:tc>
          <w:tcPr>
            <w:tcW w:type="dxa" w:w="4702"/>
            <w:gridSpan w:val="2"/>
          </w:tcPr>
          <w:p>
            <w:r>
              <w:t>(Übrige Gemeinden s. Wkr. 59)</w:t>
            </w:r>
          </w:p>
        </w:tc>
      </w:tr>
      <w:tr>
        <w:trPr>
          <w:cantSplit/>
        </w:trPr>
        <w:tc>
          <w:tcPr>
            <w:tcW w:type="dxa" w:w="2351"/>
          </w:tcPr>
          <w:p>
            <w:r>
              <w:t>58</w:t>
            </w:r>
          </w:p>
        </w:tc>
        <w:tc>
          <w:tcPr>
            <w:tcW w:type="dxa" w:w="2351"/>
          </w:tcPr>
          <w:p>
            <w:r>
              <w:t>Oberhavel – Havelland II</w:t>
            </w:r>
          </w:p>
        </w:tc>
        <w:tc>
          <w:tcPr>
            <w:tcW w:type="dxa" w:w="4702"/>
            <w:gridSpan w:val="2"/>
          </w:tcPr>
          <w:p>
            <w:r>
              <w:t>Landkreis Oberhavel</w:t>
            </w:r>
          </w:p>
        </w:tc>
      </w:tr>
      <w:tr>
        <w:trPr>
          <w:cantSplit/>
        </w:trPr>
        <w:tc>
          <w:tcPr>
            <w:tcW w:type="dxa" w:w="2351"/>
          </w:tcPr>
          <w:p/>
        </w:tc>
        <w:tc>
          <w:tcPr>
            <w:tcW w:type="dxa" w:w="2351"/>
          </w:tcPr>
          <w:p/>
        </w:tc>
        <w:tc>
          <w:tcPr>
            <w:tcW w:type="dxa" w:w="4702"/>
            <w:gridSpan w:val="2"/>
          </w:tcPr>
          <w:p>
            <w:r>
              <w:t>vom Landkreis Havelland</w:t>
            </w:r>
          </w:p>
        </w:tc>
      </w:tr>
      <w:tr>
        <w:trPr>
          <w:cantSplit/>
        </w:trPr>
        <w:tc>
          <w:tcPr>
            <w:tcW w:type="dxa" w:w="2351"/>
          </w:tcPr>
          <w:p/>
        </w:tc>
        <w:tc>
          <w:tcPr>
            <w:tcW w:type="dxa" w:w="2351"/>
          </w:tcPr>
          <w:p/>
        </w:tc>
        <w:tc>
          <w:tcPr>
            <w:tcW w:type="dxa" w:w="2351"/>
          </w:tcPr>
          <w:p/>
        </w:tc>
        <w:tc>
          <w:tcPr>
            <w:tcW w:type="dxa" w:w="2351"/>
          </w:tcPr>
          <w:p>
            <w:r>
              <w:t>amtsfreie Gemeinden</w:t>
            </w:r>
            <w:r>
              <w:br/>
            </w:r>
            <w:r>
              <w:t>Brieselang, Dallgow-Döberitz, Falkensee, Ketzin/Havel, Schönwalde-Glien, Wustermark</w:t>
            </w:r>
          </w:p>
        </w:tc>
      </w:tr>
      <w:tr>
        <w:trPr>
          <w:cantSplit/>
        </w:trPr>
        <w:tc>
          <w:tcPr>
            <w:tcW w:type="dxa" w:w="2351"/>
          </w:tcPr>
          <w:p/>
        </w:tc>
        <w:tc>
          <w:tcPr>
            <w:tcW w:type="dxa" w:w="2351"/>
          </w:tcPr>
          <w:p/>
        </w:tc>
        <w:tc>
          <w:tcPr>
            <w:tcW w:type="dxa" w:w="4702"/>
            <w:gridSpan w:val="2"/>
          </w:tcPr>
          <w:p>
            <w:r>
              <w:t>(Übrige Gemeinden s. Wkr. 56, 60)</w:t>
            </w:r>
          </w:p>
        </w:tc>
      </w:tr>
      <w:tr>
        <w:trPr>
          <w:cantSplit/>
        </w:trPr>
        <w:tc>
          <w:tcPr>
            <w:tcW w:type="dxa" w:w="2351"/>
          </w:tcPr>
          <w:p>
            <w:r>
              <w:t>59</w:t>
            </w:r>
          </w:p>
        </w:tc>
        <w:tc>
          <w:tcPr>
            <w:tcW w:type="dxa" w:w="2351"/>
            <w:vMerge w:val="restart"/>
          </w:tcPr>
          <w:p>
            <w:r>
              <w:t>Märkisch-Oderland – Barnim II</w:t>
            </w:r>
          </w:p>
        </w:tc>
        <w:tc>
          <w:tcPr>
            <w:tcW w:type="dxa" w:w="4702"/>
            <w:gridSpan w:val="2"/>
          </w:tcPr>
          <w:p>
            <w:r>
              <w:t>Landkreis Märkisch-Oderland</w:t>
            </w:r>
          </w:p>
        </w:tc>
      </w:tr>
      <w:tr>
        <w:trPr>
          <w:cantSplit/>
        </w:trPr>
        <w:tc>
          <w:tcPr>
            <w:tcW w:type="dxa" w:w="2351"/>
          </w:tcPr>
          <w:p/>
        </w:tc>
        <w:tc>
          <w:tcPr>
            <w:tcW w:type="dxa" w:w="2351"/>
            <w:vMerge/>
          </w:tcPr>
          <w:p/>
        </w:tc>
        <w:tc>
          <w:tcPr>
            <w:tcW w:type="dxa" w:w="4702"/>
            <w:gridSpan w:val="2"/>
          </w:tcPr>
          <w:p>
            <w:r>
              <w:t>vom Landkreis Barnim</w:t>
            </w:r>
          </w:p>
        </w:tc>
      </w:tr>
      <w:tr>
        <w:trPr>
          <w:cantSplit/>
        </w:trPr>
        <w:tc>
          <w:tcPr>
            <w:tcW w:type="dxa" w:w="2351"/>
          </w:tcPr>
          <w:p/>
        </w:tc>
        <w:tc>
          <w:tcPr>
            <w:tcW w:type="dxa" w:w="2351"/>
          </w:tcPr>
          <w:p/>
        </w:tc>
        <w:tc>
          <w:tcPr>
            <w:tcW w:type="dxa" w:w="2351"/>
          </w:tcPr>
          <w:p/>
        </w:tc>
        <w:tc>
          <w:tcPr>
            <w:tcW w:type="dxa" w:w="2351"/>
          </w:tcPr>
          <w:p>
            <w:r>
              <w:t>amtsfreie Gemeinden</w:t>
            </w:r>
            <w:r>
              <w:br/>
            </w:r>
            <w:r>
              <w:t>Ahrensfelde, Bernau bei Berlin, Panketal, Werneuchen</w:t>
            </w:r>
          </w:p>
        </w:tc>
      </w:tr>
      <w:tr>
        <w:trPr>
          <w:cantSplit/>
        </w:trPr>
        <w:tc>
          <w:tcPr>
            <w:tcW w:type="dxa" w:w="2351"/>
          </w:tcPr>
          <w:p/>
        </w:tc>
        <w:tc>
          <w:tcPr>
            <w:tcW w:type="dxa" w:w="2351"/>
          </w:tcPr>
          <w:p/>
        </w:tc>
        <w:tc>
          <w:tcPr>
            <w:tcW w:type="dxa" w:w="4702"/>
            <w:gridSpan w:val="2"/>
          </w:tcPr>
          <w:p>
            <w:r>
              <w:t>(Übrige Gemeinden s. Wkr. 57)</w:t>
            </w:r>
          </w:p>
        </w:tc>
      </w:tr>
      <w:tr>
        <w:trPr>
          <w:cantSplit/>
        </w:trPr>
        <w:tc>
          <w:tcPr>
            <w:tcW w:type="dxa" w:w="2351"/>
          </w:tcPr>
          <w:p>
            <w:r>
              <w:t>60</w:t>
            </w:r>
          </w:p>
        </w:tc>
        <w:tc>
          <w:tcPr>
            <w:tcW w:type="dxa" w:w="2351"/>
            <w:vMerge w:val="restart"/>
          </w:tcPr>
          <w:p>
            <w:r>
              <w:t>Brandenburg an der Havel –</w:t>
            </w:r>
            <w:r>
              <w:br/>
            </w:r>
            <w:r>
              <w:t>Potsdam-Mittelmark I –</w:t>
            </w:r>
            <w:r>
              <w:br/>
            </w:r>
            <w:r>
              <w:t>Havelland III – Teltow-Fläming I</w:t>
            </w:r>
          </w:p>
        </w:tc>
        <w:tc>
          <w:tcPr>
            <w:tcW w:type="dxa" w:w="4702"/>
            <w:gridSpan w:val="2"/>
          </w:tcPr>
          <w:p>
            <w:r>
              <w:t>Kreisfreie Stadt Brandenburg an der Havel</w:t>
            </w:r>
          </w:p>
        </w:tc>
      </w:tr>
      <w:tr>
        <w:trPr>
          <w:cantSplit/>
        </w:trPr>
        <w:tc>
          <w:tcPr>
            <w:tcW w:type="dxa" w:w="2351"/>
          </w:tcPr>
          <w:p/>
        </w:tc>
        <w:tc>
          <w:tcPr>
            <w:tcW w:type="dxa" w:w="2351"/>
            <w:vMerge/>
          </w:tcPr>
          <w:p/>
        </w:tc>
        <w:tc>
          <w:tcPr>
            <w:tcW w:type="dxa" w:w="4702"/>
            <w:gridSpan w:val="2"/>
          </w:tcPr>
          <w:p>
            <w:r>
              <w:t>vom Landkreis Havelland</w:t>
            </w:r>
          </w:p>
        </w:tc>
      </w:tr>
      <w:tr>
        <w:trPr>
          <w:cantSplit/>
        </w:trPr>
        <w:tc>
          <w:tcPr>
            <w:tcW w:type="dxa" w:w="2351"/>
          </w:tcPr>
          <w:p/>
        </w:tc>
        <w:tc>
          <w:tcPr>
            <w:tcW w:type="dxa" w:w="2351"/>
            <w:vMerge/>
          </w:tcPr>
          <w:p/>
        </w:tc>
        <w:tc>
          <w:tcPr>
            <w:tcW w:type="dxa" w:w="2351"/>
          </w:tcPr>
          <w:p/>
        </w:tc>
        <w:tc>
          <w:tcPr>
            <w:tcW w:type="dxa" w:w="2351"/>
          </w:tcPr>
          <w:p>
            <w:r>
              <w:t>amtsfreie Gemeinden</w:t>
            </w:r>
            <w:r>
              <w:br/>
            </w:r>
            <w:r>
              <w:t>Milower Land, Premnitz, Rathenow</w:t>
            </w:r>
          </w:p>
        </w:tc>
      </w:tr>
      <w:tr>
        <w:trPr>
          <w:cantSplit/>
        </w:trPr>
        <w:tc>
          <w:tcPr>
            <w:tcW w:type="dxa" w:w="2351"/>
          </w:tcPr>
          <w:p/>
        </w:tc>
        <w:tc>
          <w:tcPr>
            <w:tcW w:type="dxa" w:w="2351"/>
          </w:tcPr>
          <w:p/>
        </w:tc>
        <w:tc>
          <w:tcPr>
            <w:tcW w:type="dxa" w:w="4702"/>
            <w:gridSpan w:val="2"/>
          </w:tcPr>
          <w:p>
            <w:r>
              <w:t>(Übrige Gemeinden s. Wkr. 56, 58)</w:t>
            </w:r>
          </w:p>
        </w:tc>
      </w:tr>
      <w:tr>
        <w:trPr>
          <w:cantSplit/>
        </w:trPr>
        <w:tc>
          <w:tcPr>
            <w:tcW w:type="dxa" w:w="2351"/>
          </w:tcPr>
          <w:p/>
        </w:tc>
        <w:tc>
          <w:tcPr>
            <w:tcW w:type="dxa" w:w="2351"/>
          </w:tcPr>
          <w:p/>
        </w:tc>
        <w:tc>
          <w:tcPr>
            <w:tcW w:type="dxa" w:w="4702"/>
            <w:gridSpan w:val="2"/>
          </w:tcPr>
          <w:p>
            <w:r>
              <w:t>vom Landkreis Potsdam-Mittelmark</w:t>
            </w:r>
          </w:p>
        </w:tc>
      </w:tr>
      <w:tr>
        <w:trPr>
          <w:cantSplit/>
        </w:trPr>
        <w:tc>
          <w:tcPr>
            <w:tcW w:type="dxa" w:w="2351"/>
          </w:tcPr>
          <w:p/>
        </w:tc>
        <w:tc>
          <w:tcPr>
            <w:tcW w:type="dxa" w:w="2351"/>
          </w:tcPr>
          <w:p/>
        </w:tc>
        <w:tc>
          <w:tcPr>
            <w:tcW w:type="dxa" w:w="2351"/>
          </w:tcPr>
          <w:p/>
        </w:tc>
        <w:tc>
          <w:tcPr>
            <w:tcW w:type="dxa" w:w="2351"/>
          </w:tcPr>
          <w:p>
            <w:r>
              <w:t>amtsfreie Gemeinden</w:t>
            </w:r>
            <w:r>
              <w:br/>
            </w:r>
            <w:r>
              <w:t>Bad Belzig, Beelitz, Groß Kreutz (Havel), Kloster Lehnin, Seddiner See, Treuenbrietzen, Werder (Havel), Wiesenburg/Mark</w:t>
            </w:r>
          </w:p>
        </w:tc>
      </w:tr>
      <w:tr>
        <w:trPr>
          <w:cantSplit/>
        </w:trPr>
        <w:tc>
          <w:tcPr>
            <w:tcW w:type="dxa" w:w="2351"/>
          </w:tcPr>
          <w:p/>
        </w:tc>
        <w:tc>
          <w:tcPr>
            <w:tcW w:type="dxa" w:w="2351"/>
          </w:tcPr>
          <w:p/>
        </w:tc>
        <w:tc>
          <w:tcPr>
            <w:tcW w:type="dxa" w:w="2351"/>
          </w:tcPr>
          <w:p/>
        </w:tc>
        <w:tc>
          <w:tcPr>
            <w:tcW w:type="dxa" w:w="2351"/>
          </w:tcPr>
          <w:p>
            <w:r>
              <w:t>Amt Beetzsee</w:t>
            </w:r>
          </w:p>
        </w:tc>
      </w:tr>
      <w:tr>
        <w:trPr>
          <w:cantSplit/>
        </w:trPr>
        <w:tc>
          <w:tcPr>
            <w:tcW w:type="dxa" w:w="2351"/>
          </w:tcPr>
          <w:p/>
        </w:tc>
        <w:tc>
          <w:tcPr>
            <w:tcW w:type="dxa" w:w="2351"/>
          </w:tcPr>
          <w:p/>
        </w:tc>
        <w:tc>
          <w:tcPr>
            <w:tcW w:type="dxa" w:w="2351"/>
          </w:tcPr>
          <w:p/>
        </w:tc>
        <w:tc>
          <w:tcPr>
            <w:tcW w:type="dxa" w:w="2351"/>
          </w:tcPr>
          <w:p>
            <w:r>
              <w:t xml:space="preserve"> die Gemeinden</w:t>
            </w:r>
            <w:r>
              <w:br/>
            </w:r>
            <w:r>
              <w:t>Beetzsee, Beetzseeheide, Havelsee, Päwesin, Roskow</w:t>
            </w:r>
          </w:p>
        </w:tc>
      </w:tr>
      <w:tr>
        <w:trPr>
          <w:cantSplit/>
        </w:trPr>
        <w:tc>
          <w:tcPr>
            <w:tcW w:type="dxa" w:w="2351"/>
          </w:tcPr>
          <w:p/>
        </w:tc>
        <w:tc>
          <w:tcPr>
            <w:tcW w:type="dxa" w:w="2351"/>
          </w:tcPr>
          <w:p/>
        </w:tc>
        <w:tc>
          <w:tcPr>
            <w:tcW w:type="dxa" w:w="2351"/>
          </w:tcPr>
          <w:p/>
        </w:tc>
        <w:tc>
          <w:tcPr>
            <w:tcW w:type="dxa" w:w="2351"/>
          </w:tcPr>
          <w:p>
            <w:r>
              <w:t>Amt Brück</w:t>
            </w:r>
          </w:p>
        </w:tc>
      </w:tr>
      <w:tr>
        <w:trPr>
          <w:cantSplit/>
        </w:trPr>
        <w:tc>
          <w:tcPr>
            <w:tcW w:type="dxa" w:w="2351"/>
          </w:tcPr>
          <w:p/>
        </w:tc>
        <w:tc>
          <w:tcPr>
            <w:tcW w:type="dxa" w:w="2351"/>
          </w:tcPr>
          <w:p/>
        </w:tc>
        <w:tc>
          <w:tcPr>
            <w:tcW w:type="dxa" w:w="2351"/>
          </w:tcPr>
          <w:p/>
        </w:tc>
        <w:tc>
          <w:tcPr>
            <w:tcW w:type="dxa" w:w="2351"/>
          </w:tcPr>
          <w:p>
            <w:r>
              <w:t xml:space="preserve"> die Gemeinden</w:t>
            </w:r>
            <w:r>
              <w:br/>
            </w:r>
            <w:r>
              <w:t>Borkheide, Borkwalde, Brück, Golzow, Linthe, Planebruch</w:t>
            </w:r>
          </w:p>
        </w:tc>
      </w:tr>
      <w:tr>
        <w:trPr>
          <w:cantSplit/>
        </w:trPr>
        <w:tc>
          <w:tcPr>
            <w:tcW w:type="dxa" w:w="2351"/>
          </w:tcPr>
          <w:p/>
        </w:tc>
        <w:tc>
          <w:tcPr>
            <w:tcW w:type="dxa" w:w="2351"/>
          </w:tcPr>
          <w:p/>
        </w:tc>
        <w:tc>
          <w:tcPr>
            <w:tcW w:type="dxa" w:w="2351"/>
          </w:tcPr>
          <w:p/>
        </w:tc>
        <w:tc>
          <w:tcPr>
            <w:tcW w:type="dxa" w:w="2351"/>
          </w:tcPr>
          <w:p>
            <w:r>
              <w:t>Amt Niemegk</w:t>
            </w:r>
          </w:p>
        </w:tc>
      </w:tr>
      <w:tr>
        <w:trPr>
          <w:cantSplit/>
        </w:trPr>
        <w:tc>
          <w:tcPr>
            <w:tcW w:type="dxa" w:w="2351"/>
          </w:tcPr>
          <w:p/>
        </w:tc>
        <w:tc>
          <w:tcPr>
            <w:tcW w:type="dxa" w:w="2351"/>
          </w:tcPr>
          <w:p/>
        </w:tc>
        <w:tc>
          <w:tcPr>
            <w:tcW w:type="dxa" w:w="2351"/>
          </w:tcPr>
          <w:p/>
        </w:tc>
        <w:tc>
          <w:tcPr>
            <w:tcW w:type="dxa" w:w="2351"/>
          </w:tcPr>
          <w:p>
            <w:r>
              <w:t xml:space="preserve"> die Gemeinden</w:t>
            </w:r>
            <w:r>
              <w:br/>
            </w:r>
            <w:r>
              <w:t>Mühlenfließ, Niemegk, Planetal, Rabenstein/Fläming</w:t>
            </w:r>
          </w:p>
        </w:tc>
      </w:tr>
      <w:tr>
        <w:trPr>
          <w:cantSplit/>
        </w:trPr>
        <w:tc>
          <w:tcPr>
            <w:tcW w:type="dxa" w:w="2351"/>
          </w:tcPr>
          <w:p/>
        </w:tc>
        <w:tc>
          <w:tcPr>
            <w:tcW w:type="dxa" w:w="2351"/>
          </w:tcPr>
          <w:p/>
        </w:tc>
        <w:tc>
          <w:tcPr>
            <w:tcW w:type="dxa" w:w="2351"/>
          </w:tcPr>
          <w:p/>
        </w:tc>
        <w:tc>
          <w:tcPr>
            <w:tcW w:type="dxa" w:w="2351"/>
          </w:tcPr>
          <w:p>
            <w:r>
              <w:t>Amt Wusterwitz</w:t>
            </w:r>
          </w:p>
        </w:tc>
      </w:tr>
      <w:tr>
        <w:trPr>
          <w:cantSplit/>
        </w:trPr>
        <w:tc>
          <w:tcPr>
            <w:tcW w:type="dxa" w:w="2351"/>
          </w:tcPr>
          <w:p/>
        </w:tc>
        <w:tc>
          <w:tcPr>
            <w:tcW w:type="dxa" w:w="2351"/>
          </w:tcPr>
          <w:p/>
        </w:tc>
        <w:tc>
          <w:tcPr>
            <w:tcW w:type="dxa" w:w="2351"/>
          </w:tcPr>
          <w:p/>
        </w:tc>
        <w:tc>
          <w:tcPr>
            <w:tcW w:type="dxa" w:w="2351"/>
          </w:tcPr>
          <w:p>
            <w:r>
              <w:t xml:space="preserve"> die Gemeinden</w:t>
            </w:r>
            <w:r>
              <w:br/>
            </w:r>
            <w:r>
              <w:t>Bensdorf, Rosenau, Wusterwitz</w:t>
            </w:r>
          </w:p>
        </w:tc>
      </w:tr>
      <w:tr>
        <w:trPr>
          <w:cantSplit/>
        </w:trPr>
        <w:tc>
          <w:tcPr>
            <w:tcW w:type="dxa" w:w="2351"/>
          </w:tcPr>
          <w:p/>
        </w:tc>
        <w:tc>
          <w:tcPr>
            <w:tcW w:type="dxa" w:w="2351"/>
          </w:tcPr>
          <w:p/>
        </w:tc>
        <w:tc>
          <w:tcPr>
            <w:tcW w:type="dxa" w:w="2351"/>
          </w:tcPr>
          <w:p/>
        </w:tc>
        <w:tc>
          <w:tcPr>
            <w:tcW w:type="dxa" w:w="2351"/>
          </w:tcPr>
          <w:p>
            <w:r>
              <w:t>Amt Ziesar</w:t>
            </w:r>
          </w:p>
        </w:tc>
      </w:tr>
      <w:tr>
        <w:trPr>
          <w:cantSplit/>
        </w:trPr>
        <w:tc>
          <w:tcPr>
            <w:tcW w:type="dxa" w:w="2351"/>
          </w:tcPr>
          <w:p/>
        </w:tc>
        <w:tc>
          <w:tcPr>
            <w:tcW w:type="dxa" w:w="2351"/>
          </w:tcPr>
          <w:p/>
        </w:tc>
        <w:tc>
          <w:tcPr>
            <w:tcW w:type="dxa" w:w="2351"/>
          </w:tcPr>
          <w:p/>
        </w:tc>
        <w:tc>
          <w:tcPr>
            <w:tcW w:type="dxa" w:w="2351"/>
          </w:tcPr>
          <w:p>
            <w:r>
              <w:t xml:space="preserve"> die Gemeinden</w:t>
            </w:r>
            <w:r>
              <w:br/>
            </w:r>
            <w:r>
              <w:t>Buckautal, Görzke, Gräben, Wenzlow, Wollin, Ziesar</w:t>
            </w:r>
          </w:p>
        </w:tc>
      </w:tr>
      <w:tr>
        <w:trPr>
          <w:cantSplit/>
        </w:trPr>
        <w:tc>
          <w:tcPr>
            <w:tcW w:type="dxa" w:w="2351"/>
          </w:tcPr>
          <w:p/>
        </w:tc>
        <w:tc>
          <w:tcPr>
            <w:tcW w:type="dxa" w:w="2351"/>
          </w:tcPr>
          <w:p/>
        </w:tc>
        <w:tc>
          <w:tcPr>
            <w:tcW w:type="dxa" w:w="4702"/>
            <w:gridSpan w:val="2"/>
          </w:tcPr>
          <w:p>
            <w:r>
              <w:t>(Übrige Gemeinden s. Wkr. 61)</w:t>
            </w:r>
          </w:p>
        </w:tc>
      </w:tr>
      <w:tr>
        <w:trPr>
          <w:cantSplit/>
        </w:trPr>
        <w:tc>
          <w:tcPr>
            <w:tcW w:type="dxa" w:w="2351"/>
          </w:tcPr>
          <w:p/>
        </w:tc>
        <w:tc>
          <w:tcPr>
            <w:tcW w:type="dxa" w:w="2351"/>
          </w:tcPr>
          <w:p/>
        </w:tc>
        <w:tc>
          <w:tcPr>
            <w:tcW w:type="dxa" w:w="4702"/>
            <w:gridSpan w:val="2"/>
          </w:tcPr>
          <w:p>
            <w:r>
              <w:t>vom Landkreis Teltow-Fläming</w:t>
            </w:r>
          </w:p>
        </w:tc>
      </w:tr>
      <w:tr>
        <w:trPr>
          <w:cantSplit/>
        </w:trPr>
        <w:tc>
          <w:tcPr>
            <w:tcW w:type="dxa" w:w="2351"/>
          </w:tcPr>
          <w:p/>
        </w:tc>
        <w:tc>
          <w:tcPr>
            <w:tcW w:type="dxa" w:w="2351"/>
          </w:tcPr>
          <w:p/>
        </w:tc>
        <w:tc>
          <w:tcPr>
            <w:tcW w:type="dxa" w:w="2351"/>
          </w:tcPr>
          <w:p/>
        </w:tc>
        <w:tc>
          <w:tcPr>
            <w:tcW w:type="dxa" w:w="2351"/>
          </w:tcPr>
          <w:p>
            <w:r>
              <w:t>amtsfreie Gemeinden</w:t>
            </w:r>
            <w:r>
              <w:br/>
            </w:r>
            <w:r>
              <w:t>Jüterbog, Niedergörsdorf</w:t>
            </w:r>
          </w:p>
        </w:tc>
      </w:tr>
      <w:tr>
        <w:trPr>
          <w:cantSplit/>
        </w:trPr>
        <w:tc>
          <w:tcPr>
            <w:tcW w:type="dxa" w:w="2351"/>
          </w:tcPr>
          <w:p/>
        </w:tc>
        <w:tc>
          <w:tcPr>
            <w:tcW w:type="dxa" w:w="2351"/>
          </w:tcPr>
          <w:p/>
        </w:tc>
        <w:tc>
          <w:tcPr>
            <w:tcW w:type="dxa" w:w="4702"/>
            <w:gridSpan w:val="2"/>
          </w:tcPr>
          <w:p>
            <w:r>
              <w:t>(Übrige Gemeinden s. Wkr. 61, 62)</w:t>
            </w:r>
          </w:p>
        </w:tc>
      </w:tr>
      <w:tr>
        <w:trPr>
          <w:cantSplit/>
        </w:trPr>
        <w:tc>
          <w:tcPr>
            <w:tcW w:type="dxa" w:w="2351"/>
          </w:tcPr>
          <w:p>
            <w:r>
              <w:t>61</w:t>
            </w:r>
          </w:p>
        </w:tc>
        <w:tc>
          <w:tcPr>
            <w:tcW w:type="dxa" w:w="2351"/>
            <w:vMerge w:val="restart"/>
          </w:tcPr>
          <w:p>
            <w:r>
              <w:t>Potsdam – Potsdam-Mittelmark II – Teltow-Fläming II</w:t>
            </w:r>
          </w:p>
        </w:tc>
        <w:tc>
          <w:tcPr>
            <w:tcW w:type="dxa" w:w="4702"/>
            <w:gridSpan w:val="2"/>
          </w:tcPr>
          <w:p>
            <w:r>
              <w:t>Kreisfreie Stadt Potsdam</w:t>
            </w:r>
          </w:p>
        </w:tc>
      </w:tr>
      <w:tr>
        <w:trPr>
          <w:cantSplit/>
        </w:trPr>
        <w:tc>
          <w:tcPr>
            <w:tcW w:type="dxa" w:w="2351"/>
          </w:tcPr>
          <w:p/>
        </w:tc>
        <w:tc>
          <w:tcPr>
            <w:tcW w:type="dxa" w:w="2351"/>
            <w:vMerge/>
          </w:tcPr>
          <w:p/>
        </w:tc>
        <w:tc>
          <w:tcPr>
            <w:tcW w:type="dxa" w:w="4702"/>
            <w:gridSpan w:val="2"/>
          </w:tcPr>
          <w:p>
            <w:r>
              <w:t>vom Landkreis Potsdam-Mittelmark</w:t>
            </w:r>
          </w:p>
        </w:tc>
      </w:tr>
      <w:tr>
        <w:trPr>
          <w:cantSplit/>
        </w:trPr>
        <w:tc>
          <w:tcPr>
            <w:tcW w:type="dxa" w:w="2351"/>
          </w:tcPr>
          <w:p/>
        </w:tc>
        <w:tc>
          <w:tcPr>
            <w:tcW w:type="dxa" w:w="2351"/>
            <w:vMerge/>
          </w:tcPr>
          <w:p/>
        </w:tc>
        <w:tc>
          <w:tcPr>
            <w:tcW w:type="dxa" w:w="2351"/>
          </w:tcPr>
          <w:p/>
        </w:tc>
        <w:tc>
          <w:tcPr>
            <w:tcW w:type="dxa" w:w="2351"/>
          </w:tcPr>
          <w:p>
            <w:r>
              <w:t>amtsfreie Gemeinden</w:t>
            </w:r>
            <w:r>
              <w:br/>
            </w:r>
            <w:r>
              <w:t>Kleinmachnow, Michendorf, Nuthetal, Schwielowsee, Stahnsdorf, Teltow</w:t>
            </w:r>
          </w:p>
        </w:tc>
      </w:tr>
      <w:tr>
        <w:trPr>
          <w:cantSplit/>
        </w:trPr>
        <w:tc>
          <w:tcPr>
            <w:tcW w:type="dxa" w:w="2351"/>
          </w:tcPr>
          <w:p/>
        </w:tc>
        <w:tc>
          <w:tcPr>
            <w:tcW w:type="dxa" w:w="2351"/>
          </w:tcPr>
          <w:p/>
        </w:tc>
        <w:tc>
          <w:tcPr>
            <w:tcW w:type="dxa" w:w="4702"/>
            <w:gridSpan w:val="2"/>
          </w:tcPr>
          <w:p>
            <w:r>
              <w:t>(Übrige Gemeinden s. Wkr. 60)</w:t>
            </w:r>
          </w:p>
        </w:tc>
      </w:tr>
      <w:tr>
        <w:trPr>
          <w:cantSplit/>
        </w:trPr>
        <w:tc>
          <w:tcPr>
            <w:tcW w:type="dxa" w:w="2351"/>
          </w:tcPr>
          <w:p/>
        </w:tc>
        <w:tc>
          <w:tcPr>
            <w:tcW w:type="dxa" w:w="2351"/>
          </w:tcPr>
          <w:p/>
        </w:tc>
        <w:tc>
          <w:tcPr>
            <w:tcW w:type="dxa" w:w="4702"/>
            <w:gridSpan w:val="2"/>
          </w:tcPr>
          <w:p>
            <w:r>
              <w:t>vom Landkreis Teltow-Fläming</w:t>
            </w:r>
          </w:p>
        </w:tc>
      </w:tr>
      <w:tr>
        <w:trPr>
          <w:cantSplit/>
        </w:trPr>
        <w:tc>
          <w:tcPr>
            <w:tcW w:type="dxa" w:w="2351"/>
          </w:tcPr>
          <w:p/>
        </w:tc>
        <w:tc>
          <w:tcPr>
            <w:tcW w:type="dxa" w:w="2351"/>
          </w:tcPr>
          <w:p/>
        </w:tc>
        <w:tc>
          <w:tcPr>
            <w:tcW w:type="dxa" w:w="2351"/>
          </w:tcPr>
          <w:p/>
        </w:tc>
        <w:tc>
          <w:tcPr>
            <w:tcW w:type="dxa" w:w="2351"/>
          </w:tcPr>
          <w:p>
            <w:r>
              <w:t>amtsfreie Gemeinde Ludwigsfelde</w:t>
            </w:r>
          </w:p>
        </w:tc>
      </w:tr>
      <w:tr>
        <w:trPr>
          <w:cantSplit/>
        </w:trPr>
        <w:tc>
          <w:tcPr>
            <w:tcW w:type="dxa" w:w="2351"/>
          </w:tcPr>
          <w:p/>
        </w:tc>
        <w:tc>
          <w:tcPr>
            <w:tcW w:type="dxa" w:w="2351"/>
          </w:tcPr>
          <w:p/>
        </w:tc>
        <w:tc>
          <w:tcPr>
            <w:tcW w:type="dxa" w:w="4702"/>
            <w:gridSpan w:val="2"/>
          </w:tcPr>
          <w:p>
            <w:r>
              <w:t>(Übrige Gemeinden s. Wkr. 60, 62)</w:t>
            </w:r>
          </w:p>
        </w:tc>
      </w:tr>
      <w:tr>
        <w:trPr>
          <w:cantSplit/>
        </w:trPr>
        <w:tc>
          <w:tcPr>
            <w:tcW w:type="dxa" w:w="2351"/>
          </w:tcPr>
          <w:p>
            <w:r>
              <w:t>62</w:t>
            </w:r>
          </w:p>
        </w:tc>
        <w:tc>
          <w:tcPr>
            <w:tcW w:type="dxa" w:w="2351"/>
            <w:vMerge w:val="restart"/>
          </w:tcPr>
          <w:p>
            <w:r>
              <w:t>Dahme-Spreewald –</w:t>
            </w:r>
            <w:r>
              <w:br/>
            </w:r>
            <w:r>
              <w:t>Teltow-Fläming III</w:t>
            </w:r>
          </w:p>
        </w:tc>
        <w:tc>
          <w:tcPr>
            <w:tcW w:type="dxa" w:w="4702"/>
            <w:gridSpan w:val="2"/>
          </w:tcPr>
          <w:p>
            <w:r>
              <w:t>Landkreis Dahme-Spreewald</w:t>
            </w:r>
          </w:p>
        </w:tc>
      </w:tr>
      <w:tr>
        <w:trPr>
          <w:cantSplit/>
        </w:trPr>
        <w:tc>
          <w:tcPr>
            <w:tcW w:type="dxa" w:w="2351"/>
          </w:tcPr>
          <w:p/>
        </w:tc>
        <w:tc>
          <w:tcPr>
            <w:tcW w:type="dxa" w:w="2351"/>
            <w:vMerge/>
          </w:tcPr>
          <w:p/>
        </w:tc>
        <w:tc>
          <w:tcPr>
            <w:tcW w:type="dxa" w:w="4702"/>
            <w:gridSpan w:val="2"/>
          </w:tcPr>
          <w:p>
            <w:r>
              <w:t>vom Landkreis Teltow-Fläming</w:t>
            </w:r>
          </w:p>
        </w:tc>
      </w:tr>
      <w:tr>
        <w:trPr>
          <w:cantSplit/>
        </w:trPr>
        <w:tc>
          <w:tcPr>
            <w:tcW w:type="dxa" w:w="2351"/>
          </w:tcPr>
          <w:p/>
        </w:tc>
        <w:tc>
          <w:tcPr>
            <w:tcW w:type="dxa" w:w="2351"/>
          </w:tcPr>
          <w:p/>
        </w:tc>
        <w:tc>
          <w:tcPr>
            <w:tcW w:type="dxa" w:w="2351"/>
          </w:tcPr>
          <w:p/>
        </w:tc>
        <w:tc>
          <w:tcPr>
            <w:tcW w:type="dxa" w:w="2351"/>
          </w:tcPr>
          <w:p>
            <w:r>
              <w:t>amtsfreie Gemeinden</w:t>
            </w:r>
            <w:r>
              <w:br/>
            </w:r>
            <w:r>
              <w:t>Am Mellensee, Baruth/Mark, Blankenfelde-Mahlow, Großbeeren, Luckenwalde, Nuthe-Urstromtal, Rangsdorf, Trebbin, Zossen</w:t>
            </w:r>
          </w:p>
        </w:tc>
      </w:tr>
      <w:tr>
        <w:trPr>
          <w:cantSplit/>
        </w:trPr>
        <w:tc>
          <w:tcPr>
            <w:tcW w:type="dxa" w:w="2351"/>
          </w:tcPr>
          <w:p/>
        </w:tc>
        <w:tc>
          <w:tcPr>
            <w:tcW w:type="dxa" w:w="2351"/>
          </w:tcPr>
          <w:p/>
        </w:tc>
        <w:tc>
          <w:tcPr>
            <w:tcW w:type="dxa" w:w="2351"/>
          </w:tcPr>
          <w:p/>
        </w:tc>
        <w:tc>
          <w:tcPr>
            <w:tcW w:type="dxa" w:w="2351"/>
          </w:tcPr>
          <w:p>
            <w:r>
              <w:t>Amt Dahme/Mark</w:t>
            </w:r>
          </w:p>
        </w:tc>
      </w:tr>
      <w:tr>
        <w:trPr>
          <w:cantSplit/>
        </w:trPr>
        <w:tc>
          <w:tcPr>
            <w:tcW w:type="dxa" w:w="2351"/>
          </w:tcPr>
          <w:p/>
        </w:tc>
        <w:tc>
          <w:tcPr>
            <w:tcW w:type="dxa" w:w="2351"/>
          </w:tcPr>
          <w:p/>
        </w:tc>
        <w:tc>
          <w:tcPr>
            <w:tcW w:type="dxa" w:w="2351"/>
          </w:tcPr>
          <w:p/>
        </w:tc>
        <w:tc>
          <w:tcPr>
            <w:tcW w:type="dxa" w:w="2351"/>
          </w:tcPr>
          <w:p>
            <w:r>
              <w:t xml:space="preserve"> die Gemeinden</w:t>
            </w:r>
            <w:r>
              <w:br/>
            </w:r>
            <w:r>
              <w:t>Dahme/Mark, Dahmetal, Ihlow, Niederer Fläming</w:t>
            </w:r>
          </w:p>
        </w:tc>
      </w:tr>
      <w:tr>
        <w:trPr>
          <w:cantSplit/>
        </w:trPr>
        <w:tc>
          <w:tcPr>
            <w:tcW w:type="dxa" w:w="2351"/>
          </w:tcPr>
          <w:p/>
        </w:tc>
        <w:tc>
          <w:tcPr>
            <w:tcW w:type="dxa" w:w="2351"/>
          </w:tcPr>
          <w:p/>
        </w:tc>
        <w:tc>
          <w:tcPr>
            <w:tcW w:type="dxa" w:w="4702"/>
            <w:gridSpan w:val="2"/>
          </w:tcPr>
          <w:p>
            <w:r>
              <w:t>(Übrige Gemeinden s. Wkr. 60, 61)</w:t>
            </w:r>
          </w:p>
        </w:tc>
      </w:tr>
      <w:tr>
        <w:trPr>
          <w:cantSplit/>
        </w:trPr>
        <w:tc>
          <w:tcPr>
            <w:tcW w:type="dxa" w:w="2351"/>
          </w:tcPr>
          <w:p>
            <w:r>
              <w:t>63</w:t>
            </w:r>
          </w:p>
        </w:tc>
        <w:tc>
          <w:tcPr>
            <w:tcW w:type="dxa" w:w="2351"/>
          </w:tcPr>
          <w:p>
            <w:r>
              <w:t>Frankfurt (Oder) – Oder-Spree</w:t>
            </w:r>
          </w:p>
        </w:tc>
        <w:tc>
          <w:tcPr>
            <w:tcW w:type="dxa" w:w="4702"/>
            <w:gridSpan w:val="2"/>
          </w:tcPr>
          <w:p>
            <w:r>
              <w:t>Kreisfreie Stadt Frankfurt (Oder)</w:t>
            </w:r>
          </w:p>
        </w:tc>
      </w:tr>
      <w:tr>
        <w:trPr>
          <w:cantSplit/>
        </w:trPr>
        <w:tc>
          <w:tcPr>
            <w:tcW w:type="dxa" w:w="2351"/>
          </w:tcPr>
          <w:p/>
        </w:tc>
        <w:tc>
          <w:tcPr>
            <w:tcW w:type="dxa" w:w="2351"/>
          </w:tcPr>
          <w:p/>
        </w:tc>
        <w:tc>
          <w:tcPr>
            <w:tcW w:type="dxa" w:w="4702"/>
            <w:gridSpan w:val="2"/>
          </w:tcPr>
          <w:p>
            <w:r>
              <w:t>Landkreis Oder-Spree</w:t>
            </w:r>
          </w:p>
        </w:tc>
      </w:tr>
      <w:tr>
        <w:trPr>
          <w:cantSplit/>
        </w:trPr>
        <w:tc>
          <w:tcPr>
            <w:tcW w:type="dxa" w:w="2351"/>
          </w:tcPr>
          <w:p>
            <w:r>
              <w:t>64</w:t>
            </w:r>
          </w:p>
        </w:tc>
        <w:tc>
          <w:tcPr>
            <w:tcW w:type="dxa" w:w="2351"/>
          </w:tcPr>
          <w:p>
            <w:r>
              <w:t>Cottbus – Spree-Neiße</w:t>
            </w:r>
          </w:p>
        </w:tc>
        <w:tc>
          <w:tcPr>
            <w:tcW w:type="dxa" w:w="4702"/>
            <w:gridSpan w:val="2"/>
          </w:tcPr>
          <w:p>
            <w:r>
              <w:t>Kreisfreie Stadt Cottbus</w:t>
            </w:r>
          </w:p>
        </w:tc>
      </w:tr>
      <w:tr>
        <w:trPr>
          <w:cantSplit/>
        </w:trPr>
        <w:tc>
          <w:tcPr>
            <w:tcW w:type="dxa" w:w="2351"/>
          </w:tcPr>
          <w:p/>
        </w:tc>
        <w:tc>
          <w:tcPr>
            <w:tcW w:type="dxa" w:w="2351"/>
          </w:tcPr>
          <w:p/>
        </w:tc>
        <w:tc>
          <w:tcPr>
            <w:tcW w:type="dxa" w:w="4702"/>
            <w:gridSpan w:val="2"/>
          </w:tcPr>
          <w:p>
            <w:r>
              <w:t>Landkreis Spree-Neiße</w:t>
            </w:r>
          </w:p>
        </w:tc>
      </w:tr>
      <w:tr>
        <w:trPr>
          <w:cantSplit/>
        </w:trPr>
        <w:tc>
          <w:tcPr>
            <w:tcW w:type="dxa" w:w="2351"/>
          </w:tcPr>
          <w:p>
            <w:r>
              <w:t>65</w:t>
            </w:r>
          </w:p>
        </w:tc>
        <w:tc>
          <w:tcPr>
            <w:tcW w:type="dxa" w:w="2351"/>
            <w:vMerge w:val="restart"/>
          </w:tcPr>
          <w:p>
            <w:r>
              <w:t>Elbe-Elster – Oberspreewald-Lausitz</w:t>
            </w:r>
          </w:p>
        </w:tc>
        <w:tc>
          <w:tcPr>
            <w:tcW w:type="dxa" w:w="4702"/>
            <w:gridSpan w:val="2"/>
          </w:tcPr>
          <w:p>
            <w:r>
              <w:t>Landkreis Elbe-Elster</w:t>
            </w:r>
          </w:p>
        </w:tc>
      </w:tr>
      <w:tr>
        <w:trPr>
          <w:cantSplit/>
        </w:trPr>
        <w:tc>
          <w:tcPr>
            <w:tcW w:type="dxa" w:w="2351"/>
          </w:tcPr>
          <w:p/>
        </w:tc>
        <w:tc>
          <w:tcPr>
            <w:tcW w:type="dxa" w:w="2351"/>
            <w:vMerge/>
          </w:tcPr>
          <w:p/>
        </w:tc>
        <w:tc>
          <w:tcPr>
            <w:tcW w:type="dxa" w:w="4702"/>
            <w:gridSpan w:val="2"/>
          </w:tcPr>
          <w:p>
            <w:r>
              <w:t>Landkreis Oberspreewald-Lausitz</w:t>
            </w:r>
          </w:p>
        </w:tc>
      </w:tr>
      <w:tr>
        <w:trPr>
          <w:cantSplit/>
        </w:trPr>
        <w:tc>
          <w:tcPr>
            <w:tcW w:type="dxa" w:w="9404"/>
            <w:gridSpan w:val="4"/>
          </w:tcPr>
          <w:p>
            <w:r>
              <w:rPr>
                <w:b/>
              </w:rPr>
              <w:t>Sachsen-Anhalt</w:t>
            </w:r>
          </w:p>
        </w:tc>
      </w:tr>
      <w:tr>
        <w:trPr>
          <w:cantSplit/>
        </w:trPr>
        <w:tc>
          <w:tcPr>
            <w:tcW w:type="dxa" w:w="2351"/>
          </w:tcPr>
          <w:p>
            <w:r>
              <w:t>66</w:t>
            </w:r>
          </w:p>
        </w:tc>
        <w:tc>
          <w:tcPr>
            <w:tcW w:type="dxa" w:w="2351"/>
          </w:tcPr>
          <w:p>
            <w:r>
              <w:t>Altmark – Jerichower Land</w:t>
            </w:r>
          </w:p>
        </w:tc>
        <w:tc>
          <w:tcPr>
            <w:tcW w:type="dxa" w:w="4702"/>
            <w:gridSpan w:val="2"/>
          </w:tcPr>
          <w:p>
            <w:r>
              <w:t>Altmarkkreis Salzwedel</w:t>
            </w:r>
          </w:p>
        </w:tc>
      </w:tr>
      <w:tr>
        <w:trPr>
          <w:cantSplit/>
        </w:trPr>
        <w:tc>
          <w:tcPr>
            <w:tcW w:type="dxa" w:w="2351"/>
          </w:tcPr>
          <w:p/>
        </w:tc>
        <w:tc>
          <w:tcPr>
            <w:tcW w:type="dxa" w:w="2351"/>
          </w:tcPr>
          <w:p/>
        </w:tc>
        <w:tc>
          <w:tcPr>
            <w:tcW w:type="dxa" w:w="4702"/>
            <w:gridSpan w:val="2"/>
          </w:tcPr>
          <w:p>
            <w:r>
              <w:t>Landkreis Jerichower Land</w:t>
            </w:r>
          </w:p>
        </w:tc>
      </w:tr>
      <w:tr>
        <w:trPr>
          <w:cantSplit/>
        </w:trPr>
        <w:tc>
          <w:tcPr>
            <w:tcW w:type="dxa" w:w="2351"/>
          </w:tcPr>
          <w:p/>
        </w:tc>
        <w:tc>
          <w:tcPr>
            <w:tcW w:type="dxa" w:w="2351"/>
          </w:tcPr>
          <w:p/>
        </w:tc>
        <w:tc>
          <w:tcPr>
            <w:tcW w:type="dxa" w:w="4702"/>
            <w:gridSpan w:val="2"/>
          </w:tcPr>
          <w:p>
            <w:r>
              <w:t>Landkreis Stendal</w:t>
            </w:r>
          </w:p>
        </w:tc>
      </w:tr>
      <w:tr>
        <w:trPr>
          <w:cantSplit/>
        </w:trPr>
        <w:tc>
          <w:tcPr>
            <w:tcW w:type="dxa" w:w="2351"/>
          </w:tcPr>
          <w:p>
            <w:r>
              <w:t>67</w:t>
            </w:r>
          </w:p>
        </w:tc>
        <w:tc>
          <w:tcPr>
            <w:tcW w:type="dxa" w:w="2351"/>
          </w:tcPr>
          <w:p>
            <w:r>
              <w:t>Börde – Salzlandkreis</w:t>
            </w:r>
          </w:p>
        </w:tc>
        <w:tc>
          <w:tcPr>
            <w:tcW w:type="dxa" w:w="4702"/>
            <w:gridSpan w:val="2"/>
          </w:tcPr>
          <w:p>
            <w:r>
              <w:t>Landkreis Börde</w:t>
            </w:r>
          </w:p>
        </w:tc>
      </w:tr>
      <w:tr>
        <w:trPr>
          <w:cantSplit/>
        </w:trPr>
        <w:tc>
          <w:tcPr>
            <w:tcW w:type="dxa" w:w="2351"/>
          </w:tcPr>
          <w:p/>
        </w:tc>
        <w:tc>
          <w:tcPr>
            <w:tcW w:type="dxa" w:w="2351"/>
          </w:tcPr>
          <w:p/>
        </w:tc>
        <w:tc>
          <w:tcPr>
            <w:tcW w:type="dxa" w:w="4702"/>
            <w:gridSpan w:val="2"/>
          </w:tcPr>
          <w:p>
            <w:r>
              <w:t>vom Salzlandkreis</w:t>
            </w:r>
          </w:p>
        </w:tc>
      </w:tr>
      <w:tr>
        <w:trPr>
          <w:cantSplit/>
        </w:trPr>
        <w:tc>
          <w:tcPr>
            <w:tcW w:type="dxa" w:w="2351"/>
          </w:tcPr>
          <w:p/>
        </w:tc>
        <w:tc>
          <w:tcPr>
            <w:tcW w:type="dxa" w:w="2351"/>
          </w:tcPr>
          <w:p/>
        </w:tc>
        <w:tc>
          <w:tcPr>
            <w:tcW w:type="dxa" w:w="2351"/>
          </w:tcPr>
          <w:p/>
        </w:tc>
        <w:tc>
          <w:tcPr>
            <w:tcW w:type="dxa" w:w="2351"/>
          </w:tcPr>
          <w:p>
            <w:r>
              <w:t>die Gemeinden</w:t>
            </w:r>
            <w:r>
              <w:br/>
            </w:r>
            <w:r>
              <w:t>Bernburg (Saale), Hecklingen, Könnern, Nienburg (Saale), Staßfurt</w:t>
            </w:r>
          </w:p>
        </w:tc>
      </w:tr>
      <w:tr>
        <w:trPr>
          <w:cantSplit/>
        </w:trPr>
        <w:tc>
          <w:tcPr>
            <w:tcW w:type="dxa" w:w="2351"/>
          </w:tcPr>
          <w:p/>
        </w:tc>
        <w:tc>
          <w:tcPr>
            <w:tcW w:type="dxa" w:w="2351"/>
          </w:tcPr>
          <w:p/>
        </w:tc>
        <w:tc>
          <w:tcPr>
            <w:tcW w:type="dxa" w:w="2351"/>
          </w:tcPr>
          <w:p/>
        </w:tc>
        <w:tc>
          <w:tcPr>
            <w:tcW w:type="dxa" w:w="2351"/>
          </w:tcPr>
          <w:p>
            <w:r>
              <w:t>Verbandsgemeinde Egelner Mulde</w:t>
            </w:r>
          </w:p>
        </w:tc>
      </w:tr>
      <w:tr>
        <w:trPr>
          <w:cantSplit/>
        </w:trPr>
        <w:tc>
          <w:tcPr>
            <w:tcW w:type="dxa" w:w="2351"/>
          </w:tcPr>
          <w:p/>
        </w:tc>
        <w:tc>
          <w:tcPr>
            <w:tcW w:type="dxa" w:w="2351"/>
          </w:tcPr>
          <w:p/>
        </w:tc>
        <w:tc>
          <w:tcPr>
            <w:tcW w:type="dxa" w:w="2351"/>
          </w:tcPr>
          <w:p/>
        </w:tc>
        <w:tc>
          <w:tcPr>
            <w:tcW w:type="dxa" w:w="2351"/>
          </w:tcPr>
          <w:p>
            <w:r>
              <w:t xml:space="preserve"> die Gemeinden</w:t>
            </w:r>
            <w:r>
              <w:br/>
            </w:r>
            <w:r>
              <w:t>Börde-Hakel, Bördeaue, Borne, Egeln, Wolmirsleben</w:t>
            </w:r>
          </w:p>
        </w:tc>
      </w:tr>
      <w:tr>
        <w:trPr>
          <w:cantSplit/>
        </w:trPr>
        <w:tc>
          <w:tcPr>
            <w:tcW w:type="dxa" w:w="2351"/>
          </w:tcPr>
          <w:p/>
        </w:tc>
        <w:tc>
          <w:tcPr>
            <w:tcW w:type="dxa" w:w="2351"/>
          </w:tcPr>
          <w:p/>
        </w:tc>
        <w:tc>
          <w:tcPr>
            <w:tcW w:type="dxa" w:w="2351"/>
          </w:tcPr>
          <w:p/>
        </w:tc>
        <w:tc>
          <w:tcPr>
            <w:tcW w:type="dxa" w:w="2351"/>
          </w:tcPr>
          <w:p>
            <w:r>
              <w:t>Verbandsgemeinde Saale-Wipper</w:t>
            </w:r>
          </w:p>
        </w:tc>
      </w:tr>
      <w:tr>
        <w:trPr>
          <w:cantSplit/>
        </w:trPr>
        <w:tc>
          <w:tcPr>
            <w:tcW w:type="dxa" w:w="2351"/>
          </w:tcPr>
          <w:p/>
        </w:tc>
        <w:tc>
          <w:tcPr>
            <w:tcW w:type="dxa" w:w="2351"/>
          </w:tcPr>
          <w:p/>
        </w:tc>
        <w:tc>
          <w:tcPr>
            <w:tcW w:type="dxa" w:w="2351"/>
          </w:tcPr>
          <w:p/>
        </w:tc>
        <w:tc>
          <w:tcPr>
            <w:tcW w:type="dxa" w:w="2351"/>
          </w:tcPr>
          <w:p>
            <w:r>
              <w:t xml:space="preserve"> die Gemeinden</w:t>
            </w:r>
            <w:r>
              <w:br/>
            </w:r>
            <w:r>
              <w:t>Alsleben (Saale), Giersleben, Güsten, Ilberstedt, Plötzkau</w:t>
            </w:r>
          </w:p>
        </w:tc>
      </w:tr>
      <w:tr>
        <w:trPr>
          <w:cantSplit/>
        </w:trPr>
        <w:tc>
          <w:tcPr>
            <w:tcW w:type="dxa" w:w="2351"/>
          </w:tcPr>
          <w:p/>
        </w:tc>
        <w:tc>
          <w:tcPr>
            <w:tcW w:type="dxa" w:w="2351"/>
          </w:tcPr>
          <w:p/>
        </w:tc>
        <w:tc>
          <w:tcPr>
            <w:tcW w:type="dxa" w:w="4702"/>
            <w:gridSpan w:val="2"/>
          </w:tcPr>
          <w:p>
            <w:r>
              <w:t>(Übrige Gemeinden s. Wkr. 68, 69)</w:t>
            </w:r>
          </w:p>
        </w:tc>
      </w:tr>
      <w:tr>
        <w:trPr>
          <w:cantSplit/>
        </w:trPr>
        <w:tc>
          <w:tcPr>
            <w:tcW w:type="dxa" w:w="2351"/>
          </w:tcPr>
          <w:p>
            <w:r>
              <w:t>68</w:t>
            </w:r>
          </w:p>
        </w:tc>
        <w:tc>
          <w:tcPr>
            <w:tcW w:type="dxa" w:w="2351"/>
          </w:tcPr>
          <w:p>
            <w:r>
              <w:t>Harz</w:t>
            </w:r>
          </w:p>
        </w:tc>
        <w:tc>
          <w:tcPr>
            <w:tcW w:type="dxa" w:w="4702"/>
            <w:gridSpan w:val="2"/>
          </w:tcPr>
          <w:p>
            <w:r>
              <w:t>Landkreis Harz</w:t>
            </w:r>
          </w:p>
        </w:tc>
      </w:tr>
      <w:tr>
        <w:trPr>
          <w:cantSplit/>
        </w:trPr>
        <w:tc>
          <w:tcPr>
            <w:tcW w:type="dxa" w:w="2351"/>
          </w:tcPr>
          <w:p/>
        </w:tc>
        <w:tc>
          <w:tcPr>
            <w:tcW w:type="dxa" w:w="2351"/>
          </w:tcPr>
          <w:p/>
        </w:tc>
        <w:tc>
          <w:tcPr>
            <w:tcW w:type="dxa" w:w="4702"/>
            <w:gridSpan w:val="2"/>
          </w:tcPr>
          <w:p>
            <w:r>
              <w:t>vom Salzlandkreis</w:t>
            </w:r>
          </w:p>
        </w:tc>
      </w:tr>
      <w:tr>
        <w:trPr>
          <w:cantSplit/>
        </w:trPr>
        <w:tc>
          <w:tcPr>
            <w:tcW w:type="dxa" w:w="2351"/>
          </w:tcPr>
          <w:p/>
        </w:tc>
        <w:tc>
          <w:tcPr>
            <w:tcW w:type="dxa" w:w="2351"/>
          </w:tcPr>
          <w:p/>
        </w:tc>
        <w:tc>
          <w:tcPr>
            <w:tcW w:type="dxa" w:w="2351"/>
          </w:tcPr>
          <w:p/>
        </w:tc>
        <w:tc>
          <w:tcPr>
            <w:tcW w:type="dxa" w:w="2351"/>
          </w:tcPr>
          <w:p>
            <w:r>
              <w:t>die Gemeinden</w:t>
            </w:r>
            <w:r>
              <w:br/>
            </w:r>
            <w:r>
              <w:t>Aschersleben, Seeland</w:t>
            </w:r>
          </w:p>
        </w:tc>
      </w:tr>
      <w:tr>
        <w:trPr>
          <w:cantSplit/>
        </w:trPr>
        <w:tc>
          <w:tcPr>
            <w:tcW w:type="dxa" w:w="2351"/>
          </w:tcPr>
          <w:p/>
        </w:tc>
        <w:tc>
          <w:tcPr>
            <w:tcW w:type="dxa" w:w="2351"/>
          </w:tcPr>
          <w:p/>
        </w:tc>
        <w:tc>
          <w:tcPr>
            <w:tcW w:type="dxa" w:w="4702"/>
            <w:gridSpan w:val="2"/>
          </w:tcPr>
          <w:p>
            <w:r>
              <w:t>(Übrige Gemeinden s. Wkr. 67, 69)</w:t>
            </w:r>
          </w:p>
        </w:tc>
      </w:tr>
      <w:tr>
        <w:trPr>
          <w:cantSplit/>
        </w:trPr>
        <w:tc>
          <w:tcPr>
            <w:tcW w:type="dxa" w:w="2351"/>
          </w:tcPr>
          <w:p>
            <w:r>
              <w:t>69</w:t>
            </w:r>
          </w:p>
        </w:tc>
        <w:tc>
          <w:tcPr>
            <w:tcW w:type="dxa" w:w="2351"/>
          </w:tcPr>
          <w:p>
            <w:r>
              <w:t>Magdeburg</w:t>
            </w:r>
          </w:p>
        </w:tc>
        <w:tc>
          <w:tcPr>
            <w:tcW w:type="dxa" w:w="4702"/>
            <w:gridSpan w:val="2"/>
          </w:tcPr>
          <w:p>
            <w:r>
              <w:t>Kreisfreie Stadt Magdeburg</w:t>
            </w:r>
          </w:p>
        </w:tc>
      </w:tr>
      <w:tr>
        <w:trPr>
          <w:cantSplit/>
        </w:trPr>
        <w:tc>
          <w:tcPr>
            <w:tcW w:type="dxa" w:w="2351"/>
          </w:tcPr>
          <w:p/>
        </w:tc>
        <w:tc>
          <w:tcPr>
            <w:tcW w:type="dxa" w:w="2351"/>
          </w:tcPr>
          <w:p/>
        </w:tc>
        <w:tc>
          <w:tcPr>
            <w:tcW w:type="dxa" w:w="4702"/>
            <w:gridSpan w:val="2"/>
          </w:tcPr>
          <w:p>
            <w:r>
              <w:t>vom Salzlandkreis</w:t>
            </w:r>
          </w:p>
        </w:tc>
      </w:tr>
      <w:tr>
        <w:trPr>
          <w:cantSplit/>
        </w:trPr>
        <w:tc>
          <w:tcPr>
            <w:tcW w:type="dxa" w:w="2351"/>
          </w:tcPr>
          <w:p/>
        </w:tc>
        <w:tc>
          <w:tcPr>
            <w:tcW w:type="dxa" w:w="2351"/>
          </w:tcPr>
          <w:p/>
        </w:tc>
        <w:tc>
          <w:tcPr>
            <w:tcW w:type="dxa" w:w="2351"/>
          </w:tcPr>
          <w:p/>
        </w:tc>
        <w:tc>
          <w:tcPr>
            <w:tcW w:type="dxa" w:w="2351"/>
          </w:tcPr>
          <w:p>
            <w:r>
              <w:t>die Gemeinden</w:t>
            </w:r>
            <w:r>
              <w:br/>
            </w:r>
            <w:r>
              <w:t>Barby, Bördeland, Calbe (Saale), Schönebeck (Elbe)</w:t>
            </w:r>
          </w:p>
        </w:tc>
      </w:tr>
      <w:tr>
        <w:trPr>
          <w:cantSplit/>
        </w:trPr>
        <w:tc>
          <w:tcPr>
            <w:tcW w:type="dxa" w:w="2351"/>
          </w:tcPr>
          <w:p/>
        </w:tc>
        <w:tc>
          <w:tcPr>
            <w:tcW w:type="dxa" w:w="2351"/>
          </w:tcPr>
          <w:p/>
        </w:tc>
        <w:tc>
          <w:tcPr>
            <w:tcW w:type="dxa" w:w="4702"/>
            <w:gridSpan w:val="2"/>
          </w:tcPr>
          <w:p>
            <w:r>
              <w:t>(Übrige Gemeinden s. Wkr. 67, 68)</w:t>
            </w:r>
          </w:p>
        </w:tc>
      </w:tr>
      <w:tr>
        <w:trPr>
          <w:cantSplit/>
        </w:trPr>
        <w:tc>
          <w:tcPr>
            <w:tcW w:type="dxa" w:w="2351"/>
          </w:tcPr>
          <w:p>
            <w:r>
              <w:t>70</w:t>
            </w:r>
          </w:p>
        </w:tc>
        <w:tc>
          <w:tcPr>
            <w:tcW w:type="dxa" w:w="2351"/>
          </w:tcPr>
          <w:p>
            <w:r>
              <w:t>Anhalt – Dessau – Wittenberg</w:t>
            </w:r>
          </w:p>
        </w:tc>
        <w:tc>
          <w:tcPr>
            <w:tcW w:type="dxa" w:w="4702"/>
            <w:gridSpan w:val="2"/>
          </w:tcPr>
          <w:p>
            <w:r>
              <w:t>Kreisfreie Stadt Dessau-Roßlau</w:t>
            </w:r>
          </w:p>
        </w:tc>
      </w:tr>
      <w:tr>
        <w:trPr>
          <w:cantSplit/>
        </w:trPr>
        <w:tc>
          <w:tcPr>
            <w:tcW w:type="dxa" w:w="2351"/>
          </w:tcPr>
          <w:p/>
        </w:tc>
        <w:tc>
          <w:tcPr>
            <w:tcW w:type="dxa" w:w="2351"/>
          </w:tcPr>
          <w:p/>
        </w:tc>
        <w:tc>
          <w:tcPr>
            <w:tcW w:type="dxa" w:w="4702"/>
            <w:gridSpan w:val="2"/>
          </w:tcPr>
          <w:p>
            <w:r>
              <w:t>Landkreis Wittenberg</w:t>
            </w:r>
          </w:p>
        </w:tc>
      </w:tr>
      <w:tr>
        <w:trPr>
          <w:cantSplit/>
        </w:trPr>
        <w:tc>
          <w:tcPr>
            <w:tcW w:type="dxa" w:w="2351"/>
          </w:tcPr>
          <w:p/>
        </w:tc>
        <w:tc>
          <w:tcPr>
            <w:tcW w:type="dxa" w:w="2351"/>
          </w:tcPr>
          <w:p/>
        </w:tc>
        <w:tc>
          <w:tcPr>
            <w:tcW w:type="dxa" w:w="4702"/>
            <w:gridSpan w:val="2"/>
          </w:tcPr>
          <w:p>
            <w:r>
              <w:t>vom Landkreis Anhalt-Bitterfeld</w:t>
            </w:r>
          </w:p>
        </w:tc>
      </w:tr>
      <w:tr>
        <w:trPr>
          <w:cantSplit/>
        </w:trPr>
        <w:tc>
          <w:tcPr>
            <w:tcW w:type="dxa" w:w="2351"/>
          </w:tcPr>
          <w:p/>
        </w:tc>
        <w:tc>
          <w:tcPr>
            <w:tcW w:type="dxa" w:w="2351"/>
          </w:tcPr>
          <w:p/>
        </w:tc>
        <w:tc>
          <w:tcPr>
            <w:tcW w:type="dxa" w:w="2351"/>
          </w:tcPr>
          <w:p/>
        </w:tc>
        <w:tc>
          <w:tcPr>
            <w:tcW w:type="dxa" w:w="2351"/>
          </w:tcPr>
          <w:p>
            <w:r>
              <w:t>die Gemeinden</w:t>
            </w:r>
            <w:r>
              <w:br/>
            </w:r>
            <w:r>
              <w:t>Bitterfeld-Wolfen, Muldestausee, Raguhn-Jeßnitz, Zerbst/Anhalt</w:t>
            </w:r>
          </w:p>
        </w:tc>
      </w:tr>
      <w:tr>
        <w:trPr>
          <w:cantSplit/>
        </w:trPr>
        <w:tc>
          <w:tcPr>
            <w:tcW w:type="dxa" w:w="2351"/>
          </w:tcPr>
          <w:p/>
        </w:tc>
        <w:tc>
          <w:tcPr>
            <w:tcW w:type="dxa" w:w="2351"/>
          </w:tcPr>
          <w:p/>
        </w:tc>
        <w:tc>
          <w:tcPr>
            <w:tcW w:type="dxa" w:w="4702"/>
            <w:gridSpan w:val="2"/>
          </w:tcPr>
          <w:p>
            <w:r>
              <w:t>(Übrige Gemeinden s. Wkr. 71, 73)</w:t>
            </w:r>
          </w:p>
        </w:tc>
      </w:tr>
      <w:tr>
        <w:trPr>
          <w:cantSplit/>
        </w:trPr>
        <w:tc>
          <w:tcPr>
            <w:tcW w:type="dxa" w:w="2351"/>
          </w:tcPr>
          <w:p>
            <w:r>
              <w:t>71</w:t>
            </w:r>
          </w:p>
        </w:tc>
        <w:tc>
          <w:tcPr>
            <w:tcW w:type="dxa" w:w="2351"/>
          </w:tcPr>
          <w:p>
            <w:r>
              <w:t>Halle</w:t>
            </w:r>
          </w:p>
        </w:tc>
        <w:tc>
          <w:tcPr>
            <w:tcW w:type="dxa" w:w="4702"/>
            <w:gridSpan w:val="2"/>
          </w:tcPr>
          <w:p>
            <w:r>
              <w:t>Kreisfreie Stadt Halle (Saale)</w:t>
            </w:r>
          </w:p>
        </w:tc>
      </w:tr>
      <w:tr>
        <w:trPr>
          <w:cantSplit/>
        </w:trPr>
        <w:tc>
          <w:tcPr>
            <w:tcW w:type="dxa" w:w="2351"/>
          </w:tcPr>
          <w:p/>
        </w:tc>
        <w:tc>
          <w:tcPr>
            <w:tcW w:type="dxa" w:w="2351"/>
          </w:tcPr>
          <w:p/>
        </w:tc>
        <w:tc>
          <w:tcPr>
            <w:tcW w:type="dxa" w:w="4702"/>
            <w:gridSpan w:val="2"/>
          </w:tcPr>
          <w:p>
            <w:r>
              <w:t>vom Landkreis Anhalt-Bitterfeld</w:t>
            </w:r>
          </w:p>
        </w:tc>
      </w:tr>
      <w:tr>
        <w:trPr>
          <w:cantSplit/>
        </w:trPr>
        <w:tc>
          <w:tcPr>
            <w:tcW w:type="dxa" w:w="2351"/>
          </w:tcPr>
          <w:p/>
        </w:tc>
        <w:tc>
          <w:tcPr>
            <w:tcW w:type="dxa" w:w="2351"/>
          </w:tcPr>
          <w:p/>
        </w:tc>
        <w:tc>
          <w:tcPr>
            <w:tcW w:type="dxa" w:w="2351"/>
          </w:tcPr>
          <w:p/>
        </w:tc>
        <w:tc>
          <w:tcPr>
            <w:tcW w:type="dxa" w:w="2351"/>
          </w:tcPr>
          <w:p>
            <w:r>
              <w:t>die Gemeinden</w:t>
            </w:r>
            <w:r>
              <w:br/>
            </w:r>
            <w:r>
              <w:t>Sandersdorf-Brehna, Zörbig</w:t>
            </w:r>
          </w:p>
        </w:tc>
      </w:tr>
      <w:tr>
        <w:trPr>
          <w:cantSplit/>
        </w:trPr>
        <w:tc>
          <w:tcPr>
            <w:tcW w:type="dxa" w:w="2351"/>
          </w:tcPr>
          <w:p/>
        </w:tc>
        <w:tc>
          <w:tcPr>
            <w:tcW w:type="dxa" w:w="2351"/>
          </w:tcPr>
          <w:p/>
        </w:tc>
        <w:tc>
          <w:tcPr>
            <w:tcW w:type="dxa" w:w="4702"/>
            <w:gridSpan w:val="2"/>
          </w:tcPr>
          <w:p>
            <w:r>
              <w:t>(Übrige Gemeinden s. Wkr. 70, 73)</w:t>
            </w:r>
          </w:p>
        </w:tc>
      </w:tr>
      <w:tr>
        <w:trPr>
          <w:cantSplit/>
        </w:trPr>
        <w:tc>
          <w:tcPr>
            <w:tcW w:type="dxa" w:w="2351"/>
          </w:tcPr>
          <w:p/>
        </w:tc>
        <w:tc>
          <w:tcPr>
            <w:tcW w:type="dxa" w:w="2351"/>
          </w:tcPr>
          <w:p/>
        </w:tc>
        <w:tc>
          <w:tcPr>
            <w:tcW w:type="dxa" w:w="4702"/>
            <w:gridSpan w:val="2"/>
          </w:tcPr>
          <w:p>
            <w:r>
              <w:t>vom Saalekreis</w:t>
            </w:r>
          </w:p>
        </w:tc>
      </w:tr>
      <w:tr>
        <w:trPr>
          <w:cantSplit/>
        </w:trPr>
        <w:tc>
          <w:tcPr>
            <w:tcW w:type="dxa" w:w="2351"/>
          </w:tcPr>
          <w:p/>
        </w:tc>
        <w:tc>
          <w:tcPr>
            <w:tcW w:type="dxa" w:w="2351"/>
          </w:tcPr>
          <w:p/>
        </w:tc>
        <w:tc>
          <w:tcPr>
            <w:tcW w:type="dxa" w:w="2351"/>
          </w:tcPr>
          <w:p/>
        </w:tc>
        <w:tc>
          <w:tcPr>
            <w:tcW w:type="dxa" w:w="2351"/>
          </w:tcPr>
          <w:p>
            <w:r>
              <w:t>die Gemeinden</w:t>
            </w:r>
            <w:r>
              <w:br/>
            </w:r>
            <w:r>
              <w:t>Kabelsketal, Landsberg, Petersberg</w:t>
            </w:r>
          </w:p>
        </w:tc>
      </w:tr>
      <w:tr>
        <w:trPr>
          <w:cantSplit/>
        </w:trPr>
        <w:tc>
          <w:tcPr>
            <w:tcW w:type="dxa" w:w="2351"/>
          </w:tcPr>
          <w:p/>
        </w:tc>
        <w:tc>
          <w:tcPr>
            <w:tcW w:type="dxa" w:w="2351"/>
          </w:tcPr>
          <w:p/>
        </w:tc>
        <w:tc>
          <w:tcPr>
            <w:tcW w:type="dxa" w:w="4702"/>
            <w:gridSpan w:val="2"/>
          </w:tcPr>
          <w:p>
            <w:r>
              <w:t>(Übrige Gemeinden s. Wkr. 72, 73)</w:t>
            </w:r>
          </w:p>
        </w:tc>
      </w:tr>
      <w:tr>
        <w:trPr>
          <w:cantSplit/>
        </w:trPr>
        <w:tc>
          <w:tcPr>
            <w:tcW w:type="dxa" w:w="2351"/>
          </w:tcPr>
          <w:p>
            <w:r>
              <w:t>72</w:t>
            </w:r>
          </w:p>
        </w:tc>
        <w:tc>
          <w:tcPr>
            <w:tcW w:type="dxa" w:w="2351"/>
          </w:tcPr>
          <w:p>
            <w:r>
              <w:t>Burgenland – Saalekreis</w:t>
            </w:r>
          </w:p>
        </w:tc>
        <w:tc>
          <w:tcPr>
            <w:tcW w:type="dxa" w:w="4702"/>
            <w:gridSpan w:val="2"/>
          </w:tcPr>
          <w:p>
            <w:r>
              <w:t>Burgenlandkreis</w:t>
            </w:r>
          </w:p>
        </w:tc>
      </w:tr>
      <w:tr>
        <w:trPr>
          <w:cantSplit/>
        </w:trPr>
        <w:tc>
          <w:tcPr>
            <w:tcW w:type="dxa" w:w="2351"/>
          </w:tcPr>
          <w:p/>
        </w:tc>
        <w:tc>
          <w:tcPr>
            <w:tcW w:type="dxa" w:w="2351"/>
          </w:tcPr>
          <w:p/>
        </w:tc>
        <w:tc>
          <w:tcPr>
            <w:tcW w:type="dxa" w:w="4702"/>
            <w:gridSpan w:val="2"/>
          </w:tcPr>
          <w:p>
            <w:r>
              <w:t>vom Saalekreis</w:t>
            </w:r>
          </w:p>
        </w:tc>
      </w:tr>
      <w:tr>
        <w:trPr>
          <w:cantSplit/>
        </w:trPr>
        <w:tc>
          <w:tcPr>
            <w:tcW w:type="dxa" w:w="2351"/>
          </w:tcPr>
          <w:p/>
        </w:tc>
        <w:tc>
          <w:tcPr>
            <w:tcW w:type="dxa" w:w="2351"/>
          </w:tcPr>
          <w:p/>
        </w:tc>
        <w:tc>
          <w:tcPr>
            <w:tcW w:type="dxa" w:w="2351"/>
          </w:tcPr>
          <w:p/>
        </w:tc>
        <w:tc>
          <w:tcPr>
            <w:tcW w:type="dxa" w:w="2351"/>
          </w:tcPr>
          <w:p>
            <w:r>
              <w:t>die Gemeinden</w:t>
            </w:r>
            <w:r>
              <w:br/>
            </w:r>
            <w:r>
              <w:t>Bad Dürrenberg, Braunsbedra, Leuna, Merseburg, Schkopau</w:t>
            </w:r>
          </w:p>
        </w:tc>
      </w:tr>
      <w:tr>
        <w:trPr>
          <w:cantSplit/>
        </w:trPr>
        <w:tc>
          <w:tcPr>
            <w:tcW w:type="dxa" w:w="2351"/>
          </w:tcPr>
          <w:p/>
        </w:tc>
        <w:tc>
          <w:tcPr>
            <w:tcW w:type="dxa" w:w="2351"/>
          </w:tcPr>
          <w:p/>
        </w:tc>
        <w:tc>
          <w:tcPr>
            <w:tcW w:type="dxa" w:w="4702"/>
            <w:gridSpan w:val="2"/>
          </w:tcPr>
          <w:p>
            <w:r>
              <w:t>(Übrige Gemeinden s. Wkr. 71, 73)</w:t>
            </w:r>
          </w:p>
        </w:tc>
      </w:tr>
      <w:tr>
        <w:trPr>
          <w:cantSplit/>
        </w:trPr>
        <w:tc>
          <w:tcPr>
            <w:tcW w:type="dxa" w:w="2351"/>
          </w:tcPr>
          <w:p>
            <w:r>
              <w:t>73</w:t>
            </w:r>
          </w:p>
        </w:tc>
        <w:tc>
          <w:tcPr>
            <w:tcW w:type="dxa" w:w="2351"/>
          </w:tcPr>
          <w:p>
            <w:r>
              <w:t>Mansfeld</w:t>
            </w:r>
          </w:p>
        </w:tc>
        <w:tc>
          <w:tcPr>
            <w:tcW w:type="dxa" w:w="4702"/>
            <w:gridSpan w:val="2"/>
          </w:tcPr>
          <w:p>
            <w:r>
              <w:t>Landkreis Mansfeld-Südharz</w:t>
            </w:r>
          </w:p>
        </w:tc>
      </w:tr>
      <w:tr>
        <w:trPr>
          <w:cantSplit/>
        </w:trPr>
        <w:tc>
          <w:tcPr>
            <w:tcW w:type="dxa" w:w="2351"/>
          </w:tcPr>
          <w:p/>
        </w:tc>
        <w:tc>
          <w:tcPr>
            <w:tcW w:type="dxa" w:w="2351"/>
          </w:tcPr>
          <w:p/>
        </w:tc>
        <w:tc>
          <w:tcPr>
            <w:tcW w:type="dxa" w:w="4702"/>
            <w:gridSpan w:val="2"/>
          </w:tcPr>
          <w:p>
            <w:r>
              <w:t>vom Landkreis Anhalt-Bitterfeld</w:t>
            </w:r>
          </w:p>
        </w:tc>
      </w:tr>
      <w:tr>
        <w:trPr>
          <w:cantSplit/>
        </w:trPr>
        <w:tc>
          <w:tcPr>
            <w:tcW w:type="dxa" w:w="2351"/>
          </w:tcPr>
          <w:p/>
        </w:tc>
        <w:tc>
          <w:tcPr>
            <w:tcW w:type="dxa" w:w="2351"/>
          </w:tcPr>
          <w:p/>
        </w:tc>
        <w:tc>
          <w:tcPr>
            <w:tcW w:type="dxa" w:w="2351"/>
          </w:tcPr>
          <w:p/>
        </w:tc>
        <w:tc>
          <w:tcPr>
            <w:tcW w:type="dxa" w:w="2351"/>
          </w:tcPr>
          <w:p>
            <w:r>
              <w:t>die Gemeinden</w:t>
            </w:r>
            <w:r>
              <w:br/>
            </w:r>
            <w:r>
              <w:t>Aken (Elbe), Köthen (Anhalt), Osternienburger Land, Südliches Anhalt</w:t>
            </w:r>
          </w:p>
        </w:tc>
      </w:tr>
      <w:tr>
        <w:trPr>
          <w:cantSplit/>
        </w:trPr>
        <w:tc>
          <w:tcPr>
            <w:tcW w:type="dxa" w:w="2351"/>
          </w:tcPr>
          <w:p/>
        </w:tc>
        <w:tc>
          <w:tcPr>
            <w:tcW w:type="dxa" w:w="2351"/>
          </w:tcPr>
          <w:p/>
        </w:tc>
        <w:tc>
          <w:tcPr>
            <w:tcW w:type="dxa" w:w="4702"/>
            <w:gridSpan w:val="2"/>
          </w:tcPr>
          <w:p>
            <w:r>
              <w:t>(Übrige Gemeinden s. Wkr. 70, 71)</w:t>
            </w:r>
          </w:p>
        </w:tc>
      </w:tr>
      <w:tr>
        <w:trPr>
          <w:cantSplit/>
        </w:trPr>
        <w:tc>
          <w:tcPr>
            <w:tcW w:type="dxa" w:w="2351"/>
          </w:tcPr>
          <w:p/>
        </w:tc>
        <w:tc>
          <w:tcPr>
            <w:tcW w:type="dxa" w:w="2351"/>
          </w:tcPr>
          <w:p/>
        </w:tc>
        <w:tc>
          <w:tcPr>
            <w:tcW w:type="dxa" w:w="4702"/>
            <w:gridSpan w:val="2"/>
          </w:tcPr>
          <w:p>
            <w:r>
              <w:t>vom Saalekreis</w:t>
            </w:r>
          </w:p>
        </w:tc>
      </w:tr>
      <w:tr>
        <w:trPr>
          <w:cantSplit/>
        </w:trPr>
        <w:tc>
          <w:tcPr>
            <w:tcW w:type="dxa" w:w="2351"/>
          </w:tcPr>
          <w:p/>
        </w:tc>
        <w:tc>
          <w:tcPr>
            <w:tcW w:type="dxa" w:w="2351"/>
          </w:tcPr>
          <w:p/>
        </w:tc>
        <w:tc>
          <w:tcPr>
            <w:tcW w:type="dxa" w:w="2351"/>
          </w:tcPr>
          <w:p/>
        </w:tc>
        <w:tc>
          <w:tcPr>
            <w:tcW w:type="dxa" w:w="2351"/>
          </w:tcPr>
          <w:p>
            <w:r>
              <w:t>die Gemeinden</w:t>
            </w:r>
            <w:r>
              <w:br/>
            </w:r>
            <w:r>
              <w:t>Bad Lauchstädt, Mücheln (Geiseltal), Querfurt, Salzatal, Teutschenthal, Wettin-Löbejün</w:t>
            </w:r>
          </w:p>
        </w:tc>
      </w:tr>
      <w:tr>
        <w:trPr>
          <w:cantSplit/>
        </w:trPr>
        <w:tc>
          <w:tcPr>
            <w:tcW w:type="dxa" w:w="2351"/>
          </w:tcPr>
          <w:p/>
        </w:tc>
        <w:tc>
          <w:tcPr>
            <w:tcW w:type="dxa" w:w="2351"/>
          </w:tcPr>
          <w:p/>
        </w:tc>
        <w:tc>
          <w:tcPr>
            <w:tcW w:type="dxa" w:w="2351"/>
          </w:tcPr>
          <w:p/>
        </w:tc>
        <w:tc>
          <w:tcPr>
            <w:tcW w:type="dxa" w:w="2351"/>
          </w:tcPr>
          <w:p>
            <w:r>
              <w:t>Verbandsgemeinde Weida-Land</w:t>
            </w:r>
          </w:p>
        </w:tc>
      </w:tr>
      <w:tr>
        <w:trPr>
          <w:cantSplit/>
        </w:trPr>
        <w:tc>
          <w:tcPr>
            <w:tcW w:type="dxa" w:w="2351"/>
          </w:tcPr>
          <w:p/>
        </w:tc>
        <w:tc>
          <w:tcPr>
            <w:tcW w:type="dxa" w:w="2351"/>
          </w:tcPr>
          <w:p/>
        </w:tc>
        <w:tc>
          <w:tcPr>
            <w:tcW w:type="dxa" w:w="2351"/>
          </w:tcPr>
          <w:p/>
        </w:tc>
        <w:tc>
          <w:tcPr>
            <w:tcW w:type="dxa" w:w="2351"/>
          </w:tcPr>
          <w:p>
            <w:r>
              <w:t xml:space="preserve"> die Gemeinden</w:t>
            </w:r>
            <w:r>
              <w:br/>
            </w:r>
            <w:r>
              <w:t>Barnstädt, Farnstädt, Nemsdorf-Göhrendorf, Obhausen, Schraplau, Steigra</w:t>
            </w:r>
          </w:p>
        </w:tc>
      </w:tr>
      <w:tr>
        <w:trPr>
          <w:cantSplit/>
        </w:trPr>
        <w:tc>
          <w:tcPr>
            <w:tcW w:type="dxa" w:w="2351"/>
          </w:tcPr>
          <w:p/>
        </w:tc>
        <w:tc>
          <w:tcPr>
            <w:tcW w:type="dxa" w:w="2351"/>
          </w:tcPr>
          <w:p/>
        </w:tc>
        <w:tc>
          <w:tcPr>
            <w:tcW w:type="dxa" w:w="4702"/>
            <w:gridSpan w:val="2"/>
          </w:tcPr>
          <w:p>
            <w:r>
              <w:t>(Übrige Gemeinden s. Wkr. 71, 72)</w:t>
            </w:r>
          </w:p>
        </w:tc>
      </w:tr>
      <w:tr>
        <w:trPr>
          <w:cantSplit/>
        </w:trPr>
        <w:tc>
          <w:tcPr>
            <w:tcW w:type="dxa" w:w="9404"/>
            <w:gridSpan w:val="4"/>
          </w:tcPr>
          <w:p>
            <w:r>
              <w:rPr>
                <w:b/>
              </w:rPr>
              <w:t>Berlin</w:t>
            </w:r>
          </w:p>
        </w:tc>
      </w:tr>
      <w:tr>
        <w:trPr>
          <w:cantSplit/>
        </w:trPr>
        <w:tc>
          <w:tcPr>
            <w:tcW w:type="dxa" w:w="2351"/>
          </w:tcPr>
          <w:p>
            <w:r>
              <w:t>74</w:t>
            </w:r>
          </w:p>
        </w:tc>
        <w:tc>
          <w:tcPr>
            <w:tcW w:type="dxa" w:w="2351"/>
          </w:tcPr>
          <w:p>
            <w:r>
              <w:t>Berlin-Mitte</w:t>
            </w:r>
          </w:p>
        </w:tc>
        <w:tc>
          <w:tcPr>
            <w:tcW w:type="dxa" w:w="4702"/>
            <w:gridSpan w:val="2"/>
          </w:tcPr>
          <w:p>
            <w:r>
              <w:t>Bezirk Mitte</w:t>
            </w:r>
          </w:p>
        </w:tc>
      </w:tr>
      <w:tr>
        <w:trPr>
          <w:cantSplit/>
        </w:trPr>
        <w:tc>
          <w:tcPr>
            <w:tcW w:type="dxa" w:w="2351"/>
          </w:tcPr>
          <w:p>
            <w:r>
              <w:t>75</w:t>
            </w:r>
          </w:p>
        </w:tc>
        <w:tc>
          <w:tcPr>
            <w:tcW w:type="dxa" w:w="2351"/>
          </w:tcPr>
          <w:p>
            <w:r>
              <w:t>Berlin-Pankow</w:t>
            </w:r>
          </w:p>
        </w:tc>
        <w:tc>
          <w:tcPr>
            <w:tcW w:type="dxa" w:w="4702"/>
            <w:gridSpan w:val="2"/>
          </w:tcPr>
          <w:p>
            <w:r>
              <w:t>Bezirk Pankow</w:t>
            </w:r>
          </w:p>
        </w:tc>
      </w:tr>
      <w:tr>
        <w:trPr>
          <w:cantSplit/>
        </w:trPr>
        <w:tc>
          <w:tcPr>
            <w:tcW w:type="dxa" w:w="2351"/>
          </w:tcPr>
          <w:p/>
        </w:tc>
        <w:tc>
          <w:tcPr>
            <w:tcW w:type="dxa" w:w="2351"/>
          </w:tcPr>
          <w:p/>
        </w:tc>
        <w:tc>
          <w:tcPr>
            <w:tcW w:type="dxa" w:w="2351"/>
          </w:tcPr>
          <w:p/>
        </w:tc>
        <w:tc>
          <w:tcPr>
            <w:tcW w:type="dxa" w:w="2351"/>
          </w:tcPr>
          <w:p>
            <w:r>
              <w:t>ohne das Gebiet östlich der Straßenmitte Prenzlauer Allee und südlich der Straßenmitte Lehderstraße und Gürtelstraße sowie des Jüdischen Friedhofs</w:t>
            </w:r>
          </w:p>
        </w:tc>
      </w:tr>
      <w:tr>
        <w:trPr>
          <w:cantSplit/>
        </w:trPr>
        <w:tc>
          <w:tcPr>
            <w:tcW w:type="dxa" w:w="2351"/>
          </w:tcPr>
          <w:p/>
        </w:tc>
        <w:tc>
          <w:tcPr>
            <w:tcW w:type="dxa" w:w="2351"/>
          </w:tcPr>
          <w:p/>
        </w:tc>
        <w:tc>
          <w:tcPr>
            <w:tcW w:type="dxa" w:w="4702"/>
            <w:gridSpan w:val="2"/>
          </w:tcPr>
          <w:p>
            <w:r>
              <w:t>(Übriger Bezirk s. Wkr. 82)</w:t>
            </w:r>
          </w:p>
        </w:tc>
      </w:tr>
      <w:tr>
        <w:trPr>
          <w:cantSplit/>
        </w:trPr>
        <w:tc>
          <w:tcPr>
            <w:tcW w:type="dxa" w:w="2351"/>
          </w:tcPr>
          <w:p>
            <w:r>
              <w:t>76</w:t>
            </w:r>
          </w:p>
        </w:tc>
        <w:tc>
          <w:tcPr>
            <w:tcW w:type="dxa" w:w="2351"/>
          </w:tcPr>
          <w:p>
            <w:r>
              <w:t>Berlin-Reinickendorf</w:t>
            </w:r>
          </w:p>
        </w:tc>
        <w:tc>
          <w:tcPr>
            <w:tcW w:type="dxa" w:w="4702"/>
            <w:gridSpan w:val="2"/>
          </w:tcPr>
          <w:p>
            <w:r>
              <w:t>Bezirk Reinickendorf</w:t>
            </w:r>
          </w:p>
        </w:tc>
      </w:tr>
      <w:tr>
        <w:trPr>
          <w:cantSplit/>
        </w:trPr>
        <w:tc>
          <w:tcPr>
            <w:tcW w:type="dxa" w:w="2351"/>
          </w:tcPr>
          <w:p>
            <w:r>
              <w:t>77</w:t>
            </w:r>
          </w:p>
        </w:tc>
        <w:tc>
          <w:tcPr>
            <w:tcW w:type="dxa" w:w="2351"/>
            <w:vMerge w:val="restart"/>
          </w:tcPr>
          <w:p>
            <w:r>
              <w:t>Berlin-Spandau – Charlottenburg Nord</w:t>
            </w:r>
          </w:p>
        </w:tc>
        <w:tc>
          <w:tcPr>
            <w:tcW w:type="dxa" w:w="4702"/>
            <w:gridSpan w:val="2"/>
          </w:tcPr>
          <w:p>
            <w:r>
              <w:t>Bezirk Spandau</w:t>
            </w:r>
          </w:p>
        </w:tc>
      </w:tr>
      <w:tr>
        <w:trPr>
          <w:cantSplit/>
        </w:trPr>
        <w:tc>
          <w:tcPr>
            <w:tcW w:type="dxa" w:w="2351"/>
          </w:tcPr>
          <w:p/>
        </w:tc>
        <w:tc>
          <w:tcPr>
            <w:tcW w:type="dxa" w:w="2351"/>
            <w:vMerge/>
          </w:tcPr>
          <w:p/>
        </w:tc>
        <w:tc>
          <w:tcPr>
            <w:tcW w:type="dxa" w:w="4702"/>
            <w:gridSpan w:val="2"/>
          </w:tcPr>
          <w:p>
            <w:r>
              <w:t>vom Bezirk Charlottenburg-Wilmersdorf</w:t>
            </w:r>
          </w:p>
        </w:tc>
      </w:tr>
      <w:tr>
        <w:trPr>
          <w:cantSplit/>
        </w:trPr>
        <w:tc>
          <w:tcPr>
            <w:tcW w:type="dxa" w:w="2351"/>
          </w:tcPr>
          <w:p/>
        </w:tc>
        <w:tc>
          <w:tcPr>
            <w:tcW w:type="dxa" w:w="2351"/>
          </w:tcPr>
          <w:p/>
        </w:tc>
        <w:tc>
          <w:tcPr>
            <w:tcW w:type="dxa" w:w="2351"/>
          </w:tcPr>
          <w:p/>
        </w:tc>
        <w:tc>
          <w:tcPr>
            <w:tcW w:type="dxa" w:w="2351"/>
          </w:tcPr>
          <w:p>
            <w:r>
              <w:t>das Gebiet nördlich der Spree</w:t>
            </w:r>
          </w:p>
        </w:tc>
      </w:tr>
      <w:tr>
        <w:trPr>
          <w:cantSplit/>
        </w:trPr>
        <w:tc>
          <w:tcPr>
            <w:tcW w:type="dxa" w:w="2351"/>
          </w:tcPr>
          <w:p/>
        </w:tc>
        <w:tc>
          <w:tcPr>
            <w:tcW w:type="dxa" w:w="2351"/>
          </w:tcPr>
          <w:p/>
        </w:tc>
        <w:tc>
          <w:tcPr>
            <w:tcW w:type="dxa" w:w="4702"/>
            <w:gridSpan w:val="2"/>
          </w:tcPr>
          <w:p>
            <w:r>
              <w:t>(Übriger Bezirk s. Wkr. 79)</w:t>
            </w:r>
          </w:p>
        </w:tc>
      </w:tr>
      <w:tr>
        <w:trPr>
          <w:cantSplit/>
        </w:trPr>
        <w:tc>
          <w:tcPr>
            <w:tcW w:type="dxa" w:w="2351"/>
          </w:tcPr>
          <w:p>
            <w:r>
              <w:t>78</w:t>
            </w:r>
          </w:p>
        </w:tc>
        <w:tc>
          <w:tcPr>
            <w:tcW w:type="dxa" w:w="2351"/>
          </w:tcPr>
          <w:p>
            <w:r>
              <w:t>Berlin-Steglitz-Zehlendorf</w:t>
            </w:r>
          </w:p>
        </w:tc>
        <w:tc>
          <w:tcPr>
            <w:tcW w:type="dxa" w:w="4702"/>
            <w:gridSpan w:val="2"/>
          </w:tcPr>
          <w:p>
            <w:r>
              <w:t>Bezirk Steglitz-Zehlendorf</w:t>
            </w:r>
          </w:p>
        </w:tc>
      </w:tr>
      <w:tr>
        <w:trPr>
          <w:cantSplit/>
        </w:trPr>
        <w:tc>
          <w:tcPr>
            <w:tcW w:type="dxa" w:w="2351"/>
          </w:tcPr>
          <w:p>
            <w:r>
              <w:t>79</w:t>
            </w:r>
          </w:p>
        </w:tc>
        <w:tc>
          <w:tcPr>
            <w:tcW w:type="dxa" w:w="2351"/>
            <w:vMerge w:val="restart"/>
          </w:tcPr>
          <w:p>
            <w:r>
              <w:t>Berlin-Charlottenburg-Wilmersdorf</w:t>
            </w:r>
          </w:p>
        </w:tc>
        <w:tc>
          <w:tcPr>
            <w:tcW w:type="dxa" w:w="4702"/>
            <w:gridSpan w:val="2"/>
          </w:tcPr>
          <w:p>
            <w:r>
              <w:t>Bezirk Charlottenburg-Wilmersdorf</w:t>
            </w:r>
          </w:p>
        </w:tc>
      </w:tr>
      <w:tr>
        <w:trPr>
          <w:cantSplit/>
        </w:trPr>
        <w:tc>
          <w:tcPr>
            <w:tcW w:type="dxa" w:w="2351"/>
          </w:tcPr>
          <w:p/>
        </w:tc>
        <w:tc>
          <w:tcPr>
            <w:tcW w:type="dxa" w:w="2351"/>
            <w:vMerge/>
          </w:tcPr>
          <w:p/>
        </w:tc>
        <w:tc>
          <w:tcPr>
            <w:tcW w:type="dxa" w:w="2351"/>
          </w:tcPr>
          <w:p/>
        </w:tc>
        <w:tc>
          <w:tcPr>
            <w:tcW w:type="dxa" w:w="2351"/>
          </w:tcPr>
          <w:p>
            <w:r>
              <w:t>ohne das Gebiet nördlich der Spree</w:t>
            </w:r>
          </w:p>
        </w:tc>
      </w:tr>
      <w:tr>
        <w:trPr>
          <w:cantSplit/>
        </w:trPr>
        <w:tc>
          <w:tcPr>
            <w:tcW w:type="dxa" w:w="2351"/>
          </w:tcPr>
          <w:p/>
        </w:tc>
        <w:tc>
          <w:tcPr>
            <w:tcW w:type="dxa" w:w="2351"/>
          </w:tcPr>
          <w:p/>
        </w:tc>
        <w:tc>
          <w:tcPr>
            <w:tcW w:type="dxa" w:w="4702"/>
            <w:gridSpan w:val="2"/>
          </w:tcPr>
          <w:p>
            <w:r>
              <w:t>(Übriger Bezirk s. Wkr. 77)</w:t>
            </w:r>
          </w:p>
        </w:tc>
      </w:tr>
      <w:tr>
        <w:trPr>
          <w:cantSplit/>
        </w:trPr>
        <w:tc>
          <w:tcPr>
            <w:tcW w:type="dxa" w:w="2351"/>
          </w:tcPr>
          <w:p>
            <w:r>
              <w:t>80</w:t>
            </w:r>
          </w:p>
        </w:tc>
        <w:tc>
          <w:tcPr>
            <w:tcW w:type="dxa" w:w="2351"/>
          </w:tcPr>
          <w:p>
            <w:r>
              <w:t>Berlin-Tempelhof-Schöneberg</w:t>
            </w:r>
          </w:p>
        </w:tc>
        <w:tc>
          <w:tcPr>
            <w:tcW w:type="dxa" w:w="4702"/>
            <w:gridSpan w:val="2"/>
          </w:tcPr>
          <w:p>
            <w:r>
              <w:t>Bezirk Tempelhof-Schöneberg</w:t>
            </w:r>
          </w:p>
        </w:tc>
      </w:tr>
      <w:tr>
        <w:trPr>
          <w:cantSplit/>
        </w:trPr>
        <w:tc>
          <w:tcPr>
            <w:tcW w:type="dxa" w:w="2351"/>
          </w:tcPr>
          <w:p>
            <w:r>
              <w:t>81</w:t>
            </w:r>
          </w:p>
        </w:tc>
        <w:tc>
          <w:tcPr>
            <w:tcW w:type="dxa" w:w="2351"/>
          </w:tcPr>
          <w:p>
            <w:r>
              <w:t>Berlin-Neukölln</w:t>
            </w:r>
          </w:p>
        </w:tc>
        <w:tc>
          <w:tcPr>
            <w:tcW w:type="dxa" w:w="4702"/>
            <w:gridSpan w:val="2"/>
          </w:tcPr>
          <w:p>
            <w:r>
              <w:t>Bezirk Neukölln</w:t>
            </w:r>
          </w:p>
        </w:tc>
      </w:tr>
      <w:tr>
        <w:trPr>
          <w:cantSplit/>
        </w:trPr>
        <w:tc>
          <w:tcPr>
            <w:tcW w:type="dxa" w:w="2351"/>
          </w:tcPr>
          <w:p>
            <w:r>
              <w:t>82</w:t>
            </w:r>
          </w:p>
        </w:tc>
        <w:tc>
          <w:tcPr>
            <w:tcW w:type="dxa" w:w="2351"/>
            <w:vMerge w:val="restart"/>
          </w:tcPr>
          <w:p>
            <w:r>
              <w:t>Berlin-Friedrichshain-Kreuzberg – Prenzlauer Berg Ost</w:t>
            </w:r>
          </w:p>
        </w:tc>
        <w:tc>
          <w:tcPr>
            <w:tcW w:type="dxa" w:w="4702"/>
            <w:gridSpan w:val="2"/>
          </w:tcPr>
          <w:p>
            <w:r>
              <w:t>Bezirk Friedrichshain-Kreuzberg</w:t>
            </w:r>
          </w:p>
        </w:tc>
      </w:tr>
      <w:tr>
        <w:trPr>
          <w:cantSplit/>
        </w:trPr>
        <w:tc>
          <w:tcPr>
            <w:tcW w:type="dxa" w:w="2351"/>
          </w:tcPr>
          <w:p/>
        </w:tc>
        <w:tc>
          <w:tcPr>
            <w:tcW w:type="dxa" w:w="2351"/>
            <w:vMerge/>
          </w:tcPr>
          <w:p/>
        </w:tc>
        <w:tc>
          <w:tcPr>
            <w:tcW w:type="dxa" w:w="4702"/>
            <w:gridSpan w:val="2"/>
          </w:tcPr>
          <w:p>
            <w:r>
              <w:t>vom Bezirk Pankow</w:t>
            </w:r>
          </w:p>
        </w:tc>
      </w:tr>
      <w:tr>
        <w:trPr>
          <w:cantSplit/>
        </w:trPr>
        <w:tc>
          <w:tcPr>
            <w:tcW w:type="dxa" w:w="2351"/>
          </w:tcPr>
          <w:p/>
        </w:tc>
        <w:tc>
          <w:tcPr>
            <w:tcW w:type="dxa" w:w="2351"/>
          </w:tcPr>
          <w:p/>
        </w:tc>
        <w:tc>
          <w:tcPr>
            <w:tcW w:type="dxa" w:w="2351"/>
          </w:tcPr>
          <w:p/>
        </w:tc>
        <w:tc>
          <w:tcPr>
            <w:tcW w:type="dxa" w:w="2351"/>
          </w:tcPr>
          <w:p>
            <w:r>
              <w:t>das Gebiet östlich der Straßenmitte Prenzlauer Allee und südlich der Straßenmitte Lehderstraße und Gürtelstraße sowie des Jüdischen Friedhofs</w:t>
            </w:r>
          </w:p>
        </w:tc>
      </w:tr>
      <w:tr>
        <w:trPr>
          <w:cantSplit/>
        </w:trPr>
        <w:tc>
          <w:tcPr>
            <w:tcW w:type="dxa" w:w="2351"/>
          </w:tcPr>
          <w:p/>
        </w:tc>
        <w:tc>
          <w:tcPr>
            <w:tcW w:type="dxa" w:w="2351"/>
          </w:tcPr>
          <w:p/>
        </w:tc>
        <w:tc>
          <w:tcPr>
            <w:tcW w:type="dxa" w:w="4702"/>
            <w:gridSpan w:val="2"/>
          </w:tcPr>
          <w:p>
            <w:r>
              <w:t>(Übriger Bezirk s. Wkr. 75)</w:t>
            </w:r>
          </w:p>
        </w:tc>
      </w:tr>
      <w:tr>
        <w:trPr>
          <w:cantSplit/>
        </w:trPr>
        <w:tc>
          <w:tcPr>
            <w:tcW w:type="dxa" w:w="2351"/>
          </w:tcPr>
          <w:p>
            <w:r>
              <w:t>83</w:t>
            </w:r>
          </w:p>
        </w:tc>
        <w:tc>
          <w:tcPr>
            <w:tcW w:type="dxa" w:w="2351"/>
          </w:tcPr>
          <w:p>
            <w:r>
              <w:t>Berlin-Treptow-Köpenick</w:t>
            </w:r>
          </w:p>
        </w:tc>
        <w:tc>
          <w:tcPr>
            <w:tcW w:type="dxa" w:w="4702"/>
            <w:gridSpan w:val="2"/>
          </w:tcPr>
          <w:p>
            <w:r>
              <w:t>Bezirk Treptow-Köpenick</w:t>
            </w:r>
          </w:p>
        </w:tc>
      </w:tr>
      <w:tr>
        <w:trPr>
          <w:cantSplit/>
        </w:trPr>
        <w:tc>
          <w:tcPr>
            <w:tcW w:type="dxa" w:w="2351"/>
          </w:tcPr>
          <w:p>
            <w:r>
              <w:t>84</w:t>
            </w:r>
          </w:p>
        </w:tc>
        <w:tc>
          <w:tcPr>
            <w:tcW w:type="dxa" w:w="2351"/>
          </w:tcPr>
          <w:p>
            <w:r>
              <w:t>Berlin-Marzahn-Hellersdorf</w:t>
            </w:r>
          </w:p>
        </w:tc>
        <w:tc>
          <w:tcPr>
            <w:tcW w:type="dxa" w:w="4702"/>
            <w:gridSpan w:val="2"/>
          </w:tcPr>
          <w:p>
            <w:r>
              <w:t>Bezirk Marzahn-Hellersdorf</w:t>
            </w:r>
          </w:p>
        </w:tc>
      </w:tr>
      <w:tr>
        <w:trPr>
          <w:cantSplit/>
        </w:trPr>
        <w:tc>
          <w:tcPr>
            <w:tcW w:type="dxa" w:w="2351"/>
          </w:tcPr>
          <w:p>
            <w:r>
              <w:t>85</w:t>
            </w:r>
          </w:p>
        </w:tc>
        <w:tc>
          <w:tcPr>
            <w:tcW w:type="dxa" w:w="2351"/>
          </w:tcPr>
          <w:p>
            <w:r>
              <w:t>Berlin-Lichtenberg</w:t>
            </w:r>
          </w:p>
        </w:tc>
        <w:tc>
          <w:tcPr>
            <w:tcW w:type="dxa" w:w="4702"/>
            <w:gridSpan w:val="2"/>
          </w:tcPr>
          <w:p>
            <w:r>
              <w:t>Bezirk Lichtenberg</w:t>
            </w:r>
          </w:p>
        </w:tc>
      </w:tr>
      <w:tr>
        <w:trPr>
          <w:cantSplit/>
        </w:trPr>
        <w:tc>
          <w:tcPr>
            <w:tcW w:type="dxa" w:w="9404"/>
            <w:gridSpan w:val="4"/>
          </w:tcPr>
          <w:p>
            <w:r>
              <w:rPr>
                <w:b/>
              </w:rPr>
              <w:t>Nordrhein-Westfalen</w:t>
            </w:r>
          </w:p>
        </w:tc>
      </w:tr>
      <w:tr>
        <w:trPr>
          <w:cantSplit/>
        </w:trPr>
        <w:tc>
          <w:tcPr>
            <w:tcW w:type="dxa" w:w="2351"/>
          </w:tcPr>
          <w:p>
            <w:r>
              <w:t>86</w:t>
            </w:r>
          </w:p>
        </w:tc>
        <w:tc>
          <w:tcPr>
            <w:tcW w:type="dxa" w:w="2351"/>
          </w:tcPr>
          <w:p>
            <w:r>
              <w:t>Aachen I</w:t>
            </w:r>
          </w:p>
        </w:tc>
        <w:tc>
          <w:tcPr>
            <w:tcW w:type="dxa" w:w="4702"/>
            <w:gridSpan w:val="2"/>
          </w:tcPr>
          <w:p>
            <w:r>
              <w:t>Von der Städteregion Aachen</w:t>
            </w:r>
          </w:p>
        </w:tc>
      </w:tr>
      <w:tr>
        <w:trPr>
          <w:cantSplit/>
        </w:trPr>
        <w:tc>
          <w:tcPr>
            <w:tcW w:type="dxa" w:w="2351"/>
          </w:tcPr>
          <w:p/>
        </w:tc>
        <w:tc>
          <w:tcPr>
            <w:tcW w:type="dxa" w:w="2351"/>
          </w:tcPr>
          <w:p/>
        </w:tc>
        <w:tc>
          <w:tcPr>
            <w:tcW w:type="dxa" w:w="2351"/>
          </w:tcPr>
          <w:p/>
        </w:tc>
        <w:tc>
          <w:tcPr>
            <w:tcW w:type="dxa" w:w="2351"/>
          </w:tcPr>
          <w:p>
            <w:r>
              <w:t>die Stadt Aachen</w:t>
            </w:r>
          </w:p>
        </w:tc>
      </w:tr>
      <w:tr>
        <w:trPr>
          <w:cantSplit/>
        </w:trPr>
        <w:tc>
          <w:tcPr>
            <w:tcW w:type="dxa" w:w="2351"/>
          </w:tcPr>
          <w:p/>
        </w:tc>
        <w:tc>
          <w:tcPr>
            <w:tcW w:type="dxa" w:w="2351"/>
          </w:tcPr>
          <w:p/>
        </w:tc>
        <w:tc>
          <w:tcPr>
            <w:tcW w:type="dxa" w:w="4702"/>
            <w:gridSpan w:val="2"/>
          </w:tcPr>
          <w:p>
            <w:r>
              <w:t>(Übrige Gemeinden s. Wkr. 87)</w:t>
            </w:r>
          </w:p>
        </w:tc>
      </w:tr>
      <w:tr>
        <w:trPr>
          <w:cantSplit/>
        </w:trPr>
        <w:tc>
          <w:tcPr>
            <w:tcW w:type="dxa" w:w="2351"/>
          </w:tcPr>
          <w:p>
            <w:r>
              <w:t>87</w:t>
            </w:r>
          </w:p>
        </w:tc>
        <w:tc>
          <w:tcPr>
            <w:tcW w:type="dxa" w:w="2351"/>
          </w:tcPr>
          <w:p>
            <w:r>
              <w:t>Aachen II</w:t>
            </w:r>
          </w:p>
        </w:tc>
        <w:tc>
          <w:tcPr>
            <w:tcW w:type="dxa" w:w="4702"/>
            <w:gridSpan w:val="2"/>
          </w:tcPr>
          <w:p>
            <w:r>
              <w:t>Von der Städteregion Aachen</w:t>
            </w:r>
          </w:p>
        </w:tc>
      </w:tr>
      <w:tr>
        <w:trPr>
          <w:cantSplit/>
        </w:trPr>
        <w:tc>
          <w:tcPr>
            <w:tcW w:type="dxa" w:w="2351"/>
          </w:tcPr>
          <w:p/>
        </w:tc>
        <w:tc>
          <w:tcPr>
            <w:tcW w:type="dxa" w:w="2351"/>
          </w:tcPr>
          <w:p/>
        </w:tc>
        <w:tc>
          <w:tcPr>
            <w:tcW w:type="dxa" w:w="2351"/>
          </w:tcPr>
          <w:p/>
        </w:tc>
        <w:tc>
          <w:tcPr>
            <w:tcW w:type="dxa" w:w="2351"/>
          </w:tcPr>
          <w:p>
            <w:r>
              <w:t>die Gemeinden</w:t>
            </w:r>
            <w:r>
              <w:br/>
            </w:r>
            <w:r>
              <w:t>Alsdorf, Baesweiler, Eschweiler, Herzogenrath, Monschau, Roetgen, Simmerath, Stolberg (Rhld.), Würselen</w:t>
            </w:r>
          </w:p>
        </w:tc>
      </w:tr>
      <w:tr>
        <w:trPr>
          <w:cantSplit/>
        </w:trPr>
        <w:tc>
          <w:tcPr>
            <w:tcW w:type="dxa" w:w="2351"/>
          </w:tcPr>
          <w:p/>
        </w:tc>
        <w:tc>
          <w:tcPr>
            <w:tcW w:type="dxa" w:w="2351"/>
          </w:tcPr>
          <w:p/>
        </w:tc>
        <w:tc>
          <w:tcPr>
            <w:tcW w:type="dxa" w:w="4702"/>
            <w:gridSpan w:val="2"/>
          </w:tcPr>
          <w:p>
            <w:r>
              <w:t>(Übrige Gemeinde s. Wkr. 86)</w:t>
            </w:r>
          </w:p>
        </w:tc>
      </w:tr>
      <w:tr>
        <w:trPr>
          <w:cantSplit/>
        </w:trPr>
        <w:tc>
          <w:tcPr>
            <w:tcW w:type="dxa" w:w="2351"/>
          </w:tcPr>
          <w:p>
            <w:r>
              <w:t>88</w:t>
            </w:r>
          </w:p>
        </w:tc>
        <w:tc>
          <w:tcPr>
            <w:tcW w:type="dxa" w:w="2351"/>
          </w:tcPr>
          <w:p>
            <w:r>
              <w:t>Heinsberg</w:t>
            </w:r>
          </w:p>
        </w:tc>
        <w:tc>
          <w:tcPr>
            <w:tcW w:type="dxa" w:w="4702"/>
            <w:gridSpan w:val="2"/>
          </w:tcPr>
          <w:p>
            <w:r>
              <w:t>Kreis Heinsberg</w:t>
            </w:r>
          </w:p>
        </w:tc>
      </w:tr>
      <w:tr>
        <w:trPr>
          <w:cantSplit/>
        </w:trPr>
        <w:tc>
          <w:tcPr>
            <w:tcW w:type="dxa" w:w="2351"/>
          </w:tcPr>
          <w:p>
            <w:r>
              <w:t>89</w:t>
            </w:r>
          </w:p>
        </w:tc>
        <w:tc>
          <w:tcPr>
            <w:tcW w:type="dxa" w:w="2351"/>
          </w:tcPr>
          <w:p>
            <w:r>
              <w:t>Düren</w:t>
            </w:r>
          </w:p>
        </w:tc>
        <w:tc>
          <w:tcPr>
            <w:tcW w:type="dxa" w:w="4702"/>
            <w:gridSpan w:val="2"/>
          </w:tcPr>
          <w:p>
            <w:r>
              <w:t>Kreis Düren</w:t>
            </w:r>
          </w:p>
        </w:tc>
      </w:tr>
      <w:tr>
        <w:trPr>
          <w:cantSplit/>
        </w:trPr>
        <w:tc>
          <w:tcPr>
            <w:tcW w:type="dxa" w:w="2351"/>
          </w:tcPr>
          <w:p>
            <w:r>
              <w:t>90</w:t>
            </w:r>
          </w:p>
        </w:tc>
        <w:tc>
          <w:tcPr>
            <w:tcW w:type="dxa" w:w="2351"/>
          </w:tcPr>
          <w:p>
            <w:r>
              <w:t>Rhein-Erft-Kreis I</w:t>
            </w:r>
          </w:p>
        </w:tc>
        <w:tc>
          <w:tcPr>
            <w:tcW w:type="dxa" w:w="4702"/>
            <w:gridSpan w:val="2"/>
          </w:tcPr>
          <w:p>
            <w:r>
              <w:t>Vom Rhein-Erft-Kreis</w:t>
            </w:r>
          </w:p>
        </w:tc>
      </w:tr>
      <w:tr>
        <w:trPr>
          <w:cantSplit/>
        </w:trPr>
        <w:tc>
          <w:tcPr>
            <w:tcW w:type="dxa" w:w="2351"/>
          </w:tcPr>
          <w:p/>
        </w:tc>
        <w:tc>
          <w:tcPr>
            <w:tcW w:type="dxa" w:w="2351"/>
          </w:tcPr>
          <w:p/>
        </w:tc>
        <w:tc>
          <w:tcPr>
            <w:tcW w:type="dxa" w:w="2351"/>
          </w:tcPr>
          <w:p/>
        </w:tc>
        <w:tc>
          <w:tcPr>
            <w:tcW w:type="dxa" w:w="2351"/>
          </w:tcPr>
          <w:p>
            <w:r>
              <w:t>die Gemeinden</w:t>
            </w:r>
            <w:r>
              <w:br/>
            </w:r>
            <w:r>
              <w:t>Bedburg, Bergheim, Elsdorf, Frechen, Hürth, Kerpen, Pulheim</w:t>
            </w:r>
          </w:p>
        </w:tc>
      </w:tr>
      <w:tr>
        <w:trPr>
          <w:cantSplit/>
        </w:trPr>
        <w:tc>
          <w:tcPr>
            <w:tcW w:type="dxa" w:w="2351"/>
          </w:tcPr>
          <w:p/>
        </w:tc>
        <w:tc>
          <w:tcPr>
            <w:tcW w:type="dxa" w:w="2351"/>
          </w:tcPr>
          <w:p/>
        </w:tc>
        <w:tc>
          <w:tcPr>
            <w:tcW w:type="dxa" w:w="4702"/>
            <w:gridSpan w:val="2"/>
          </w:tcPr>
          <w:p>
            <w:r>
              <w:t>(Übrige Gemeinden s. Wkr. 91)</w:t>
            </w:r>
          </w:p>
        </w:tc>
      </w:tr>
      <w:tr>
        <w:trPr>
          <w:cantSplit/>
        </w:trPr>
        <w:tc>
          <w:tcPr>
            <w:tcW w:type="dxa" w:w="2351"/>
          </w:tcPr>
          <w:p>
            <w:r>
              <w:t>91</w:t>
            </w:r>
          </w:p>
        </w:tc>
        <w:tc>
          <w:tcPr>
            <w:tcW w:type="dxa" w:w="2351"/>
          </w:tcPr>
          <w:p>
            <w:r>
              <w:t>Euskirchen – Rhein-Erft-Kreis II</w:t>
            </w:r>
          </w:p>
        </w:tc>
        <w:tc>
          <w:tcPr>
            <w:tcW w:type="dxa" w:w="4702"/>
            <w:gridSpan w:val="2"/>
          </w:tcPr>
          <w:p>
            <w:r>
              <w:t>Kreis Euskirchen</w:t>
            </w:r>
          </w:p>
        </w:tc>
      </w:tr>
      <w:tr>
        <w:trPr>
          <w:cantSplit/>
        </w:trPr>
        <w:tc>
          <w:tcPr>
            <w:tcW w:type="dxa" w:w="2351"/>
          </w:tcPr>
          <w:p/>
        </w:tc>
        <w:tc>
          <w:tcPr>
            <w:tcW w:type="dxa" w:w="2351"/>
          </w:tcPr>
          <w:p/>
        </w:tc>
        <w:tc>
          <w:tcPr>
            <w:tcW w:type="dxa" w:w="4702"/>
            <w:gridSpan w:val="2"/>
          </w:tcPr>
          <w:p>
            <w:r>
              <w:t>vom Rhein-Erft-Kreis</w:t>
            </w:r>
          </w:p>
        </w:tc>
      </w:tr>
      <w:tr>
        <w:trPr>
          <w:cantSplit/>
        </w:trPr>
        <w:tc>
          <w:tcPr>
            <w:tcW w:type="dxa" w:w="2351"/>
          </w:tcPr>
          <w:p/>
        </w:tc>
        <w:tc>
          <w:tcPr>
            <w:tcW w:type="dxa" w:w="2351"/>
          </w:tcPr>
          <w:p/>
        </w:tc>
        <w:tc>
          <w:tcPr>
            <w:tcW w:type="dxa" w:w="2351"/>
          </w:tcPr>
          <w:p/>
        </w:tc>
        <w:tc>
          <w:tcPr>
            <w:tcW w:type="dxa" w:w="2351"/>
          </w:tcPr>
          <w:p>
            <w:r>
              <w:t>die Gemeinden</w:t>
            </w:r>
            <w:r>
              <w:br/>
            </w:r>
            <w:r>
              <w:t>Brühl, Erftstadt, Wesseling</w:t>
            </w:r>
          </w:p>
        </w:tc>
      </w:tr>
      <w:tr>
        <w:trPr>
          <w:cantSplit/>
        </w:trPr>
        <w:tc>
          <w:tcPr>
            <w:tcW w:type="dxa" w:w="2351"/>
          </w:tcPr>
          <w:p/>
        </w:tc>
        <w:tc>
          <w:tcPr>
            <w:tcW w:type="dxa" w:w="2351"/>
          </w:tcPr>
          <w:p/>
        </w:tc>
        <w:tc>
          <w:tcPr>
            <w:tcW w:type="dxa" w:w="4702"/>
            <w:gridSpan w:val="2"/>
          </w:tcPr>
          <w:p>
            <w:r>
              <w:t>(Übrige Gemeinden s. Wkr. 90)</w:t>
            </w:r>
          </w:p>
        </w:tc>
      </w:tr>
      <w:tr>
        <w:trPr>
          <w:cantSplit/>
        </w:trPr>
        <w:tc>
          <w:tcPr>
            <w:tcW w:type="dxa" w:w="2351"/>
          </w:tcPr>
          <w:p>
            <w:r>
              <w:t>92</w:t>
            </w:r>
          </w:p>
        </w:tc>
        <w:tc>
          <w:tcPr>
            <w:tcW w:type="dxa" w:w="2351"/>
          </w:tcPr>
          <w:p>
            <w:r>
              <w:t>Köln I</w:t>
            </w:r>
          </w:p>
        </w:tc>
        <w:tc>
          <w:tcPr>
            <w:tcW w:type="dxa" w:w="4702"/>
            <w:gridSpan w:val="2"/>
          </w:tcPr>
          <w:p>
            <w:r>
              <w:t>Von der kreisfreien Stadt Köln</w:t>
            </w:r>
          </w:p>
        </w:tc>
      </w:tr>
      <w:tr>
        <w:trPr>
          <w:cantSplit/>
        </w:trPr>
        <w:tc>
          <w:tcPr>
            <w:tcW w:type="dxa" w:w="2351"/>
          </w:tcPr>
          <w:p/>
        </w:tc>
        <w:tc>
          <w:tcPr>
            <w:tcW w:type="dxa" w:w="2351"/>
          </w:tcPr>
          <w:p/>
        </w:tc>
        <w:tc>
          <w:tcPr>
            <w:tcW w:type="dxa" w:w="2351"/>
          </w:tcPr>
          <w:p/>
        </w:tc>
        <w:tc>
          <w:tcPr>
            <w:tcW w:type="dxa" w:w="2351"/>
          </w:tcPr>
          <w:p>
            <w:r>
              <w:t>vom Stadtbezirk 1 Innenstadt</w:t>
            </w:r>
          </w:p>
        </w:tc>
      </w:tr>
      <w:tr>
        <w:trPr>
          <w:cantSplit/>
        </w:trPr>
        <w:tc>
          <w:tcPr>
            <w:tcW w:type="dxa" w:w="2351"/>
          </w:tcPr>
          <w:p/>
        </w:tc>
        <w:tc>
          <w:tcPr>
            <w:tcW w:type="dxa" w:w="2351"/>
          </w:tcPr>
          <w:p/>
        </w:tc>
        <w:tc>
          <w:tcPr>
            <w:tcW w:type="dxa" w:w="2351"/>
          </w:tcPr>
          <w:p/>
        </w:tc>
        <w:tc>
          <w:tcPr>
            <w:tcW w:type="dxa" w:w="2351"/>
          </w:tcPr>
          <w:p>
            <w:r>
              <w:t xml:space="preserve"> die Stadtteile</w:t>
            </w:r>
            <w:r>
              <w:br/>
            </w:r>
            <w:r>
              <w:t>Altstadt-Nord, Deutz, Neustadt-Nord</w:t>
            </w:r>
          </w:p>
        </w:tc>
      </w:tr>
      <w:tr>
        <w:trPr>
          <w:cantSplit/>
        </w:trPr>
        <w:tc>
          <w:tcPr>
            <w:tcW w:type="dxa" w:w="2351"/>
          </w:tcPr>
          <w:p/>
        </w:tc>
        <w:tc>
          <w:tcPr>
            <w:tcW w:type="dxa" w:w="2351"/>
          </w:tcPr>
          <w:p/>
        </w:tc>
        <w:tc>
          <w:tcPr>
            <w:tcW w:type="dxa" w:w="4702"/>
            <w:gridSpan w:val="2"/>
          </w:tcPr>
          <w:p>
            <w:r>
              <w:t>(Übrige Stadtteile s. Wkr. 93)</w:t>
            </w:r>
          </w:p>
        </w:tc>
      </w:tr>
      <w:tr>
        <w:trPr>
          <w:cantSplit/>
        </w:trPr>
        <w:tc>
          <w:tcPr>
            <w:tcW w:type="dxa" w:w="2351"/>
          </w:tcPr>
          <w:p/>
        </w:tc>
        <w:tc>
          <w:tcPr>
            <w:tcW w:type="dxa" w:w="2351"/>
          </w:tcPr>
          <w:p/>
        </w:tc>
        <w:tc>
          <w:tcPr>
            <w:tcW w:type="dxa" w:w="2351"/>
          </w:tcPr>
          <w:p/>
        </w:tc>
        <w:tc>
          <w:tcPr>
            <w:tcW w:type="dxa" w:w="2351"/>
          </w:tcPr>
          <w:p>
            <w:r>
              <w:t>die Stadtbezirke</w:t>
            </w:r>
            <w:r>
              <w:br/>
            </w:r>
            <w:r>
              <w:t>7 Porz, 8 Kalk</w:t>
            </w:r>
          </w:p>
        </w:tc>
      </w:tr>
      <w:tr>
        <w:trPr>
          <w:cantSplit/>
        </w:trPr>
        <w:tc>
          <w:tcPr>
            <w:tcW w:type="dxa" w:w="2351"/>
          </w:tcPr>
          <w:p/>
        </w:tc>
        <w:tc>
          <w:tcPr>
            <w:tcW w:type="dxa" w:w="2351"/>
          </w:tcPr>
          <w:p/>
        </w:tc>
        <w:tc>
          <w:tcPr>
            <w:tcW w:type="dxa" w:w="4702"/>
            <w:gridSpan w:val="2"/>
          </w:tcPr>
          <w:p>
            <w:r>
              <w:t>(Übrige Stadtbezirke s. Wkr. 93, 94, 100)</w:t>
            </w:r>
          </w:p>
        </w:tc>
      </w:tr>
      <w:tr>
        <w:trPr>
          <w:cantSplit/>
        </w:trPr>
        <w:tc>
          <w:tcPr>
            <w:tcW w:type="dxa" w:w="2351"/>
          </w:tcPr>
          <w:p>
            <w:r>
              <w:t>93</w:t>
            </w:r>
          </w:p>
        </w:tc>
        <w:tc>
          <w:tcPr>
            <w:tcW w:type="dxa" w:w="2351"/>
          </w:tcPr>
          <w:p>
            <w:r>
              <w:t>Köln II</w:t>
            </w:r>
          </w:p>
        </w:tc>
        <w:tc>
          <w:tcPr>
            <w:tcW w:type="dxa" w:w="4702"/>
            <w:gridSpan w:val="2"/>
          </w:tcPr>
          <w:p>
            <w:r>
              <w:t>Von der kreisfreien Stadt Köln</w:t>
            </w:r>
          </w:p>
        </w:tc>
      </w:tr>
      <w:tr>
        <w:trPr>
          <w:cantSplit/>
        </w:trPr>
        <w:tc>
          <w:tcPr>
            <w:tcW w:type="dxa" w:w="2351"/>
          </w:tcPr>
          <w:p/>
        </w:tc>
        <w:tc>
          <w:tcPr>
            <w:tcW w:type="dxa" w:w="2351"/>
          </w:tcPr>
          <w:p/>
        </w:tc>
        <w:tc>
          <w:tcPr>
            <w:tcW w:type="dxa" w:w="2351"/>
          </w:tcPr>
          <w:p/>
        </w:tc>
        <w:tc>
          <w:tcPr>
            <w:tcW w:type="dxa" w:w="2351"/>
          </w:tcPr>
          <w:p>
            <w:r>
              <w:t>vom Stadtbezirk 1 Innenstadt</w:t>
            </w:r>
          </w:p>
        </w:tc>
      </w:tr>
      <w:tr>
        <w:trPr>
          <w:cantSplit/>
        </w:trPr>
        <w:tc>
          <w:tcPr>
            <w:tcW w:type="dxa" w:w="2351"/>
          </w:tcPr>
          <w:p/>
        </w:tc>
        <w:tc>
          <w:tcPr>
            <w:tcW w:type="dxa" w:w="2351"/>
          </w:tcPr>
          <w:p/>
        </w:tc>
        <w:tc>
          <w:tcPr>
            <w:tcW w:type="dxa" w:w="2351"/>
          </w:tcPr>
          <w:p/>
        </w:tc>
        <w:tc>
          <w:tcPr>
            <w:tcW w:type="dxa" w:w="2351"/>
          </w:tcPr>
          <w:p>
            <w:r>
              <w:t xml:space="preserve"> die Stadtteile</w:t>
            </w:r>
            <w:r>
              <w:br/>
            </w:r>
            <w:r>
              <w:t>Altstadt-Süd, Neustadt-Süd</w:t>
            </w:r>
          </w:p>
        </w:tc>
      </w:tr>
      <w:tr>
        <w:trPr>
          <w:cantSplit/>
        </w:trPr>
        <w:tc>
          <w:tcPr>
            <w:tcW w:type="dxa" w:w="2351"/>
          </w:tcPr>
          <w:p/>
        </w:tc>
        <w:tc>
          <w:tcPr>
            <w:tcW w:type="dxa" w:w="2351"/>
          </w:tcPr>
          <w:p/>
        </w:tc>
        <w:tc>
          <w:tcPr>
            <w:tcW w:type="dxa" w:w="4702"/>
            <w:gridSpan w:val="2"/>
          </w:tcPr>
          <w:p>
            <w:r>
              <w:t>(Übrige Stadtteile s. Wkr. 92)</w:t>
            </w:r>
          </w:p>
        </w:tc>
      </w:tr>
      <w:tr>
        <w:trPr>
          <w:cantSplit/>
        </w:trPr>
        <w:tc>
          <w:tcPr>
            <w:tcW w:type="dxa" w:w="2351"/>
          </w:tcPr>
          <w:p/>
        </w:tc>
        <w:tc>
          <w:tcPr>
            <w:tcW w:type="dxa" w:w="2351"/>
          </w:tcPr>
          <w:p/>
        </w:tc>
        <w:tc>
          <w:tcPr>
            <w:tcW w:type="dxa" w:w="2351"/>
          </w:tcPr>
          <w:p/>
        </w:tc>
        <w:tc>
          <w:tcPr>
            <w:tcW w:type="dxa" w:w="2351"/>
          </w:tcPr>
          <w:p>
            <w:r>
              <w:t>die Stadtbezirke</w:t>
            </w:r>
            <w:r>
              <w:br/>
            </w:r>
            <w:r>
              <w:t>2 Rodenkirchen, 3 Lindenthal</w:t>
            </w:r>
          </w:p>
        </w:tc>
      </w:tr>
      <w:tr>
        <w:trPr>
          <w:cantSplit/>
        </w:trPr>
        <w:tc>
          <w:tcPr>
            <w:tcW w:type="dxa" w:w="2351"/>
          </w:tcPr>
          <w:p/>
        </w:tc>
        <w:tc>
          <w:tcPr>
            <w:tcW w:type="dxa" w:w="2351"/>
          </w:tcPr>
          <w:p/>
        </w:tc>
        <w:tc>
          <w:tcPr>
            <w:tcW w:type="dxa" w:w="4702"/>
            <w:gridSpan w:val="2"/>
          </w:tcPr>
          <w:p>
            <w:r>
              <w:t>(Übrige Stadtbezirke s. Wkr. 92, 94, 100)</w:t>
            </w:r>
          </w:p>
        </w:tc>
      </w:tr>
      <w:tr>
        <w:trPr>
          <w:cantSplit/>
        </w:trPr>
        <w:tc>
          <w:tcPr>
            <w:tcW w:type="dxa" w:w="2351"/>
          </w:tcPr>
          <w:p>
            <w:r>
              <w:t>94</w:t>
            </w:r>
          </w:p>
        </w:tc>
        <w:tc>
          <w:tcPr>
            <w:tcW w:type="dxa" w:w="2351"/>
          </w:tcPr>
          <w:p>
            <w:r>
              <w:t>Köln III</w:t>
            </w:r>
          </w:p>
        </w:tc>
        <w:tc>
          <w:tcPr>
            <w:tcW w:type="dxa" w:w="4702"/>
            <w:gridSpan w:val="2"/>
          </w:tcPr>
          <w:p>
            <w:r>
              <w:t>Von der kreisfreien Stadt Köln</w:t>
            </w:r>
          </w:p>
        </w:tc>
      </w:tr>
      <w:tr>
        <w:trPr>
          <w:cantSplit/>
        </w:trPr>
        <w:tc>
          <w:tcPr>
            <w:tcW w:type="dxa" w:w="2351"/>
          </w:tcPr>
          <w:p/>
        </w:tc>
        <w:tc>
          <w:tcPr>
            <w:tcW w:type="dxa" w:w="2351"/>
          </w:tcPr>
          <w:p/>
        </w:tc>
        <w:tc>
          <w:tcPr>
            <w:tcW w:type="dxa" w:w="2351"/>
          </w:tcPr>
          <w:p/>
        </w:tc>
        <w:tc>
          <w:tcPr>
            <w:tcW w:type="dxa" w:w="2351"/>
          </w:tcPr>
          <w:p>
            <w:r>
              <w:t>die Stadtbezirke</w:t>
            </w:r>
            <w:r>
              <w:br/>
            </w:r>
            <w:r>
              <w:t>4 Ehrenfeld, 5 Nippes, 6 Chorweiler</w:t>
            </w:r>
          </w:p>
        </w:tc>
      </w:tr>
      <w:tr>
        <w:trPr>
          <w:cantSplit/>
        </w:trPr>
        <w:tc>
          <w:tcPr>
            <w:tcW w:type="dxa" w:w="2351"/>
          </w:tcPr>
          <w:p/>
        </w:tc>
        <w:tc>
          <w:tcPr>
            <w:tcW w:type="dxa" w:w="2351"/>
          </w:tcPr>
          <w:p/>
        </w:tc>
        <w:tc>
          <w:tcPr>
            <w:tcW w:type="dxa" w:w="4702"/>
            <w:gridSpan w:val="2"/>
          </w:tcPr>
          <w:p>
            <w:r>
              <w:t>(Übrige Stadtbezirke s. Wkr. 92, 93, 100)</w:t>
            </w:r>
          </w:p>
        </w:tc>
      </w:tr>
      <w:tr>
        <w:trPr>
          <w:cantSplit/>
        </w:trPr>
        <w:tc>
          <w:tcPr>
            <w:tcW w:type="dxa" w:w="2351"/>
          </w:tcPr>
          <w:p>
            <w:r>
              <w:t>95</w:t>
            </w:r>
          </w:p>
        </w:tc>
        <w:tc>
          <w:tcPr>
            <w:tcW w:type="dxa" w:w="2351"/>
          </w:tcPr>
          <w:p>
            <w:r>
              <w:t>Bonn</w:t>
            </w:r>
          </w:p>
        </w:tc>
        <w:tc>
          <w:tcPr>
            <w:tcW w:type="dxa" w:w="4702"/>
            <w:gridSpan w:val="2"/>
          </w:tcPr>
          <w:p>
            <w:r>
              <w:t>Kreisfreie Stadt Bonn</w:t>
            </w:r>
          </w:p>
        </w:tc>
      </w:tr>
      <w:tr>
        <w:trPr>
          <w:cantSplit/>
        </w:trPr>
        <w:tc>
          <w:tcPr>
            <w:tcW w:type="dxa" w:w="2351"/>
          </w:tcPr>
          <w:p>
            <w:r>
              <w:t>96</w:t>
            </w:r>
          </w:p>
        </w:tc>
        <w:tc>
          <w:tcPr>
            <w:tcW w:type="dxa" w:w="2351"/>
          </w:tcPr>
          <w:p>
            <w:r>
              <w:t>Rhein-Sieg-Kreis I</w:t>
            </w:r>
          </w:p>
        </w:tc>
        <w:tc>
          <w:tcPr>
            <w:tcW w:type="dxa" w:w="4702"/>
            <w:gridSpan w:val="2"/>
          </w:tcPr>
          <w:p>
            <w:r>
              <w:t>Vom Rhein-Sieg-Kreis</w:t>
            </w:r>
          </w:p>
        </w:tc>
      </w:tr>
      <w:tr>
        <w:trPr>
          <w:cantSplit/>
        </w:trPr>
        <w:tc>
          <w:tcPr>
            <w:tcW w:type="dxa" w:w="2351"/>
          </w:tcPr>
          <w:p/>
        </w:tc>
        <w:tc>
          <w:tcPr>
            <w:tcW w:type="dxa" w:w="2351"/>
          </w:tcPr>
          <w:p/>
        </w:tc>
        <w:tc>
          <w:tcPr>
            <w:tcW w:type="dxa" w:w="2351"/>
          </w:tcPr>
          <w:p/>
        </w:tc>
        <w:tc>
          <w:tcPr>
            <w:tcW w:type="dxa" w:w="2351"/>
          </w:tcPr>
          <w:p>
            <w:r>
              <w:t>die Gemeinden</w:t>
            </w:r>
            <w:r>
              <w:br/>
            </w:r>
            <w:r>
              <w:t>Eitorf, Hennef (Sieg), Lohmar, Much, Neunkirchen-Seelscheid, Niederkassel, Ruppichteroth, Siegburg, Troisdorf, Windeck</w:t>
            </w:r>
          </w:p>
        </w:tc>
      </w:tr>
      <w:tr>
        <w:trPr>
          <w:cantSplit/>
        </w:trPr>
        <w:tc>
          <w:tcPr>
            <w:tcW w:type="dxa" w:w="2351"/>
          </w:tcPr>
          <w:p/>
        </w:tc>
        <w:tc>
          <w:tcPr>
            <w:tcW w:type="dxa" w:w="2351"/>
          </w:tcPr>
          <w:p/>
        </w:tc>
        <w:tc>
          <w:tcPr>
            <w:tcW w:type="dxa" w:w="4702"/>
            <w:gridSpan w:val="2"/>
          </w:tcPr>
          <w:p>
            <w:r>
              <w:t>(Übrige Gemeinden s. Wkr. 97)</w:t>
            </w:r>
          </w:p>
        </w:tc>
      </w:tr>
      <w:tr>
        <w:trPr>
          <w:cantSplit/>
        </w:trPr>
        <w:tc>
          <w:tcPr>
            <w:tcW w:type="dxa" w:w="2351"/>
          </w:tcPr>
          <w:p>
            <w:r>
              <w:t>97</w:t>
            </w:r>
          </w:p>
        </w:tc>
        <w:tc>
          <w:tcPr>
            <w:tcW w:type="dxa" w:w="2351"/>
          </w:tcPr>
          <w:p>
            <w:r>
              <w:t>Rhein-Sieg-Kreis II</w:t>
            </w:r>
          </w:p>
        </w:tc>
        <w:tc>
          <w:tcPr>
            <w:tcW w:type="dxa" w:w="4702"/>
            <w:gridSpan w:val="2"/>
          </w:tcPr>
          <w:p>
            <w:r>
              <w:t>Vom Rhein-Sieg-Kreis</w:t>
            </w:r>
          </w:p>
        </w:tc>
      </w:tr>
      <w:tr>
        <w:trPr>
          <w:cantSplit/>
        </w:trPr>
        <w:tc>
          <w:tcPr>
            <w:tcW w:type="dxa" w:w="2351"/>
          </w:tcPr>
          <w:p/>
        </w:tc>
        <w:tc>
          <w:tcPr>
            <w:tcW w:type="dxa" w:w="2351"/>
          </w:tcPr>
          <w:p/>
        </w:tc>
        <w:tc>
          <w:tcPr>
            <w:tcW w:type="dxa" w:w="2351"/>
          </w:tcPr>
          <w:p/>
        </w:tc>
        <w:tc>
          <w:tcPr>
            <w:tcW w:type="dxa" w:w="2351"/>
          </w:tcPr>
          <w:p>
            <w:r>
              <w:t>die Gemeinden</w:t>
            </w:r>
            <w:r>
              <w:br/>
            </w:r>
            <w:r>
              <w:t>Alfter, Bad Honnef, Bornheim, Königswinter, Meckenheim, Rheinbach, Sankt Augustin, Swisttal, Wachtberg</w:t>
            </w:r>
          </w:p>
        </w:tc>
      </w:tr>
      <w:tr>
        <w:trPr>
          <w:cantSplit/>
        </w:trPr>
        <w:tc>
          <w:tcPr>
            <w:tcW w:type="dxa" w:w="2351"/>
          </w:tcPr>
          <w:p/>
        </w:tc>
        <w:tc>
          <w:tcPr>
            <w:tcW w:type="dxa" w:w="2351"/>
          </w:tcPr>
          <w:p/>
        </w:tc>
        <w:tc>
          <w:tcPr>
            <w:tcW w:type="dxa" w:w="4702"/>
            <w:gridSpan w:val="2"/>
          </w:tcPr>
          <w:p>
            <w:r>
              <w:t>(Übrige Gemeinden s. Wkr. 96)</w:t>
            </w:r>
          </w:p>
        </w:tc>
      </w:tr>
      <w:tr>
        <w:trPr>
          <w:cantSplit/>
        </w:trPr>
        <w:tc>
          <w:tcPr>
            <w:tcW w:type="dxa" w:w="2351"/>
          </w:tcPr>
          <w:p>
            <w:r>
              <w:t>98</w:t>
            </w:r>
          </w:p>
        </w:tc>
        <w:tc>
          <w:tcPr>
            <w:tcW w:type="dxa" w:w="2351"/>
          </w:tcPr>
          <w:p>
            <w:r>
              <w:t>Oberbergischer Kreis</w:t>
            </w:r>
          </w:p>
        </w:tc>
        <w:tc>
          <w:tcPr>
            <w:tcW w:type="dxa" w:w="4702"/>
            <w:gridSpan w:val="2"/>
          </w:tcPr>
          <w:p>
            <w:r>
              <w:t>Oberbergischer Kreis</w:t>
            </w:r>
          </w:p>
        </w:tc>
      </w:tr>
      <w:tr>
        <w:trPr>
          <w:cantSplit/>
        </w:trPr>
        <w:tc>
          <w:tcPr>
            <w:tcW w:type="dxa" w:w="2351"/>
          </w:tcPr>
          <w:p>
            <w:r>
              <w:t>99</w:t>
            </w:r>
          </w:p>
        </w:tc>
        <w:tc>
          <w:tcPr>
            <w:tcW w:type="dxa" w:w="2351"/>
          </w:tcPr>
          <w:p>
            <w:r>
              <w:t>Rheinisch-Bergischer Kreis</w:t>
            </w:r>
          </w:p>
        </w:tc>
        <w:tc>
          <w:tcPr>
            <w:tcW w:type="dxa" w:w="4702"/>
            <w:gridSpan w:val="2"/>
          </w:tcPr>
          <w:p>
            <w:r>
              <w:t>Rheinisch-Bergischer Kreis</w:t>
            </w:r>
          </w:p>
        </w:tc>
      </w:tr>
      <w:tr>
        <w:trPr>
          <w:cantSplit/>
        </w:trPr>
        <w:tc>
          <w:tcPr>
            <w:tcW w:type="dxa" w:w="2351"/>
          </w:tcPr>
          <w:p>
            <w:r>
              <w:t>100</w:t>
            </w:r>
          </w:p>
        </w:tc>
        <w:tc>
          <w:tcPr>
            <w:tcW w:type="dxa" w:w="2351"/>
          </w:tcPr>
          <w:p>
            <w:r>
              <w:t>Leverkusen – Köln IV</w:t>
            </w:r>
          </w:p>
        </w:tc>
        <w:tc>
          <w:tcPr>
            <w:tcW w:type="dxa" w:w="4702"/>
            <w:gridSpan w:val="2"/>
          </w:tcPr>
          <w:p>
            <w:r>
              <w:t>Kreisfreie Stadt Leverkusen</w:t>
            </w:r>
          </w:p>
        </w:tc>
      </w:tr>
      <w:tr>
        <w:trPr>
          <w:cantSplit/>
        </w:trPr>
        <w:tc>
          <w:tcPr>
            <w:tcW w:type="dxa" w:w="2351"/>
          </w:tcPr>
          <w:p/>
        </w:tc>
        <w:tc>
          <w:tcPr>
            <w:tcW w:type="dxa" w:w="2351"/>
          </w:tcPr>
          <w:p/>
        </w:tc>
        <w:tc>
          <w:tcPr>
            <w:tcW w:type="dxa" w:w="4702"/>
            <w:gridSpan w:val="2"/>
          </w:tcPr>
          <w:p>
            <w:r>
              <w:t>von der kreisfreien Stadt Köln</w:t>
            </w:r>
          </w:p>
        </w:tc>
      </w:tr>
      <w:tr>
        <w:trPr>
          <w:cantSplit/>
        </w:trPr>
        <w:tc>
          <w:tcPr>
            <w:tcW w:type="dxa" w:w="2351"/>
          </w:tcPr>
          <w:p/>
        </w:tc>
        <w:tc>
          <w:tcPr>
            <w:tcW w:type="dxa" w:w="2351"/>
          </w:tcPr>
          <w:p/>
        </w:tc>
        <w:tc>
          <w:tcPr>
            <w:tcW w:type="dxa" w:w="2351"/>
          </w:tcPr>
          <w:p/>
        </w:tc>
        <w:tc>
          <w:tcPr>
            <w:tcW w:type="dxa" w:w="2351"/>
          </w:tcPr>
          <w:p>
            <w:r>
              <w:t>der Stadtbezirk 9 Mülheim</w:t>
            </w:r>
          </w:p>
        </w:tc>
      </w:tr>
      <w:tr>
        <w:trPr>
          <w:cantSplit/>
        </w:trPr>
        <w:tc>
          <w:tcPr>
            <w:tcW w:type="dxa" w:w="2351"/>
          </w:tcPr>
          <w:p/>
        </w:tc>
        <w:tc>
          <w:tcPr>
            <w:tcW w:type="dxa" w:w="2351"/>
          </w:tcPr>
          <w:p/>
        </w:tc>
        <w:tc>
          <w:tcPr>
            <w:tcW w:type="dxa" w:w="4702"/>
            <w:gridSpan w:val="2"/>
          </w:tcPr>
          <w:p>
            <w:r>
              <w:t>(Übrige Stadtbezirke s. Wkr. 92, 93, 94)</w:t>
            </w:r>
          </w:p>
        </w:tc>
      </w:tr>
      <w:tr>
        <w:trPr>
          <w:cantSplit/>
        </w:trPr>
        <w:tc>
          <w:tcPr>
            <w:tcW w:type="dxa" w:w="2351"/>
          </w:tcPr>
          <w:p>
            <w:r>
              <w:t>101</w:t>
            </w:r>
          </w:p>
        </w:tc>
        <w:tc>
          <w:tcPr>
            <w:tcW w:type="dxa" w:w="2351"/>
          </w:tcPr>
          <w:p>
            <w:r>
              <w:t>Wuppertal I</w:t>
            </w:r>
          </w:p>
        </w:tc>
        <w:tc>
          <w:tcPr>
            <w:tcW w:type="dxa" w:w="4702"/>
            <w:gridSpan w:val="2"/>
          </w:tcPr>
          <w:p>
            <w:r>
              <w:t>Von der kreisfreien Stadt Wuppertal</w:t>
            </w:r>
          </w:p>
        </w:tc>
      </w:tr>
      <w:tr>
        <w:trPr>
          <w:cantSplit/>
        </w:trPr>
        <w:tc>
          <w:tcPr>
            <w:tcW w:type="dxa" w:w="2351"/>
          </w:tcPr>
          <w:p/>
        </w:tc>
        <w:tc>
          <w:tcPr>
            <w:tcW w:type="dxa" w:w="2351"/>
          </w:tcPr>
          <w:p/>
        </w:tc>
        <w:tc>
          <w:tcPr>
            <w:tcW w:type="dxa" w:w="2351"/>
          </w:tcPr>
          <w:p/>
        </w:tc>
        <w:tc>
          <w:tcPr>
            <w:tcW w:type="dxa" w:w="2351"/>
          </w:tcPr>
          <w:p>
            <w:r>
              <w:t>die Stadtbezirke</w:t>
            </w:r>
            <w:r>
              <w:br/>
            </w:r>
            <w:r>
              <w:t>0 Elberfeld, 1 Elberfeld West, 2 Uellendahl-Katernberg, 3 Vohwinkel, 5 Barmen, 6 Oberbarmen, 7 Heckinghausen, 8 Langerfeld-Beyenburg</w:t>
            </w:r>
          </w:p>
        </w:tc>
      </w:tr>
      <w:tr>
        <w:trPr>
          <w:cantSplit/>
        </w:trPr>
        <w:tc>
          <w:tcPr>
            <w:tcW w:type="dxa" w:w="2351"/>
          </w:tcPr>
          <w:p/>
        </w:tc>
        <w:tc>
          <w:tcPr>
            <w:tcW w:type="dxa" w:w="2351"/>
          </w:tcPr>
          <w:p/>
        </w:tc>
        <w:tc>
          <w:tcPr>
            <w:tcW w:type="dxa" w:w="4702"/>
            <w:gridSpan w:val="2"/>
          </w:tcPr>
          <w:p>
            <w:r>
              <w:t>(Übrige Stadtbezirke s. Wkr. 102)</w:t>
            </w:r>
          </w:p>
        </w:tc>
      </w:tr>
      <w:tr>
        <w:trPr>
          <w:cantSplit/>
        </w:trPr>
        <w:tc>
          <w:tcPr>
            <w:tcW w:type="dxa" w:w="2351"/>
          </w:tcPr>
          <w:p>
            <w:r>
              <w:t>102</w:t>
            </w:r>
          </w:p>
        </w:tc>
        <w:tc>
          <w:tcPr>
            <w:tcW w:type="dxa" w:w="2351"/>
            <w:vMerge w:val="restart"/>
          </w:tcPr>
          <w:p>
            <w:r>
              <w:t>Solingen – Remscheid – Wuppertal II</w:t>
            </w:r>
          </w:p>
        </w:tc>
        <w:tc>
          <w:tcPr>
            <w:tcW w:type="dxa" w:w="4702"/>
            <w:gridSpan w:val="2"/>
          </w:tcPr>
          <w:p>
            <w:r>
              <w:t>Kreisfreie Stadt Remscheid</w:t>
            </w:r>
          </w:p>
        </w:tc>
      </w:tr>
      <w:tr>
        <w:trPr>
          <w:cantSplit/>
        </w:trPr>
        <w:tc>
          <w:tcPr>
            <w:tcW w:type="dxa" w:w="2351"/>
          </w:tcPr>
          <w:p/>
        </w:tc>
        <w:tc>
          <w:tcPr>
            <w:tcW w:type="dxa" w:w="2351"/>
            <w:vMerge/>
          </w:tcPr>
          <w:p/>
        </w:tc>
        <w:tc>
          <w:tcPr>
            <w:tcW w:type="dxa" w:w="4702"/>
            <w:gridSpan w:val="2"/>
          </w:tcPr>
          <w:p>
            <w:r>
              <w:t>Kreisfreie Stadt Solingen</w:t>
            </w:r>
          </w:p>
        </w:tc>
      </w:tr>
      <w:tr>
        <w:trPr>
          <w:cantSplit/>
        </w:trPr>
        <w:tc>
          <w:tcPr>
            <w:tcW w:type="dxa" w:w="2351"/>
          </w:tcPr>
          <w:p/>
        </w:tc>
        <w:tc>
          <w:tcPr>
            <w:tcW w:type="dxa" w:w="2351"/>
          </w:tcPr>
          <w:p/>
        </w:tc>
        <w:tc>
          <w:tcPr>
            <w:tcW w:type="dxa" w:w="4702"/>
            <w:gridSpan w:val="2"/>
          </w:tcPr>
          <w:p>
            <w:r>
              <w:t>von der kreisfreien Stadt Wuppertal</w:t>
            </w:r>
          </w:p>
        </w:tc>
      </w:tr>
      <w:tr>
        <w:trPr>
          <w:cantSplit/>
        </w:trPr>
        <w:tc>
          <w:tcPr>
            <w:tcW w:type="dxa" w:w="2351"/>
          </w:tcPr>
          <w:p/>
        </w:tc>
        <w:tc>
          <w:tcPr>
            <w:tcW w:type="dxa" w:w="2351"/>
          </w:tcPr>
          <w:p/>
        </w:tc>
        <w:tc>
          <w:tcPr>
            <w:tcW w:type="dxa" w:w="2351"/>
          </w:tcPr>
          <w:p/>
        </w:tc>
        <w:tc>
          <w:tcPr>
            <w:tcW w:type="dxa" w:w="2351"/>
          </w:tcPr>
          <w:p>
            <w:r>
              <w:t>die Stadtbezirke</w:t>
            </w:r>
            <w:r>
              <w:br/>
            </w:r>
            <w:r>
              <w:t>4 Cronenberg, 9 Ronsdorf</w:t>
            </w:r>
          </w:p>
        </w:tc>
      </w:tr>
      <w:tr>
        <w:trPr>
          <w:cantSplit/>
        </w:trPr>
        <w:tc>
          <w:tcPr>
            <w:tcW w:type="dxa" w:w="2351"/>
          </w:tcPr>
          <w:p/>
        </w:tc>
        <w:tc>
          <w:tcPr>
            <w:tcW w:type="dxa" w:w="2351"/>
          </w:tcPr>
          <w:p/>
        </w:tc>
        <w:tc>
          <w:tcPr>
            <w:tcW w:type="dxa" w:w="4702"/>
            <w:gridSpan w:val="2"/>
          </w:tcPr>
          <w:p>
            <w:r>
              <w:t>(Übrige Stadtbezirke s. Wkr. 101)</w:t>
            </w:r>
          </w:p>
        </w:tc>
      </w:tr>
      <w:tr>
        <w:trPr>
          <w:cantSplit/>
        </w:trPr>
        <w:tc>
          <w:tcPr>
            <w:tcW w:type="dxa" w:w="2351"/>
          </w:tcPr>
          <w:p>
            <w:r>
              <w:t>103</w:t>
            </w:r>
          </w:p>
        </w:tc>
        <w:tc>
          <w:tcPr>
            <w:tcW w:type="dxa" w:w="2351"/>
          </w:tcPr>
          <w:p>
            <w:r>
              <w:t>Mettmann I</w:t>
            </w:r>
          </w:p>
        </w:tc>
        <w:tc>
          <w:tcPr>
            <w:tcW w:type="dxa" w:w="4702"/>
            <w:gridSpan w:val="2"/>
          </w:tcPr>
          <w:p>
            <w:r>
              <w:t>Vom Kreis Mettmann</w:t>
            </w:r>
          </w:p>
        </w:tc>
      </w:tr>
      <w:tr>
        <w:trPr>
          <w:cantSplit/>
        </w:trPr>
        <w:tc>
          <w:tcPr>
            <w:tcW w:type="dxa" w:w="2351"/>
          </w:tcPr>
          <w:p/>
        </w:tc>
        <w:tc>
          <w:tcPr>
            <w:tcW w:type="dxa" w:w="2351"/>
          </w:tcPr>
          <w:p/>
        </w:tc>
        <w:tc>
          <w:tcPr>
            <w:tcW w:type="dxa" w:w="2351"/>
          </w:tcPr>
          <w:p/>
        </w:tc>
        <w:tc>
          <w:tcPr>
            <w:tcW w:type="dxa" w:w="2351"/>
          </w:tcPr>
          <w:p>
            <w:r>
              <w:t>die Gemeinden</w:t>
            </w:r>
            <w:r>
              <w:br/>
            </w:r>
            <w:r>
              <w:t>Erkrath, Haan, Hilden, Langenfeld (Rheinland), Mettmann, Monheim am Rhein</w:t>
            </w:r>
          </w:p>
        </w:tc>
      </w:tr>
      <w:tr>
        <w:trPr>
          <w:cantSplit/>
        </w:trPr>
        <w:tc>
          <w:tcPr>
            <w:tcW w:type="dxa" w:w="2351"/>
          </w:tcPr>
          <w:p/>
        </w:tc>
        <w:tc>
          <w:tcPr>
            <w:tcW w:type="dxa" w:w="2351"/>
          </w:tcPr>
          <w:p/>
        </w:tc>
        <w:tc>
          <w:tcPr>
            <w:tcW w:type="dxa" w:w="4702"/>
            <w:gridSpan w:val="2"/>
          </w:tcPr>
          <w:p>
            <w:r>
              <w:t>(Übrige Gemeinden s. Wkr. 104)</w:t>
            </w:r>
          </w:p>
        </w:tc>
      </w:tr>
      <w:tr>
        <w:trPr>
          <w:cantSplit/>
        </w:trPr>
        <w:tc>
          <w:tcPr>
            <w:tcW w:type="dxa" w:w="2351"/>
          </w:tcPr>
          <w:p>
            <w:r>
              <w:t>104</w:t>
            </w:r>
          </w:p>
        </w:tc>
        <w:tc>
          <w:tcPr>
            <w:tcW w:type="dxa" w:w="2351"/>
          </w:tcPr>
          <w:p>
            <w:r>
              <w:t>Mettmann II</w:t>
            </w:r>
          </w:p>
        </w:tc>
        <w:tc>
          <w:tcPr>
            <w:tcW w:type="dxa" w:w="4702"/>
            <w:gridSpan w:val="2"/>
          </w:tcPr>
          <w:p>
            <w:r>
              <w:t>Vom Kreis Mettmann</w:t>
            </w:r>
          </w:p>
        </w:tc>
      </w:tr>
      <w:tr>
        <w:trPr>
          <w:cantSplit/>
        </w:trPr>
        <w:tc>
          <w:tcPr>
            <w:tcW w:type="dxa" w:w="2351"/>
          </w:tcPr>
          <w:p/>
        </w:tc>
        <w:tc>
          <w:tcPr>
            <w:tcW w:type="dxa" w:w="2351"/>
          </w:tcPr>
          <w:p/>
        </w:tc>
        <w:tc>
          <w:tcPr>
            <w:tcW w:type="dxa" w:w="2351"/>
          </w:tcPr>
          <w:p/>
        </w:tc>
        <w:tc>
          <w:tcPr>
            <w:tcW w:type="dxa" w:w="2351"/>
          </w:tcPr>
          <w:p>
            <w:r>
              <w:t>die Gemeinden</w:t>
            </w:r>
            <w:r>
              <w:br/>
            </w:r>
            <w:r>
              <w:t>Heiligenhaus, Ratingen, Velbert, Wülfrath</w:t>
            </w:r>
          </w:p>
        </w:tc>
      </w:tr>
      <w:tr>
        <w:trPr>
          <w:cantSplit/>
        </w:trPr>
        <w:tc>
          <w:tcPr>
            <w:tcW w:type="dxa" w:w="2351"/>
          </w:tcPr>
          <w:p/>
        </w:tc>
        <w:tc>
          <w:tcPr>
            <w:tcW w:type="dxa" w:w="2351"/>
          </w:tcPr>
          <w:p/>
        </w:tc>
        <w:tc>
          <w:tcPr>
            <w:tcW w:type="dxa" w:w="4702"/>
            <w:gridSpan w:val="2"/>
          </w:tcPr>
          <w:p>
            <w:r>
              <w:t>(Übrige Gemeinden s. Wkr. 103)</w:t>
            </w:r>
          </w:p>
        </w:tc>
      </w:tr>
      <w:tr>
        <w:trPr>
          <w:cantSplit/>
        </w:trPr>
        <w:tc>
          <w:tcPr>
            <w:tcW w:type="dxa" w:w="2351"/>
          </w:tcPr>
          <w:p>
            <w:r>
              <w:t>105</w:t>
            </w:r>
          </w:p>
        </w:tc>
        <w:tc>
          <w:tcPr>
            <w:tcW w:type="dxa" w:w="2351"/>
          </w:tcPr>
          <w:p>
            <w:r>
              <w:t>Düsseldorf I</w:t>
            </w:r>
          </w:p>
        </w:tc>
        <w:tc>
          <w:tcPr>
            <w:tcW w:type="dxa" w:w="4702"/>
            <w:gridSpan w:val="2"/>
          </w:tcPr>
          <w:p>
            <w:r>
              <w:t>Von der kreisfreien Stadt Düsseldorf</w:t>
            </w:r>
          </w:p>
        </w:tc>
      </w:tr>
      <w:tr>
        <w:trPr>
          <w:cantSplit/>
        </w:trPr>
        <w:tc>
          <w:tcPr>
            <w:tcW w:type="dxa" w:w="2351"/>
          </w:tcPr>
          <w:p/>
        </w:tc>
        <w:tc>
          <w:tcPr>
            <w:tcW w:type="dxa" w:w="2351"/>
          </w:tcPr>
          <w:p/>
        </w:tc>
        <w:tc>
          <w:tcPr>
            <w:tcW w:type="dxa" w:w="2351"/>
          </w:tcPr>
          <w:p/>
        </w:tc>
        <w:tc>
          <w:tcPr>
            <w:tcW w:type="dxa" w:w="2351"/>
          </w:tcPr>
          <w:p>
            <w:r>
              <w:t>die Stadtbezirke 1, 2, 4, 5, 6, 7</w:t>
            </w:r>
          </w:p>
        </w:tc>
      </w:tr>
      <w:tr>
        <w:trPr>
          <w:cantSplit/>
        </w:trPr>
        <w:tc>
          <w:tcPr>
            <w:tcW w:type="dxa" w:w="2351"/>
          </w:tcPr>
          <w:p/>
        </w:tc>
        <w:tc>
          <w:tcPr>
            <w:tcW w:type="dxa" w:w="2351"/>
          </w:tcPr>
          <w:p/>
        </w:tc>
        <w:tc>
          <w:tcPr>
            <w:tcW w:type="dxa" w:w="4702"/>
            <w:gridSpan w:val="2"/>
          </w:tcPr>
          <w:p>
            <w:r>
              <w:t>(Übrige Stadtbezirke s. Wkr. 106)</w:t>
            </w:r>
          </w:p>
        </w:tc>
      </w:tr>
      <w:tr>
        <w:trPr>
          <w:cantSplit/>
        </w:trPr>
        <w:tc>
          <w:tcPr>
            <w:tcW w:type="dxa" w:w="2351"/>
          </w:tcPr>
          <w:p>
            <w:r>
              <w:t>106</w:t>
            </w:r>
          </w:p>
        </w:tc>
        <w:tc>
          <w:tcPr>
            <w:tcW w:type="dxa" w:w="2351"/>
          </w:tcPr>
          <w:p>
            <w:r>
              <w:t>Düsseldorf II</w:t>
            </w:r>
          </w:p>
        </w:tc>
        <w:tc>
          <w:tcPr>
            <w:tcW w:type="dxa" w:w="4702"/>
            <w:gridSpan w:val="2"/>
          </w:tcPr>
          <w:p>
            <w:r>
              <w:t>Von der kreisfreien Stadt Düsseldorf</w:t>
            </w:r>
          </w:p>
        </w:tc>
      </w:tr>
      <w:tr>
        <w:trPr>
          <w:cantSplit/>
        </w:trPr>
        <w:tc>
          <w:tcPr>
            <w:tcW w:type="dxa" w:w="2351"/>
          </w:tcPr>
          <w:p/>
        </w:tc>
        <w:tc>
          <w:tcPr>
            <w:tcW w:type="dxa" w:w="2351"/>
          </w:tcPr>
          <w:p/>
        </w:tc>
        <w:tc>
          <w:tcPr>
            <w:tcW w:type="dxa" w:w="2351"/>
          </w:tcPr>
          <w:p/>
        </w:tc>
        <w:tc>
          <w:tcPr>
            <w:tcW w:type="dxa" w:w="2351"/>
          </w:tcPr>
          <w:p>
            <w:r>
              <w:t>die Stadtbezirke 3, 8, 9, 10</w:t>
            </w:r>
          </w:p>
        </w:tc>
      </w:tr>
      <w:tr>
        <w:trPr>
          <w:cantSplit/>
        </w:trPr>
        <w:tc>
          <w:tcPr>
            <w:tcW w:type="dxa" w:w="2351"/>
          </w:tcPr>
          <w:p/>
        </w:tc>
        <w:tc>
          <w:tcPr>
            <w:tcW w:type="dxa" w:w="2351"/>
          </w:tcPr>
          <w:p/>
        </w:tc>
        <w:tc>
          <w:tcPr>
            <w:tcW w:type="dxa" w:w="4702"/>
            <w:gridSpan w:val="2"/>
          </w:tcPr>
          <w:p>
            <w:r>
              <w:t>(Übrige Stadtbezirke s. Wkr. 105)</w:t>
            </w:r>
          </w:p>
        </w:tc>
      </w:tr>
      <w:tr>
        <w:trPr>
          <w:cantSplit/>
        </w:trPr>
        <w:tc>
          <w:tcPr>
            <w:tcW w:type="dxa" w:w="2351"/>
          </w:tcPr>
          <w:p>
            <w:r>
              <w:t>107</w:t>
            </w:r>
          </w:p>
        </w:tc>
        <w:tc>
          <w:tcPr>
            <w:tcW w:type="dxa" w:w="2351"/>
          </w:tcPr>
          <w:p>
            <w:r>
              <w:t>Neuss I</w:t>
            </w:r>
          </w:p>
        </w:tc>
        <w:tc>
          <w:tcPr>
            <w:tcW w:type="dxa" w:w="4702"/>
            <w:gridSpan w:val="2"/>
          </w:tcPr>
          <w:p>
            <w:r>
              <w:t>Vom Rhein-Kreis Neuss</w:t>
            </w:r>
          </w:p>
        </w:tc>
      </w:tr>
      <w:tr>
        <w:trPr>
          <w:cantSplit/>
        </w:trPr>
        <w:tc>
          <w:tcPr>
            <w:tcW w:type="dxa" w:w="2351"/>
          </w:tcPr>
          <w:p/>
        </w:tc>
        <w:tc>
          <w:tcPr>
            <w:tcW w:type="dxa" w:w="2351"/>
          </w:tcPr>
          <w:p/>
        </w:tc>
        <w:tc>
          <w:tcPr>
            <w:tcW w:type="dxa" w:w="2351"/>
          </w:tcPr>
          <w:p/>
        </w:tc>
        <w:tc>
          <w:tcPr>
            <w:tcW w:type="dxa" w:w="2351"/>
          </w:tcPr>
          <w:p>
            <w:r>
              <w:t>die Gemeinden</w:t>
            </w:r>
            <w:r>
              <w:br/>
            </w:r>
            <w:r>
              <w:t>Dormagen, Grevenbroich, Neuss, Rommerskirchen</w:t>
            </w:r>
          </w:p>
        </w:tc>
      </w:tr>
      <w:tr>
        <w:trPr>
          <w:cantSplit/>
        </w:trPr>
        <w:tc>
          <w:tcPr>
            <w:tcW w:type="dxa" w:w="2351"/>
          </w:tcPr>
          <w:p/>
        </w:tc>
        <w:tc>
          <w:tcPr>
            <w:tcW w:type="dxa" w:w="2351"/>
          </w:tcPr>
          <w:p/>
        </w:tc>
        <w:tc>
          <w:tcPr>
            <w:tcW w:type="dxa" w:w="4702"/>
            <w:gridSpan w:val="2"/>
          </w:tcPr>
          <w:p>
            <w:r>
              <w:t>(Übrige Gemeinden s. Wkr. 109)</w:t>
            </w:r>
          </w:p>
        </w:tc>
      </w:tr>
      <w:tr>
        <w:trPr>
          <w:cantSplit/>
        </w:trPr>
        <w:tc>
          <w:tcPr>
            <w:tcW w:type="dxa" w:w="2351"/>
          </w:tcPr>
          <w:p>
            <w:r>
              <w:t>108</w:t>
            </w:r>
          </w:p>
        </w:tc>
        <w:tc>
          <w:tcPr>
            <w:tcW w:type="dxa" w:w="2351"/>
          </w:tcPr>
          <w:p>
            <w:r>
              <w:t>Mönchengladbach</w:t>
            </w:r>
          </w:p>
        </w:tc>
        <w:tc>
          <w:tcPr>
            <w:tcW w:type="dxa" w:w="4702"/>
            <w:gridSpan w:val="2"/>
          </w:tcPr>
          <w:p>
            <w:r>
              <w:t>Kreisfreie Stadt Mönchengladbach</w:t>
            </w:r>
          </w:p>
        </w:tc>
      </w:tr>
      <w:tr>
        <w:trPr>
          <w:cantSplit/>
        </w:trPr>
        <w:tc>
          <w:tcPr>
            <w:tcW w:type="dxa" w:w="2351"/>
          </w:tcPr>
          <w:p>
            <w:r>
              <w:t>109</w:t>
            </w:r>
          </w:p>
        </w:tc>
        <w:tc>
          <w:tcPr>
            <w:tcW w:type="dxa" w:w="2351"/>
          </w:tcPr>
          <w:p>
            <w:r>
              <w:t>Krefeld I – Neuss II</w:t>
            </w:r>
          </w:p>
        </w:tc>
        <w:tc>
          <w:tcPr>
            <w:tcW w:type="dxa" w:w="4702"/>
            <w:gridSpan w:val="2"/>
          </w:tcPr>
          <w:p>
            <w:r>
              <w:t>Von der kreisfreien Stadt Krefeld</w:t>
            </w:r>
          </w:p>
        </w:tc>
      </w:tr>
      <w:tr>
        <w:trPr>
          <w:cantSplit/>
        </w:trPr>
        <w:tc>
          <w:tcPr>
            <w:tcW w:type="dxa" w:w="2351"/>
          </w:tcPr>
          <w:p/>
        </w:tc>
        <w:tc>
          <w:tcPr>
            <w:tcW w:type="dxa" w:w="2351"/>
          </w:tcPr>
          <w:p/>
        </w:tc>
        <w:tc>
          <w:tcPr>
            <w:tcW w:type="dxa" w:w="2351"/>
          </w:tcPr>
          <w:p/>
        </w:tc>
        <w:tc>
          <w:tcPr>
            <w:tcW w:type="dxa" w:w="2351"/>
          </w:tcPr>
          <w:p>
            <w:r>
              <w:t>die Stadtbezirke</w:t>
            </w:r>
            <w:r>
              <w:br/>
            </w:r>
            <w:r>
              <w:t>1 West, 5 Süd, 6 Fischeln, 7 Oppum-Linn, 9 Uerdingen</w:t>
            </w:r>
          </w:p>
        </w:tc>
      </w:tr>
      <w:tr>
        <w:trPr>
          <w:cantSplit/>
        </w:trPr>
        <w:tc>
          <w:tcPr>
            <w:tcW w:type="dxa" w:w="2351"/>
          </w:tcPr>
          <w:p/>
        </w:tc>
        <w:tc>
          <w:tcPr>
            <w:tcW w:type="dxa" w:w="2351"/>
          </w:tcPr>
          <w:p/>
        </w:tc>
        <w:tc>
          <w:tcPr>
            <w:tcW w:type="dxa" w:w="4702"/>
            <w:gridSpan w:val="2"/>
          </w:tcPr>
          <w:p>
            <w:r>
              <w:t>(Übrige Stadtbezirke s. Wkr. 113)</w:t>
            </w:r>
          </w:p>
        </w:tc>
      </w:tr>
      <w:tr>
        <w:trPr>
          <w:cantSplit/>
        </w:trPr>
        <w:tc>
          <w:tcPr>
            <w:tcW w:type="dxa" w:w="2351"/>
          </w:tcPr>
          <w:p/>
        </w:tc>
        <w:tc>
          <w:tcPr>
            <w:tcW w:type="dxa" w:w="2351"/>
          </w:tcPr>
          <w:p/>
        </w:tc>
        <w:tc>
          <w:tcPr>
            <w:tcW w:type="dxa" w:w="4702"/>
            <w:gridSpan w:val="2"/>
          </w:tcPr>
          <w:p>
            <w:r>
              <w:t>vom Rhein-Kreis Neuss</w:t>
            </w:r>
          </w:p>
        </w:tc>
      </w:tr>
      <w:tr>
        <w:trPr>
          <w:cantSplit/>
        </w:trPr>
        <w:tc>
          <w:tcPr>
            <w:tcW w:type="dxa" w:w="2351"/>
          </w:tcPr>
          <w:p/>
        </w:tc>
        <w:tc>
          <w:tcPr>
            <w:tcW w:type="dxa" w:w="2351"/>
          </w:tcPr>
          <w:p/>
        </w:tc>
        <w:tc>
          <w:tcPr>
            <w:tcW w:type="dxa" w:w="2351"/>
          </w:tcPr>
          <w:p/>
        </w:tc>
        <w:tc>
          <w:tcPr>
            <w:tcW w:type="dxa" w:w="2351"/>
          </w:tcPr>
          <w:p>
            <w:r>
              <w:t>die Gemeinden</w:t>
            </w:r>
            <w:r>
              <w:br/>
            </w:r>
            <w:r>
              <w:t>Jüchen, Kaarst, Korschenbroich, Meerbusch</w:t>
            </w:r>
          </w:p>
        </w:tc>
      </w:tr>
      <w:tr>
        <w:trPr>
          <w:cantSplit/>
        </w:trPr>
        <w:tc>
          <w:tcPr>
            <w:tcW w:type="dxa" w:w="2351"/>
          </w:tcPr>
          <w:p/>
        </w:tc>
        <w:tc>
          <w:tcPr>
            <w:tcW w:type="dxa" w:w="2351"/>
          </w:tcPr>
          <w:p/>
        </w:tc>
        <w:tc>
          <w:tcPr>
            <w:tcW w:type="dxa" w:w="4702"/>
            <w:gridSpan w:val="2"/>
          </w:tcPr>
          <w:p>
            <w:r>
              <w:t>(Übrige Gemeinden s. Wkr. 107)</w:t>
            </w:r>
          </w:p>
        </w:tc>
      </w:tr>
      <w:tr>
        <w:trPr>
          <w:cantSplit/>
        </w:trPr>
        <w:tc>
          <w:tcPr>
            <w:tcW w:type="dxa" w:w="2351"/>
          </w:tcPr>
          <w:p>
            <w:r>
              <w:t>110</w:t>
            </w:r>
          </w:p>
        </w:tc>
        <w:tc>
          <w:tcPr>
            <w:tcW w:type="dxa" w:w="2351"/>
          </w:tcPr>
          <w:p>
            <w:r>
              <w:t>Viersen</w:t>
            </w:r>
          </w:p>
        </w:tc>
        <w:tc>
          <w:tcPr>
            <w:tcW w:type="dxa" w:w="4702"/>
            <w:gridSpan w:val="2"/>
          </w:tcPr>
          <w:p>
            <w:r>
              <w:t>Kreis Viersen</w:t>
            </w:r>
          </w:p>
        </w:tc>
      </w:tr>
      <w:tr>
        <w:trPr>
          <w:cantSplit/>
        </w:trPr>
        <w:tc>
          <w:tcPr>
            <w:tcW w:type="dxa" w:w="2351"/>
          </w:tcPr>
          <w:p>
            <w:r>
              <w:t>111</w:t>
            </w:r>
          </w:p>
        </w:tc>
        <w:tc>
          <w:tcPr>
            <w:tcW w:type="dxa" w:w="2351"/>
          </w:tcPr>
          <w:p>
            <w:r>
              <w:t>Kleve</w:t>
            </w:r>
          </w:p>
        </w:tc>
        <w:tc>
          <w:tcPr>
            <w:tcW w:type="dxa" w:w="4702"/>
            <w:gridSpan w:val="2"/>
          </w:tcPr>
          <w:p>
            <w:r>
              <w:t>Kreis Kleve</w:t>
            </w:r>
          </w:p>
        </w:tc>
      </w:tr>
      <w:tr>
        <w:trPr>
          <w:cantSplit/>
        </w:trPr>
        <w:tc>
          <w:tcPr>
            <w:tcW w:type="dxa" w:w="2351"/>
          </w:tcPr>
          <w:p>
            <w:r>
              <w:t>112</w:t>
            </w:r>
          </w:p>
        </w:tc>
        <w:tc>
          <w:tcPr>
            <w:tcW w:type="dxa" w:w="2351"/>
          </w:tcPr>
          <w:p>
            <w:r>
              <w:t>Wesel I</w:t>
            </w:r>
          </w:p>
        </w:tc>
        <w:tc>
          <w:tcPr>
            <w:tcW w:type="dxa" w:w="4702"/>
            <w:gridSpan w:val="2"/>
          </w:tcPr>
          <w:p>
            <w:r>
              <w:t>Vom Kreis Wesel</w:t>
            </w:r>
          </w:p>
        </w:tc>
      </w:tr>
      <w:tr>
        <w:trPr>
          <w:cantSplit/>
        </w:trPr>
        <w:tc>
          <w:tcPr>
            <w:tcW w:type="dxa" w:w="2351"/>
          </w:tcPr>
          <w:p/>
        </w:tc>
        <w:tc>
          <w:tcPr>
            <w:tcW w:type="dxa" w:w="2351"/>
          </w:tcPr>
          <w:p/>
        </w:tc>
        <w:tc>
          <w:tcPr>
            <w:tcW w:type="dxa" w:w="2351"/>
          </w:tcPr>
          <w:p/>
        </w:tc>
        <w:tc>
          <w:tcPr>
            <w:tcW w:type="dxa" w:w="2351"/>
          </w:tcPr>
          <w:p>
            <w:r>
              <w:t>die Gemeinden</w:t>
            </w:r>
            <w:r>
              <w:br/>
            </w:r>
            <w:r>
              <w:t>Alpen, Hamminkeln, Hünxe, Kamp-Lintfort, Rheinberg, Schermbeck, Sonsbeck, Voerde (Niederrhein), Wesel, Xanten</w:t>
            </w:r>
          </w:p>
        </w:tc>
      </w:tr>
      <w:tr>
        <w:trPr>
          <w:cantSplit/>
        </w:trPr>
        <w:tc>
          <w:tcPr>
            <w:tcW w:type="dxa" w:w="2351"/>
          </w:tcPr>
          <w:p/>
        </w:tc>
        <w:tc>
          <w:tcPr>
            <w:tcW w:type="dxa" w:w="2351"/>
          </w:tcPr>
          <w:p/>
        </w:tc>
        <w:tc>
          <w:tcPr>
            <w:tcW w:type="dxa" w:w="4702"/>
            <w:gridSpan w:val="2"/>
          </w:tcPr>
          <w:p>
            <w:r>
              <w:t>(Übrige Gemeinden s. Wkr. 113, 116)</w:t>
            </w:r>
          </w:p>
        </w:tc>
      </w:tr>
      <w:tr>
        <w:trPr>
          <w:cantSplit/>
        </w:trPr>
        <w:tc>
          <w:tcPr>
            <w:tcW w:type="dxa" w:w="2351"/>
          </w:tcPr>
          <w:p>
            <w:r>
              <w:t>113</w:t>
            </w:r>
          </w:p>
        </w:tc>
        <w:tc>
          <w:tcPr>
            <w:tcW w:type="dxa" w:w="2351"/>
          </w:tcPr>
          <w:p>
            <w:r>
              <w:t>Krefeld II – Wesel II</w:t>
            </w:r>
          </w:p>
        </w:tc>
        <w:tc>
          <w:tcPr>
            <w:tcW w:type="dxa" w:w="4702"/>
            <w:gridSpan w:val="2"/>
          </w:tcPr>
          <w:p>
            <w:r>
              <w:t>Von der kreisfreien Stadt Krefeld</w:t>
            </w:r>
          </w:p>
        </w:tc>
      </w:tr>
      <w:tr>
        <w:trPr>
          <w:cantSplit/>
        </w:trPr>
        <w:tc>
          <w:tcPr>
            <w:tcW w:type="dxa" w:w="2351"/>
          </w:tcPr>
          <w:p/>
        </w:tc>
        <w:tc>
          <w:tcPr>
            <w:tcW w:type="dxa" w:w="2351"/>
          </w:tcPr>
          <w:p/>
        </w:tc>
        <w:tc>
          <w:tcPr>
            <w:tcW w:type="dxa" w:w="2351"/>
          </w:tcPr>
          <w:p/>
        </w:tc>
        <w:tc>
          <w:tcPr>
            <w:tcW w:type="dxa" w:w="2351"/>
          </w:tcPr>
          <w:p>
            <w:r>
              <w:t>die Stadtbezirke</w:t>
            </w:r>
            <w:r>
              <w:br/>
            </w:r>
            <w:r>
              <w:t>2 Nord, 3 Hüls, 4 Mitte, 8 Ost</w:t>
            </w:r>
          </w:p>
        </w:tc>
      </w:tr>
      <w:tr>
        <w:trPr>
          <w:cantSplit/>
        </w:trPr>
        <w:tc>
          <w:tcPr>
            <w:tcW w:type="dxa" w:w="2351"/>
          </w:tcPr>
          <w:p/>
        </w:tc>
        <w:tc>
          <w:tcPr>
            <w:tcW w:type="dxa" w:w="2351"/>
          </w:tcPr>
          <w:p/>
        </w:tc>
        <w:tc>
          <w:tcPr>
            <w:tcW w:type="dxa" w:w="4702"/>
            <w:gridSpan w:val="2"/>
          </w:tcPr>
          <w:p>
            <w:r>
              <w:t>(Übrige Stadtbezirke s. Wkr. 109)</w:t>
            </w:r>
          </w:p>
        </w:tc>
      </w:tr>
      <w:tr>
        <w:trPr>
          <w:cantSplit/>
        </w:trPr>
        <w:tc>
          <w:tcPr>
            <w:tcW w:type="dxa" w:w="2351"/>
          </w:tcPr>
          <w:p/>
        </w:tc>
        <w:tc>
          <w:tcPr>
            <w:tcW w:type="dxa" w:w="2351"/>
          </w:tcPr>
          <w:p/>
        </w:tc>
        <w:tc>
          <w:tcPr>
            <w:tcW w:type="dxa" w:w="4702"/>
            <w:gridSpan w:val="2"/>
          </w:tcPr>
          <w:p>
            <w:r>
              <w:t>vom Kreis Wesel</w:t>
            </w:r>
          </w:p>
        </w:tc>
      </w:tr>
      <w:tr>
        <w:trPr>
          <w:cantSplit/>
        </w:trPr>
        <w:tc>
          <w:tcPr>
            <w:tcW w:type="dxa" w:w="2351"/>
          </w:tcPr>
          <w:p/>
        </w:tc>
        <w:tc>
          <w:tcPr>
            <w:tcW w:type="dxa" w:w="2351"/>
          </w:tcPr>
          <w:p/>
        </w:tc>
        <w:tc>
          <w:tcPr>
            <w:tcW w:type="dxa" w:w="2351"/>
          </w:tcPr>
          <w:p/>
        </w:tc>
        <w:tc>
          <w:tcPr>
            <w:tcW w:type="dxa" w:w="2351"/>
          </w:tcPr>
          <w:p>
            <w:r>
              <w:t>die Gemeinden</w:t>
            </w:r>
            <w:r>
              <w:br/>
            </w:r>
            <w:r>
              <w:t>Moers, Neukirchen-Vluyn</w:t>
            </w:r>
          </w:p>
        </w:tc>
      </w:tr>
      <w:tr>
        <w:trPr>
          <w:cantSplit/>
        </w:trPr>
        <w:tc>
          <w:tcPr>
            <w:tcW w:type="dxa" w:w="2351"/>
          </w:tcPr>
          <w:p/>
        </w:tc>
        <w:tc>
          <w:tcPr>
            <w:tcW w:type="dxa" w:w="2351"/>
          </w:tcPr>
          <w:p/>
        </w:tc>
        <w:tc>
          <w:tcPr>
            <w:tcW w:type="dxa" w:w="4702"/>
            <w:gridSpan w:val="2"/>
          </w:tcPr>
          <w:p>
            <w:r>
              <w:t>(Übrige Gemeinden s. Wkr. 112, 116)</w:t>
            </w:r>
          </w:p>
        </w:tc>
      </w:tr>
      <w:tr>
        <w:trPr>
          <w:cantSplit/>
        </w:trPr>
        <w:tc>
          <w:tcPr>
            <w:tcW w:type="dxa" w:w="2351"/>
          </w:tcPr>
          <w:p>
            <w:r>
              <w:t>114</w:t>
            </w:r>
          </w:p>
        </w:tc>
        <w:tc>
          <w:tcPr>
            <w:tcW w:type="dxa" w:w="2351"/>
          </w:tcPr>
          <w:p>
            <w:r>
              <w:t>Duisburg I</w:t>
            </w:r>
          </w:p>
        </w:tc>
        <w:tc>
          <w:tcPr>
            <w:tcW w:type="dxa" w:w="4702"/>
            <w:gridSpan w:val="2"/>
          </w:tcPr>
          <w:p>
            <w:r>
              <w:t>Von der kreisfreien Stadt Duisburg</w:t>
            </w:r>
          </w:p>
        </w:tc>
      </w:tr>
      <w:tr>
        <w:trPr>
          <w:cantSplit/>
        </w:trPr>
        <w:tc>
          <w:tcPr>
            <w:tcW w:type="dxa" w:w="2351"/>
          </w:tcPr>
          <w:p/>
        </w:tc>
        <w:tc>
          <w:tcPr>
            <w:tcW w:type="dxa" w:w="2351"/>
          </w:tcPr>
          <w:p/>
        </w:tc>
        <w:tc>
          <w:tcPr>
            <w:tcW w:type="dxa" w:w="2351"/>
          </w:tcPr>
          <w:p/>
        </w:tc>
        <w:tc>
          <w:tcPr>
            <w:tcW w:type="dxa" w:w="2351"/>
          </w:tcPr>
          <w:p>
            <w:r>
              <w:t>die Stadtbezirke</w:t>
            </w:r>
            <w:r>
              <w:br/>
            </w:r>
            <w:r>
              <w:t>600 Rheinhausen, 700 Süd</w:t>
            </w:r>
          </w:p>
        </w:tc>
      </w:tr>
      <w:tr>
        <w:trPr>
          <w:cantSplit/>
        </w:trPr>
        <w:tc>
          <w:tcPr>
            <w:tcW w:type="dxa" w:w="2351"/>
          </w:tcPr>
          <w:p/>
        </w:tc>
        <w:tc>
          <w:tcPr>
            <w:tcW w:type="dxa" w:w="2351"/>
          </w:tcPr>
          <w:p/>
        </w:tc>
        <w:tc>
          <w:tcPr>
            <w:tcW w:type="dxa" w:w="2351"/>
          </w:tcPr>
          <w:p/>
        </w:tc>
        <w:tc>
          <w:tcPr>
            <w:tcW w:type="dxa" w:w="2351"/>
          </w:tcPr>
          <w:p>
            <w:r>
              <w:t>vom Stadtbezirk 500 Mitte</w:t>
            </w:r>
          </w:p>
        </w:tc>
      </w:tr>
      <w:tr>
        <w:trPr>
          <w:cantSplit/>
        </w:trPr>
        <w:tc>
          <w:tcPr>
            <w:tcW w:type="dxa" w:w="2351"/>
          </w:tcPr>
          <w:p/>
        </w:tc>
        <w:tc>
          <w:tcPr>
            <w:tcW w:type="dxa" w:w="2351"/>
          </w:tcPr>
          <w:p/>
        </w:tc>
        <w:tc>
          <w:tcPr>
            <w:tcW w:type="dxa" w:w="2351"/>
          </w:tcPr>
          <w:p/>
        </w:tc>
        <w:tc>
          <w:tcPr>
            <w:tcW w:type="dxa" w:w="2351"/>
          </w:tcPr>
          <w:p>
            <w:r>
              <w:t xml:space="preserve"> die Stadtteile</w:t>
            </w:r>
            <w:r>
              <w:br/>
            </w:r>
            <w:r>
              <w:t>501 Altstadt, 502 Neuenkamp, 503 Kaßlerfeld, 505 Neudorf-Nord, 506 Neudorf-Süd, 507 Dellviertel, 508 Hochfeld, 509 Wanheimerort</w:t>
            </w:r>
          </w:p>
        </w:tc>
      </w:tr>
      <w:tr>
        <w:trPr>
          <w:cantSplit/>
        </w:trPr>
        <w:tc>
          <w:tcPr>
            <w:tcW w:type="dxa" w:w="2351"/>
          </w:tcPr>
          <w:p/>
        </w:tc>
        <w:tc>
          <w:tcPr>
            <w:tcW w:type="dxa" w:w="2351"/>
          </w:tcPr>
          <w:p/>
        </w:tc>
        <w:tc>
          <w:tcPr>
            <w:tcW w:type="dxa" w:w="4702"/>
            <w:gridSpan w:val="2"/>
          </w:tcPr>
          <w:p>
            <w:r>
              <w:t>(Übrige Stadtbezirke und der Stadtteil 504 Duissern des Stadtbezirks Mitte s. Wkr. 115)</w:t>
            </w:r>
          </w:p>
        </w:tc>
      </w:tr>
      <w:tr>
        <w:trPr>
          <w:cantSplit/>
        </w:trPr>
        <w:tc>
          <w:tcPr>
            <w:tcW w:type="dxa" w:w="2351"/>
          </w:tcPr>
          <w:p>
            <w:r>
              <w:t>115</w:t>
            </w:r>
          </w:p>
        </w:tc>
        <w:tc>
          <w:tcPr>
            <w:tcW w:type="dxa" w:w="2351"/>
          </w:tcPr>
          <w:p>
            <w:r>
              <w:t>Duisburg II</w:t>
            </w:r>
          </w:p>
        </w:tc>
        <w:tc>
          <w:tcPr>
            <w:tcW w:type="dxa" w:w="4702"/>
            <w:gridSpan w:val="2"/>
          </w:tcPr>
          <w:p>
            <w:r>
              <w:t>Von der kreisfreien Stadt Duisburg</w:t>
            </w:r>
          </w:p>
        </w:tc>
      </w:tr>
      <w:tr>
        <w:trPr>
          <w:cantSplit/>
        </w:trPr>
        <w:tc>
          <w:tcPr>
            <w:tcW w:type="dxa" w:w="2351"/>
          </w:tcPr>
          <w:p/>
        </w:tc>
        <w:tc>
          <w:tcPr>
            <w:tcW w:type="dxa" w:w="2351"/>
          </w:tcPr>
          <w:p/>
        </w:tc>
        <w:tc>
          <w:tcPr>
            <w:tcW w:type="dxa" w:w="2351"/>
          </w:tcPr>
          <w:p/>
        </w:tc>
        <w:tc>
          <w:tcPr>
            <w:tcW w:type="dxa" w:w="2351"/>
          </w:tcPr>
          <w:p>
            <w:r>
              <w:t>die Stadtbezirke</w:t>
            </w:r>
            <w:r>
              <w:br/>
            </w:r>
            <w:r>
              <w:t>100 Walsum, 200 Hamborn, 300 Meiderich/Beeck, 400 Homberg/Ruhrort/Baerl</w:t>
            </w:r>
          </w:p>
        </w:tc>
      </w:tr>
      <w:tr>
        <w:trPr>
          <w:cantSplit/>
        </w:trPr>
        <w:tc>
          <w:tcPr>
            <w:tcW w:type="dxa" w:w="2351"/>
          </w:tcPr>
          <w:p/>
        </w:tc>
        <w:tc>
          <w:tcPr>
            <w:tcW w:type="dxa" w:w="2351"/>
          </w:tcPr>
          <w:p/>
        </w:tc>
        <w:tc>
          <w:tcPr>
            <w:tcW w:type="dxa" w:w="2351"/>
          </w:tcPr>
          <w:p/>
        </w:tc>
        <w:tc>
          <w:tcPr>
            <w:tcW w:type="dxa" w:w="2351"/>
          </w:tcPr>
          <w:p>
            <w:r>
              <w:t>vom Stadtbezirk 500 Mitte</w:t>
            </w:r>
          </w:p>
        </w:tc>
      </w:tr>
      <w:tr>
        <w:trPr>
          <w:cantSplit/>
        </w:trPr>
        <w:tc>
          <w:tcPr>
            <w:tcW w:type="dxa" w:w="2351"/>
          </w:tcPr>
          <w:p/>
        </w:tc>
        <w:tc>
          <w:tcPr>
            <w:tcW w:type="dxa" w:w="2351"/>
          </w:tcPr>
          <w:p/>
        </w:tc>
        <w:tc>
          <w:tcPr>
            <w:tcW w:type="dxa" w:w="2351"/>
          </w:tcPr>
          <w:p/>
        </w:tc>
        <w:tc>
          <w:tcPr>
            <w:tcW w:type="dxa" w:w="2351"/>
          </w:tcPr>
          <w:p>
            <w:r>
              <w:t xml:space="preserve"> der Stadtteil 504 Duissern</w:t>
            </w:r>
          </w:p>
        </w:tc>
      </w:tr>
      <w:tr>
        <w:trPr>
          <w:cantSplit/>
        </w:trPr>
        <w:tc>
          <w:tcPr>
            <w:tcW w:type="dxa" w:w="2351"/>
          </w:tcPr>
          <w:p/>
        </w:tc>
        <w:tc>
          <w:tcPr>
            <w:tcW w:type="dxa" w:w="2351"/>
          </w:tcPr>
          <w:p/>
        </w:tc>
        <w:tc>
          <w:tcPr>
            <w:tcW w:type="dxa" w:w="4702"/>
            <w:gridSpan w:val="2"/>
          </w:tcPr>
          <w:p>
            <w:r>
              <w:t>(Übrige Stadtbezirke und Stadtteile des Stadtbezirks Mitte s. Wkr. 114)</w:t>
            </w:r>
          </w:p>
        </w:tc>
      </w:tr>
      <w:tr>
        <w:trPr>
          <w:cantSplit/>
        </w:trPr>
        <w:tc>
          <w:tcPr>
            <w:tcW w:type="dxa" w:w="2351"/>
          </w:tcPr>
          <w:p>
            <w:r>
              <w:t>116</w:t>
            </w:r>
          </w:p>
        </w:tc>
        <w:tc>
          <w:tcPr>
            <w:tcW w:type="dxa" w:w="2351"/>
          </w:tcPr>
          <w:p>
            <w:r>
              <w:t>Oberhausen – Wesel III</w:t>
            </w:r>
          </w:p>
        </w:tc>
        <w:tc>
          <w:tcPr>
            <w:tcW w:type="dxa" w:w="4702"/>
            <w:gridSpan w:val="2"/>
          </w:tcPr>
          <w:p>
            <w:r>
              <w:t>Kreisfreie Stadt Oberhausen</w:t>
            </w:r>
          </w:p>
        </w:tc>
      </w:tr>
      <w:tr>
        <w:trPr>
          <w:cantSplit/>
        </w:trPr>
        <w:tc>
          <w:tcPr>
            <w:tcW w:type="dxa" w:w="2351"/>
          </w:tcPr>
          <w:p/>
        </w:tc>
        <w:tc>
          <w:tcPr>
            <w:tcW w:type="dxa" w:w="2351"/>
          </w:tcPr>
          <w:p/>
        </w:tc>
        <w:tc>
          <w:tcPr>
            <w:tcW w:type="dxa" w:w="4702"/>
            <w:gridSpan w:val="2"/>
          </w:tcPr>
          <w:p>
            <w:r>
              <w:t>vom Kreis Wesel</w:t>
            </w:r>
          </w:p>
        </w:tc>
      </w:tr>
      <w:tr>
        <w:trPr>
          <w:cantSplit/>
        </w:trPr>
        <w:tc>
          <w:tcPr>
            <w:tcW w:type="dxa" w:w="2351"/>
          </w:tcPr>
          <w:p/>
        </w:tc>
        <w:tc>
          <w:tcPr>
            <w:tcW w:type="dxa" w:w="2351"/>
          </w:tcPr>
          <w:p/>
        </w:tc>
        <w:tc>
          <w:tcPr>
            <w:tcW w:type="dxa" w:w="2351"/>
          </w:tcPr>
          <w:p/>
        </w:tc>
        <w:tc>
          <w:tcPr>
            <w:tcW w:type="dxa" w:w="2351"/>
          </w:tcPr>
          <w:p>
            <w:r>
              <w:t>die Gemeinde Dinslaken</w:t>
            </w:r>
          </w:p>
        </w:tc>
      </w:tr>
      <w:tr>
        <w:trPr>
          <w:cantSplit/>
        </w:trPr>
        <w:tc>
          <w:tcPr>
            <w:tcW w:type="dxa" w:w="2351"/>
          </w:tcPr>
          <w:p/>
        </w:tc>
        <w:tc>
          <w:tcPr>
            <w:tcW w:type="dxa" w:w="2351"/>
          </w:tcPr>
          <w:p/>
        </w:tc>
        <w:tc>
          <w:tcPr>
            <w:tcW w:type="dxa" w:w="4702"/>
            <w:gridSpan w:val="2"/>
          </w:tcPr>
          <w:p>
            <w:r>
              <w:t>(Übrige Gemeinden s. Wkr. 112, 113)</w:t>
            </w:r>
          </w:p>
        </w:tc>
      </w:tr>
      <w:tr>
        <w:trPr>
          <w:cantSplit/>
        </w:trPr>
        <w:tc>
          <w:tcPr>
            <w:tcW w:type="dxa" w:w="2351"/>
          </w:tcPr>
          <w:p>
            <w:r>
              <w:t>117</w:t>
            </w:r>
          </w:p>
        </w:tc>
        <w:tc>
          <w:tcPr>
            <w:tcW w:type="dxa" w:w="2351"/>
          </w:tcPr>
          <w:p>
            <w:r>
              <w:t>Mülheim – Essen I</w:t>
            </w:r>
          </w:p>
        </w:tc>
        <w:tc>
          <w:tcPr>
            <w:tcW w:type="dxa" w:w="4702"/>
            <w:gridSpan w:val="2"/>
          </w:tcPr>
          <w:p>
            <w:r>
              <w:t>Kreisfreie Stadt Mülheim an der Ruhr</w:t>
            </w:r>
          </w:p>
        </w:tc>
      </w:tr>
      <w:tr>
        <w:trPr>
          <w:cantSplit/>
        </w:trPr>
        <w:tc>
          <w:tcPr>
            <w:tcW w:type="dxa" w:w="2351"/>
          </w:tcPr>
          <w:p/>
        </w:tc>
        <w:tc>
          <w:tcPr>
            <w:tcW w:type="dxa" w:w="2351"/>
          </w:tcPr>
          <w:p/>
        </w:tc>
        <w:tc>
          <w:tcPr>
            <w:tcW w:type="dxa" w:w="4702"/>
            <w:gridSpan w:val="2"/>
          </w:tcPr>
          <w:p>
            <w:r>
              <w:t>von der kreisfreien Stadt Essen</w:t>
            </w:r>
          </w:p>
        </w:tc>
      </w:tr>
      <w:tr>
        <w:trPr>
          <w:cantSplit/>
        </w:trPr>
        <w:tc>
          <w:tcPr>
            <w:tcW w:type="dxa" w:w="2351"/>
          </w:tcPr>
          <w:p/>
        </w:tc>
        <w:tc>
          <w:tcPr>
            <w:tcW w:type="dxa" w:w="2351"/>
          </w:tcPr>
          <w:p/>
        </w:tc>
        <w:tc>
          <w:tcPr>
            <w:tcW w:type="dxa" w:w="2351"/>
          </w:tcPr>
          <w:p/>
        </w:tc>
        <w:tc>
          <w:tcPr>
            <w:tcW w:type="dxa" w:w="2351"/>
          </w:tcPr>
          <w:p>
            <w:r>
              <w:t>der Stadtbezirk IV</w:t>
            </w:r>
          </w:p>
        </w:tc>
      </w:tr>
      <w:tr>
        <w:trPr>
          <w:cantSplit/>
        </w:trPr>
        <w:tc>
          <w:tcPr>
            <w:tcW w:type="dxa" w:w="2351"/>
          </w:tcPr>
          <w:p/>
        </w:tc>
        <w:tc>
          <w:tcPr>
            <w:tcW w:type="dxa" w:w="2351"/>
          </w:tcPr>
          <w:p/>
        </w:tc>
        <w:tc>
          <w:tcPr>
            <w:tcW w:type="dxa" w:w="4702"/>
            <w:gridSpan w:val="2"/>
          </w:tcPr>
          <w:p>
            <w:r>
              <w:t>(Übrige Stadtbezirke s. Wkr. 118, 119)</w:t>
            </w:r>
          </w:p>
        </w:tc>
      </w:tr>
      <w:tr>
        <w:trPr>
          <w:cantSplit/>
        </w:trPr>
        <w:tc>
          <w:tcPr>
            <w:tcW w:type="dxa" w:w="2351"/>
          </w:tcPr>
          <w:p>
            <w:r>
              <w:t>118</w:t>
            </w:r>
          </w:p>
        </w:tc>
        <w:tc>
          <w:tcPr>
            <w:tcW w:type="dxa" w:w="2351"/>
          </w:tcPr>
          <w:p>
            <w:r>
              <w:t>Essen II</w:t>
            </w:r>
          </w:p>
        </w:tc>
        <w:tc>
          <w:tcPr>
            <w:tcW w:type="dxa" w:w="4702"/>
            <w:gridSpan w:val="2"/>
          </w:tcPr>
          <w:p>
            <w:r>
              <w:t>Von der kreisfreien Stadt Essen</w:t>
            </w:r>
          </w:p>
        </w:tc>
      </w:tr>
      <w:tr>
        <w:trPr>
          <w:cantSplit/>
        </w:trPr>
        <w:tc>
          <w:tcPr>
            <w:tcW w:type="dxa" w:w="2351"/>
          </w:tcPr>
          <w:p/>
        </w:tc>
        <w:tc>
          <w:tcPr>
            <w:tcW w:type="dxa" w:w="2351"/>
          </w:tcPr>
          <w:p/>
        </w:tc>
        <w:tc>
          <w:tcPr>
            <w:tcW w:type="dxa" w:w="2351"/>
          </w:tcPr>
          <w:p/>
        </w:tc>
        <w:tc>
          <w:tcPr>
            <w:tcW w:type="dxa" w:w="2351"/>
          </w:tcPr>
          <w:p>
            <w:r>
              <w:t>die Stadtbezirke I, V, VI, VII</w:t>
            </w:r>
          </w:p>
        </w:tc>
      </w:tr>
      <w:tr>
        <w:trPr>
          <w:cantSplit/>
        </w:trPr>
        <w:tc>
          <w:tcPr>
            <w:tcW w:type="dxa" w:w="2351"/>
          </w:tcPr>
          <w:p/>
        </w:tc>
        <w:tc>
          <w:tcPr>
            <w:tcW w:type="dxa" w:w="2351"/>
          </w:tcPr>
          <w:p/>
        </w:tc>
        <w:tc>
          <w:tcPr>
            <w:tcW w:type="dxa" w:w="4702"/>
            <w:gridSpan w:val="2"/>
          </w:tcPr>
          <w:p>
            <w:r>
              <w:t>(Übrige Stadtbezirke s. Wkr. 117, 119)</w:t>
            </w:r>
          </w:p>
        </w:tc>
      </w:tr>
      <w:tr>
        <w:trPr>
          <w:cantSplit/>
        </w:trPr>
        <w:tc>
          <w:tcPr>
            <w:tcW w:type="dxa" w:w="2351"/>
          </w:tcPr>
          <w:p>
            <w:r>
              <w:t>119</w:t>
            </w:r>
          </w:p>
        </w:tc>
        <w:tc>
          <w:tcPr>
            <w:tcW w:type="dxa" w:w="2351"/>
          </w:tcPr>
          <w:p>
            <w:r>
              <w:t>Essen III</w:t>
            </w:r>
          </w:p>
        </w:tc>
        <w:tc>
          <w:tcPr>
            <w:tcW w:type="dxa" w:w="4702"/>
            <w:gridSpan w:val="2"/>
          </w:tcPr>
          <w:p>
            <w:r>
              <w:t>Von der kreisfreien Stadt Essen</w:t>
            </w:r>
          </w:p>
        </w:tc>
      </w:tr>
      <w:tr>
        <w:trPr>
          <w:cantSplit/>
        </w:trPr>
        <w:tc>
          <w:tcPr>
            <w:tcW w:type="dxa" w:w="2351"/>
          </w:tcPr>
          <w:p/>
        </w:tc>
        <w:tc>
          <w:tcPr>
            <w:tcW w:type="dxa" w:w="2351"/>
          </w:tcPr>
          <w:p/>
        </w:tc>
        <w:tc>
          <w:tcPr>
            <w:tcW w:type="dxa" w:w="2351"/>
          </w:tcPr>
          <w:p/>
        </w:tc>
        <w:tc>
          <w:tcPr>
            <w:tcW w:type="dxa" w:w="2351"/>
          </w:tcPr>
          <w:p>
            <w:r>
              <w:t>die Stadtbezirke II, III, VIII, IX</w:t>
            </w:r>
          </w:p>
        </w:tc>
      </w:tr>
      <w:tr>
        <w:trPr>
          <w:cantSplit/>
        </w:trPr>
        <w:tc>
          <w:tcPr>
            <w:tcW w:type="dxa" w:w="2351"/>
          </w:tcPr>
          <w:p/>
        </w:tc>
        <w:tc>
          <w:tcPr>
            <w:tcW w:type="dxa" w:w="2351"/>
          </w:tcPr>
          <w:p/>
        </w:tc>
        <w:tc>
          <w:tcPr>
            <w:tcW w:type="dxa" w:w="4702"/>
            <w:gridSpan w:val="2"/>
          </w:tcPr>
          <w:p>
            <w:r>
              <w:t>(Übrige Stadtbezirke s. Wkr. 117, 118)</w:t>
            </w:r>
          </w:p>
        </w:tc>
      </w:tr>
      <w:tr>
        <w:trPr>
          <w:cantSplit/>
        </w:trPr>
        <w:tc>
          <w:tcPr>
            <w:tcW w:type="dxa" w:w="2351"/>
          </w:tcPr>
          <w:p>
            <w:r>
              <w:t>120</w:t>
            </w:r>
          </w:p>
        </w:tc>
        <w:tc>
          <w:tcPr>
            <w:tcW w:type="dxa" w:w="2351"/>
          </w:tcPr>
          <w:p>
            <w:r>
              <w:t>Recklinghausen I</w:t>
            </w:r>
          </w:p>
        </w:tc>
        <w:tc>
          <w:tcPr>
            <w:tcW w:type="dxa" w:w="4702"/>
            <w:gridSpan w:val="2"/>
          </w:tcPr>
          <w:p>
            <w:r>
              <w:t>Vom Kreis Recklinghausen</w:t>
            </w:r>
          </w:p>
        </w:tc>
      </w:tr>
      <w:tr>
        <w:trPr>
          <w:cantSplit/>
        </w:trPr>
        <w:tc>
          <w:tcPr>
            <w:tcW w:type="dxa" w:w="2351"/>
          </w:tcPr>
          <w:p/>
        </w:tc>
        <w:tc>
          <w:tcPr>
            <w:tcW w:type="dxa" w:w="2351"/>
          </w:tcPr>
          <w:p/>
        </w:tc>
        <w:tc>
          <w:tcPr>
            <w:tcW w:type="dxa" w:w="2351"/>
          </w:tcPr>
          <w:p/>
        </w:tc>
        <w:tc>
          <w:tcPr>
            <w:tcW w:type="dxa" w:w="2351"/>
          </w:tcPr>
          <w:p>
            <w:r>
              <w:t>die Gemeinden</w:t>
            </w:r>
            <w:r>
              <w:br/>
            </w:r>
            <w:r>
              <w:t>Castrop-Rauxel, Recklinghausen, Waltrop</w:t>
            </w:r>
          </w:p>
        </w:tc>
      </w:tr>
      <w:tr>
        <w:trPr>
          <w:cantSplit/>
        </w:trPr>
        <w:tc>
          <w:tcPr>
            <w:tcW w:type="dxa" w:w="2351"/>
          </w:tcPr>
          <w:p/>
        </w:tc>
        <w:tc>
          <w:tcPr>
            <w:tcW w:type="dxa" w:w="2351"/>
          </w:tcPr>
          <w:p/>
        </w:tc>
        <w:tc>
          <w:tcPr>
            <w:tcW w:type="dxa" w:w="4702"/>
            <w:gridSpan w:val="2"/>
          </w:tcPr>
          <w:p>
            <w:r>
              <w:t>(Übrige Gemeinden s. Wkr. 121, 124)</w:t>
            </w:r>
          </w:p>
        </w:tc>
      </w:tr>
      <w:tr>
        <w:trPr>
          <w:cantSplit/>
        </w:trPr>
        <w:tc>
          <w:tcPr>
            <w:tcW w:type="dxa" w:w="2351"/>
          </w:tcPr>
          <w:p>
            <w:r>
              <w:t>121</w:t>
            </w:r>
          </w:p>
        </w:tc>
        <w:tc>
          <w:tcPr>
            <w:tcW w:type="dxa" w:w="2351"/>
          </w:tcPr>
          <w:p>
            <w:r>
              <w:t>Recklinghausen II</w:t>
            </w:r>
          </w:p>
        </w:tc>
        <w:tc>
          <w:tcPr>
            <w:tcW w:type="dxa" w:w="4702"/>
            <w:gridSpan w:val="2"/>
          </w:tcPr>
          <w:p>
            <w:r>
              <w:t>Vom Kreis Recklinghausen</w:t>
            </w:r>
          </w:p>
        </w:tc>
      </w:tr>
      <w:tr>
        <w:trPr>
          <w:cantSplit/>
        </w:trPr>
        <w:tc>
          <w:tcPr>
            <w:tcW w:type="dxa" w:w="2351"/>
          </w:tcPr>
          <w:p/>
        </w:tc>
        <w:tc>
          <w:tcPr>
            <w:tcW w:type="dxa" w:w="2351"/>
          </w:tcPr>
          <w:p/>
        </w:tc>
        <w:tc>
          <w:tcPr>
            <w:tcW w:type="dxa" w:w="2351"/>
          </w:tcPr>
          <w:p/>
        </w:tc>
        <w:tc>
          <w:tcPr>
            <w:tcW w:type="dxa" w:w="2351"/>
          </w:tcPr>
          <w:p>
            <w:r>
              <w:t>die Gemeinden</w:t>
            </w:r>
            <w:r>
              <w:br/>
            </w:r>
            <w:r>
              <w:t>Datteln, Haltern am See, Herten, Marl, Oer-Erkenschwick</w:t>
            </w:r>
          </w:p>
        </w:tc>
      </w:tr>
      <w:tr>
        <w:trPr>
          <w:cantSplit/>
        </w:trPr>
        <w:tc>
          <w:tcPr>
            <w:tcW w:type="dxa" w:w="2351"/>
          </w:tcPr>
          <w:p/>
        </w:tc>
        <w:tc>
          <w:tcPr>
            <w:tcW w:type="dxa" w:w="2351"/>
          </w:tcPr>
          <w:p/>
        </w:tc>
        <w:tc>
          <w:tcPr>
            <w:tcW w:type="dxa" w:w="4702"/>
            <w:gridSpan w:val="2"/>
          </w:tcPr>
          <w:p>
            <w:r>
              <w:t>(Übrige Gemeinden s. Wkr. 120, 124)</w:t>
            </w:r>
          </w:p>
        </w:tc>
      </w:tr>
      <w:tr>
        <w:trPr>
          <w:cantSplit/>
        </w:trPr>
        <w:tc>
          <w:tcPr>
            <w:tcW w:type="dxa" w:w="2351"/>
          </w:tcPr>
          <w:p>
            <w:r>
              <w:t>122</w:t>
            </w:r>
          </w:p>
        </w:tc>
        <w:tc>
          <w:tcPr>
            <w:tcW w:type="dxa" w:w="2351"/>
          </w:tcPr>
          <w:p>
            <w:r>
              <w:t>Gelsenkirchen</w:t>
            </w:r>
          </w:p>
        </w:tc>
        <w:tc>
          <w:tcPr>
            <w:tcW w:type="dxa" w:w="4702"/>
            <w:gridSpan w:val="2"/>
          </w:tcPr>
          <w:p>
            <w:r>
              <w:t>Kreisfreie Stadt Gelsenkirchen</w:t>
            </w:r>
          </w:p>
        </w:tc>
      </w:tr>
      <w:tr>
        <w:trPr>
          <w:cantSplit/>
        </w:trPr>
        <w:tc>
          <w:tcPr>
            <w:tcW w:type="dxa" w:w="2351"/>
          </w:tcPr>
          <w:p>
            <w:r>
              <w:t>123</w:t>
            </w:r>
          </w:p>
        </w:tc>
        <w:tc>
          <w:tcPr>
            <w:tcW w:type="dxa" w:w="2351"/>
          </w:tcPr>
          <w:p>
            <w:r>
              <w:t>Steinfurt I – Borken I</w:t>
            </w:r>
          </w:p>
        </w:tc>
        <w:tc>
          <w:tcPr>
            <w:tcW w:type="dxa" w:w="4702"/>
            <w:gridSpan w:val="2"/>
          </w:tcPr>
          <w:p>
            <w:r>
              <w:t>Vom Kreis Borken</w:t>
            </w:r>
          </w:p>
        </w:tc>
      </w:tr>
      <w:tr>
        <w:trPr>
          <w:cantSplit/>
        </w:trPr>
        <w:tc>
          <w:tcPr>
            <w:tcW w:type="dxa" w:w="2351"/>
          </w:tcPr>
          <w:p/>
        </w:tc>
        <w:tc>
          <w:tcPr>
            <w:tcW w:type="dxa" w:w="2351"/>
          </w:tcPr>
          <w:p/>
        </w:tc>
        <w:tc>
          <w:tcPr>
            <w:tcW w:type="dxa" w:w="2351"/>
          </w:tcPr>
          <w:p/>
        </w:tc>
        <w:tc>
          <w:tcPr>
            <w:tcW w:type="dxa" w:w="2351"/>
          </w:tcPr>
          <w:p>
            <w:r>
              <w:t>die Gemeinden</w:t>
            </w:r>
            <w:r>
              <w:br/>
            </w:r>
            <w:r>
              <w:t>Ahaus, Gronau (Westf.), Heek, Legden, Schöppingen</w:t>
            </w:r>
          </w:p>
        </w:tc>
      </w:tr>
      <w:tr>
        <w:trPr>
          <w:cantSplit/>
        </w:trPr>
        <w:tc>
          <w:tcPr>
            <w:tcW w:type="dxa" w:w="2351"/>
          </w:tcPr>
          <w:p/>
        </w:tc>
        <w:tc>
          <w:tcPr>
            <w:tcW w:type="dxa" w:w="2351"/>
          </w:tcPr>
          <w:p/>
        </w:tc>
        <w:tc>
          <w:tcPr>
            <w:tcW w:type="dxa" w:w="4702"/>
            <w:gridSpan w:val="2"/>
          </w:tcPr>
          <w:p>
            <w:r>
              <w:t>(Übrige Gemeinden s. Wkr. 125)</w:t>
            </w:r>
          </w:p>
        </w:tc>
      </w:tr>
      <w:tr>
        <w:trPr>
          <w:cantSplit/>
        </w:trPr>
        <w:tc>
          <w:tcPr>
            <w:tcW w:type="dxa" w:w="2351"/>
          </w:tcPr>
          <w:p/>
        </w:tc>
        <w:tc>
          <w:tcPr>
            <w:tcW w:type="dxa" w:w="2351"/>
          </w:tcPr>
          <w:p/>
        </w:tc>
        <w:tc>
          <w:tcPr>
            <w:tcW w:type="dxa" w:w="4702"/>
            <w:gridSpan w:val="2"/>
          </w:tcPr>
          <w:p>
            <w:r>
              <w:t>vom Kreis Steinfurt</w:t>
            </w:r>
          </w:p>
        </w:tc>
      </w:tr>
      <w:tr>
        <w:trPr>
          <w:cantSplit/>
        </w:trPr>
        <w:tc>
          <w:tcPr>
            <w:tcW w:type="dxa" w:w="2351"/>
          </w:tcPr>
          <w:p/>
        </w:tc>
        <w:tc>
          <w:tcPr>
            <w:tcW w:type="dxa" w:w="2351"/>
          </w:tcPr>
          <w:p/>
        </w:tc>
        <w:tc>
          <w:tcPr>
            <w:tcW w:type="dxa" w:w="2351"/>
          </w:tcPr>
          <w:p/>
        </w:tc>
        <w:tc>
          <w:tcPr>
            <w:tcW w:type="dxa" w:w="2351"/>
          </w:tcPr>
          <w:p>
            <w:r>
              <w:t>die Gemeinden</w:t>
            </w:r>
            <w:r>
              <w:br/>
            </w:r>
            <w:r>
              <w:t>Horstmar, Metelen, Neuenkirchen, Ochtrup, Rheine, Steinfurt, Wettringen</w:t>
            </w:r>
          </w:p>
        </w:tc>
      </w:tr>
      <w:tr>
        <w:trPr>
          <w:cantSplit/>
        </w:trPr>
        <w:tc>
          <w:tcPr>
            <w:tcW w:type="dxa" w:w="2351"/>
          </w:tcPr>
          <w:p/>
        </w:tc>
        <w:tc>
          <w:tcPr>
            <w:tcW w:type="dxa" w:w="2351"/>
          </w:tcPr>
          <w:p/>
        </w:tc>
        <w:tc>
          <w:tcPr>
            <w:tcW w:type="dxa" w:w="4702"/>
            <w:gridSpan w:val="2"/>
          </w:tcPr>
          <w:p>
            <w:r>
              <w:t>(Übrige Gemeinden s. Wkr. 126, 127)</w:t>
            </w:r>
          </w:p>
        </w:tc>
      </w:tr>
      <w:tr>
        <w:trPr>
          <w:cantSplit/>
        </w:trPr>
        <w:tc>
          <w:tcPr>
            <w:tcW w:type="dxa" w:w="2351"/>
          </w:tcPr>
          <w:p>
            <w:r>
              <w:t>124</w:t>
            </w:r>
          </w:p>
        </w:tc>
        <w:tc>
          <w:tcPr>
            <w:tcW w:type="dxa" w:w="2351"/>
          </w:tcPr>
          <w:p>
            <w:r>
              <w:t>Bottrop – Recklinghausen III</w:t>
            </w:r>
          </w:p>
        </w:tc>
        <w:tc>
          <w:tcPr>
            <w:tcW w:type="dxa" w:w="4702"/>
            <w:gridSpan w:val="2"/>
          </w:tcPr>
          <w:p>
            <w:r>
              <w:t>Kreisfreie Stadt Bottrop</w:t>
            </w:r>
          </w:p>
        </w:tc>
      </w:tr>
      <w:tr>
        <w:trPr>
          <w:cantSplit/>
        </w:trPr>
        <w:tc>
          <w:tcPr>
            <w:tcW w:type="dxa" w:w="2351"/>
          </w:tcPr>
          <w:p/>
        </w:tc>
        <w:tc>
          <w:tcPr>
            <w:tcW w:type="dxa" w:w="2351"/>
          </w:tcPr>
          <w:p/>
        </w:tc>
        <w:tc>
          <w:tcPr>
            <w:tcW w:type="dxa" w:w="4702"/>
            <w:gridSpan w:val="2"/>
          </w:tcPr>
          <w:p>
            <w:r>
              <w:t>vom Kreis Recklinghausen</w:t>
            </w:r>
          </w:p>
        </w:tc>
      </w:tr>
      <w:tr>
        <w:trPr>
          <w:cantSplit/>
        </w:trPr>
        <w:tc>
          <w:tcPr>
            <w:tcW w:type="dxa" w:w="2351"/>
          </w:tcPr>
          <w:p/>
        </w:tc>
        <w:tc>
          <w:tcPr>
            <w:tcW w:type="dxa" w:w="2351"/>
          </w:tcPr>
          <w:p/>
        </w:tc>
        <w:tc>
          <w:tcPr>
            <w:tcW w:type="dxa" w:w="2351"/>
          </w:tcPr>
          <w:p/>
        </w:tc>
        <w:tc>
          <w:tcPr>
            <w:tcW w:type="dxa" w:w="2351"/>
          </w:tcPr>
          <w:p>
            <w:r>
              <w:t>die Gemeinden</w:t>
            </w:r>
            <w:r>
              <w:br/>
            </w:r>
            <w:r>
              <w:t>Dorsten, Gladbeck</w:t>
            </w:r>
          </w:p>
        </w:tc>
      </w:tr>
      <w:tr>
        <w:trPr>
          <w:cantSplit/>
        </w:trPr>
        <w:tc>
          <w:tcPr>
            <w:tcW w:type="dxa" w:w="2351"/>
          </w:tcPr>
          <w:p/>
        </w:tc>
        <w:tc>
          <w:tcPr>
            <w:tcW w:type="dxa" w:w="2351"/>
          </w:tcPr>
          <w:p/>
        </w:tc>
        <w:tc>
          <w:tcPr>
            <w:tcW w:type="dxa" w:w="4702"/>
            <w:gridSpan w:val="2"/>
          </w:tcPr>
          <w:p>
            <w:r>
              <w:t>(Übrige Gemeinden s. Wkr. 120, 121)</w:t>
            </w:r>
          </w:p>
        </w:tc>
      </w:tr>
      <w:tr>
        <w:trPr>
          <w:cantSplit/>
        </w:trPr>
        <w:tc>
          <w:tcPr>
            <w:tcW w:type="dxa" w:w="2351"/>
          </w:tcPr>
          <w:p>
            <w:r>
              <w:t>125</w:t>
            </w:r>
          </w:p>
        </w:tc>
        <w:tc>
          <w:tcPr>
            <w:tcW w:type="dxa" w:w="2351"/>
          </w:tcPr>
          <w:p>
            <w:r>
              <w:t>Borken II</w:t>
            </w:r>
          </w:p>
        </w:tc>
        <w:tc>
          <w:tcPr>
            <w:tcW w:type="dxa" w:w="4702"/>
            <w:gridSpan w:val="2"/>
          </w:tcPr>
          <w:p>
            <w:r>
              <w:t>Vom Kreis Borken</w:t>
            </w:r>
          </w:p>
        </w:tc>
      </w:tr>
      <w:tr>
        <w:trPr>
          <w:cantSplit/>
        </w:trPr>
        <w:tc>
          <w:tcPr>
            <w:tcW w:type="dxa" w:w="2351"/>
          </w:tcPr>
          <w:p/>
        </w:tc>
        <w:tc>
          <w:tcPr>
            <w:tcW w:type="dxa" w:w="2351"/>
          </w:tcPr>
          <w:p/>
        </w:tc>
        <w:tc>
          <w:tcPr>
            <w:tcW w:type="dxa" w:w="2351"/>
          </w:tcPr>
          <w:p/>
        </w:tc>
        <w:tc>
          <w:tcPr>
            <w:tcW w:type="dxa" w:w="2351"/>
          </w:tcPr>
          <w:p>
            <w:r>
              <w:t>die Gemeinden</w:t>
            </w:r>
            <w:r>
              <w:br/>
            </w:r>
            <w:r>
              <w:t>Bocholt, Borken, Gescher, Heiden, Isselburg, Raesfeld, Reken, Rhede, Stadtlohn, Südlohn, Velen, Vreden</w:t>
            </w:r>
          </w:p>
        </w:tc>
      </w:tr>
      <w:tr>
        <w:trPr>
          <w:cantSplit/>
        </w:trPr>
        <w:tc>
          <w:tcPr>
            <w:tcW w:type="dxa" w:w="2351"/>
          </w:tcPr>
          <w:p/>
        </w:tc>
        <w:tc>
          <w:tcPr>
            <w:tcW w:type="dxa" w:w="2351"/>
          </w:tcPr>
          <w:p/>
        </w:tc>
        <w:tc>
          <w:tcPr>
            <w:tcW w:type="dxa" w:w="4702"/>
            <w:gridSpan w:val="2"/>
          </w:tcPr>
          <w:p>
            <w:r>
              <w:t>(Übrige Gemeinden s. Wkr. 123)</w:t>
            </w:r>
          </w:p>
        </w:tc>
      </w:tr>
      <w:tr>
        <w:trPr>
          <w:cantSplit/>
        </w:trPr>
        <w:tc>
          <w:tcPr>
            <w:tcW w:type="dxa" w:w="2351"/>
          </w:tcPr>
          <w:p>
            <w:r>
              <w:t>126</w:t>
            </w:r>
          </w:p>
        </w:tc>
        <w:tc>
          <w:tcPr>
            <w:tcW w:type="dxa" w:w="2351"/>
          </w:tcPr>
          <w:p>
            <w:r>
              <w:t>Coesfeld – Steinfurt II</w:t>
            </w:r>
          </w:p>
        </w:tc>
        <w:tc>
          <w:tcPr>
            <w:tcW w:type="dxa" w:w="4702"/>
            <w:gridSpan w:val="2"/>
          </w:tcPr>
          <w:p>
            <w:r>
              <w:t>Kreis Coesfeld</w:t>
            </w:r>
          </w:p>
        </w:tc>
      </w:tr>
      <w:tr>
        <w:trPr>
          <w:cantSplit/>
        </w:trPr>
        <w:tc>
          <w:tcPr>
            <w:tcW w:type="dxa" w:w="2351"/>
          </w:tcPr>
          <w:p/>
        </w:tc>
        <w:tc>
          <w:tcPr>
            <w:tcW w:type="dxa" w:w="2351"/>
          </w:tcPr>
          <w:p/>
        </w:tc>
        <w:tc>
          <w:tcPr>
            <w:tcW w:type="dxa" w:w="4702"/>
            <w:gridSpan w:val="2"/>
          </w:tcPr>
          <w:p>
            <w:r>
              <w:t>vom Kreis Steinfurt</w:t>
            </w:r>
          </w:p>
        </w:tc>
      </w:tr>
      <w:tr>
        <w:trPr>
          <w:cantSplit/>
        </w:trPr>
        <w:tc>
          <w:tcPr>
            <w:tcW w:type="dxa" w:w="2351"/>
          </w:tcPr>
          <w:p/>
        </w:tc>
        <w:tc>
          <w:tcPr>
            <w:tcW w:type="dxa" w:w="2351"/>
          </w:tcPr>
          <w:p/>
        </w:tc>
        <w:tc>
          <w:tcPr>
            <w:tcW w:type="dxa" w:w="2351"/>
          </w:tcPr>
          <w:p/>
        </w:tc>
        <w:tc>
          <w:tcPr>
            <w:tcW w:type="dxa" w:w="2351"/>
          </w:tcPr>
          <w:p>
            <w:r>
              <w:t>die Gemeinden</w:t>
            </w:r>
            <w:r>
              <w:br/>
            </w:r>
            <w:r>
              <w:t>Altenberge, Laer, Nordwalde</w:t>
            </w:r>
          </w:p>
        </w:tc>
      </w:tr>
      <w:tr>
        <w:trPr>
          <w:cantSplit/>
        </w:trPr>
        <w:tc>
          <w:tcPr>
            <w:tcW w:type="dxa" w:w="2351"/>
          </w:tcPr>
          <w:p/>
        </w:tc>
        <w:tc>
          <w:tcPr>
            <w:tcW w:type="dxa" w:w="2351"/>
          </w:tcPr>
          <w:p/>
        </w:tc>
        <w:tc>
          <w:tcPr>
            <w:tcW w:type="dxa" w:w="4702"/>
            <w:gridSpan w:val="2"/>
          </w:tcPr>
          <w:p>
            <w:r>
              <w:t>(Übrige Gemeinden s. Wkr. 123, 127)</w:t>
            </w:r>
          </w:p>
        </w:tc>
      </w:tr>
      <w:tr>
        <w:trPr>
          <w:cantSplit/>
        </w:trPr>
        <w:tc>
          <w:tcPr>
            <w:tcW w:type="dxa" w:w="2351"/>
          </w:tcPr>
          <w:p>
            <w:r>
              <w:t>127</w:t>
            </w:r>
          </w:p>
        </w:tc>
        <w:tc>
          <w:tcPr>
            <w:tcW w:type="dxa" w:w="2351"/>
          </w:tcPr>
          <w:p>
            <w:r>
              <w:t>Steinfurt III</w:t>
            </w:r>
          </w:p>
        </w:tc>
        <w:tc>
          <w:tcPr>
            <w:tcW w:type="dxa" w:w="4702"/>
            <w:gridSpan w:val="2"/>
          </w:tcPr>
          <w:p>
            <w:r>
              <w:t>Vom Kreis Steinfurt</w:t>
            </w:r>
          </w:p>
        </w:tc>
      </w:tr>
      <w:tr>
        <w:trPr>
          <w:cantSplit/>
        </w:trPr>
        <w:tc>
          <w:tcPr>
            <w:tcW w:type="dxa" w:w="2351"/>
          </w:tcPr>
          <w:p/>
        </w:tc>
        <w:tc>
          <w:tcPr>
            <w:tcW w:type="dxa" w:w="2351"/>
          </w:tcPr>
          <w:p/>
        </w:tc>
        <w:tc>
          <w:tcPr>
            <w:tcW w:type="dxa" w:w="2351"/>
          </w:tcPr>
          <w:p/>
        </w:tc>
        <w:tc>
          <w:tcPr>
            <w:tcW w:type="dxa" w:w="2351"/>
          </w:tcPr>
          <w:p>
            <w:r>
              <w:t>die Gemeinden</w:t>
            </w:r>
            <w:r>
              <w:br/>
            </w:r>
            <w:r>
              <w:t>Emsdetten, Greven, Hörstel, Hopsten, Ibbenbüren, Ladbergen, Lengerich, Lienen, Lotte, Mettingen, Recke, Saerbeck, Tecklenburg, Westerkappeln</w:t>
            </w:r>
          </w:p>
        </w:tc>
      </w:tr>
      <w:tr>
        <w:trPr>
          <w:cantSplit/>
        </w:trPr>
        <w:tc>
          <w:tcPr>
            <w:tcW w:type="dxa" w:w="2351"/>
          </w:tcPr>
          <w:p/>
        </w:tc>
        <w:tc>
          <w:tcPr>
            <w:tcW w:type="dxa" w:w="2351"/>
          </w:tcPr>
          <w:p/>
        </w:tc>
        <w:tc>
          <w:tcPr>
            <w:tcW w:type="dxa" w:w="4702"/>
            <w:gridSpan w:val="2"/>
          </w:tcPr>
          <w:p>
            <w:r>
              <w:t>(Übrige Gemeinden s. Wkr. 123, 126)</w:t>
            </w:r>
          </w:p>
        </w:tc>
      </w:tr>
      <w:tr>
        <w:trPr>
          <w:cantSplit/>
        </w:trPr>
        <w:tc>
          <w:tcPr>
            <w:tcW w:type="dxa" w:w="2351"/>
          </w:tcPr>
          <w:p>
            <w:r>
              <w:t>128</w:t>
            </w:r>
          </w:p>
        </w:tc>
        <w:tc>
          <w:tcPr>
            <w:tcW w:type="dxa" w:w="2351"/>
          </w:tcPr>
          <w:p>
            <w:r>
              <w:t>Münster</w:t>
            </w:r>
          </w:p>
        </w:tc>
        <w:tc>
          <w:tcPr>
            <w:tcW w:type="dxa" w:w="4702"/>
            <w:gridSpan w:val="2"/>
          </w:tcPr>
          <w:p>
            <w:r>
              <w:t>Kreisfreie Stadt Münster</w:t>
            </w:r>
          </w:p>
        </w:tc>
      </w:tr>
      <w:tr>
        <w:trPr>
          <w:cantSplit/>
        </w:trPr>
        <w:tc>
          <w:tcPr>
            <w:tcW w:type="dxa" w:w="2351"/>
          </w:tcPr>
          <w:p>
            <w:r>
              <w:t>129</w:t>
            </w:r>
          </w:p>
        </w:tc>
        <w:tc>
          <w:tcPr>
            <w:tcW w:type="dxa" w:w="2351"/>
          </w:tcPr>
          <w:p>
            <w:r>
              <w:t>Warendorf</w:t>
            </w:r>
          </w:p>
        </w:tc>
        <w:tc>
          <w:tcPr>
            <w:tcW w:type="dxa" w:w="4702"/>
            <w:gridSpan w:val="2"/>
          </w:tcPr>
          <w:p>
            <w:r>
              <w:t>Kreis Warendorf</w:t>
            </w:r>
          </w:p>
        </w:tc>
      </w:tr>
      <w:tr>
        <w:trPr>
          <w:cantSplit/>
        </w:trPr>
        <w:tc>
          <w:tcPr>
            <w:tcW w:type="dxa" w:w="2351"/>
          </w:tcPr>
          <w:p>
            <w:r>
              <w:t>130</w:t>
            </w:r>
          </w:p>
        </w:tc>
        <w:tc>
          <w:tcPr>
            <w:tcW w:type="dxa" w:w="2351"/>
          </w:tcPr>
          <w:p>
            <w:r>
              <w:t>Gütersloh I</w:t>
            </w:r>
          </w:p>
        </w:tc>
        <w:tc>
          <w:tcPr>
            <w:tcW w:type="dxa" w:w="4702"/>
            <w:gridSpan w:val="2"/>
          </w:tcPr>
          <w:p>
            <w:r>
              <w:t>Vom Kreis Gütersloh</w:t>
            </w:r>
          </w:p>
        </w:tc>
      </w:tr>
      <w:tr>
        <w:trPr>
          <w:cantSplit/>
        </w:trPr>
        <w:tc>
          <w:tcPr>
            <w:tcW w:type="dxa" w:w="2351"/>
          </w:tcPr>
          <w:p/>
        </w:tc>
        <w:tc>
          <w:tcPr>
            <w:tcW w:type="dxa" w:w="2351"/>
          </w:tcPr>
          <w:p/>
        </w:tc>
        <w:tc>
          <w:tcPr>
            <w:tcW w:type="dxa" w:w="2351"/>
          </w:tcPr>
          <w:p/>
        </w:tc>
        <w:tc>
          <w:tcPr>
            <w:tcW w:type="dxa" w:w="2351"/>
          </w:tcPr>
          <w:p>
            <w:r>
              <w:t>die Gemeinden</w:t>
            </w:r>
            <w:r>
              <w:br/>
            </w:r>
            <w:r>
              <w:t>Borgholzhausen, Gütersloh, Halle (Westf.), Harsewinkel, Herzebrock-Clarholz, Langenberg, Rheda-Wiedenbrück, Rietberg, Steinhagen, Verl, Versmold</w:t>
            </w:r>
          </w:p>
        </w:tc>
      </w:tr>
      <w:tr>
        <w:trPr>
          <w:cantSplit/>
        </w:trPr>
        <w:tc>
          <w:tcPr>
            <w:tcW w:type="dxa" w:w="2351"/>
          </w:tcPr>
          <w:p/>
        </w:tc>
        <w:tc>
          <w:tcPr>
            <w:tcW w:type="dxa" w:w="2351"/>
          </w:tcPr>
          <w:p/>
        </w:tc>
        <w:tc>
          <w:tcPr>
            <w:tcW w:type="dxa" w:w="4702"/>
            <w:gridSpan w:val="2"/>
          </w:tcPr>
          <w:p>
            <w:r>
              <w:t>(Übrige Gemeinden s. Wkr. 131, 135)</w:t>
            </w:r>
          </w:p>
        </w:tc>
      </w:tr>
      <w:tr>
        <w:trPr>
          <w:cantSplit/>
        </w:trPr>
        <w:tc>
          <w:tcPr>
            <w:tcW w:type="dxa" w:w="2351"/>
          </w:tcPr>
          <w:p>
            <w:r>
              <w:t>131</w:t>
            </w:r>
          </w:p>
        </w:tc>
        <w:tc>
          <w:tcPr>
            <w:tcW w:type="dxa" w:w="2351"/>
          </w:tcPr>
          <w:p>
            <w:r>
              <w:t>Bielefeld – Gütersloh II</w:t>
            </w:r>
          </w:p>
        </w:tc>
        <w:tc>
          <w:tcPr>
            <w:tcW w:type="dxa" w:w="4702"/>
            <w:gridSpan w:val="2"/>
          </w:tcPr>
          <w:p>
            <w:r>
              <w:t>Kreisfreie Stadt Bielefeld</w:t>
            </w:r>
          </w:p>
        </w:tc>
      </w:tr>
      <w:tr>
        <w:trPr>
          <w:cantSplit/>
        </w:trPr>
        <w:tc>
          <w:tcPr>
            <w:tcW w:type="dxa" w:w="2351"/>
          </w:tcPr>
          <w:p/>
        </w:tc>
        <w:tc>
          <w:tcPr>
            <w:tcW w:type="dxa" w:w="2351"/>
          </w:tcPr>
          <w:p/>
        </w:tc>
        <w:tc>
          <w:tcPr>
            <w:tcW w:type="dxa" w:w="4702"/>
            <w:gridSpan w:val="2"/>
          </w:tcPr>
          <w:p>
            <w:r>
              <w:t>vom Kreis Gütersloh</w:t>
            </w:r>
          </w:p>
        </w:tc>
      </w:tr>
      <w:tr>
        <w:trPr>
          <w:cantSplit/>
        </w:trPr>
        <w:tc>
          <w:tcPr>
            <w:tcW w:type="dxa" w:w="2351"/>
          </w:tcPr>
          <w:p/>
        </w:tc>
        <w:tc>
          <w:tcPr>
            <w:tcW w:type="dxa" w:w="2351"/>
          </w:tcPr>
          <w:p/>
        </w:tc>
        <w:tc>
          <w:tcPr>
            <w:tcW w:type="dxa" w:w="2351"/>
          </w:tcPr>
          <w:p/>
        </w:tc>
        <w:tc>
          <w:tcPr>
            <w:tcW w:type="dxa" w:w="2351"/>
          </w:tcPr>
          <w:p>
            <w:r>
              <w:t>die Gemeinde Werther (Westf.)</w:t>
            </w:r>
          </w:p>
        </w:tc>
      </w:tr>
      <w:tr>
        <w:trPr>
          <w:cantSplit/>
        </w:trPr>
        <w:tc>
          <w:tcPr>
            <w:tcW w:type="dxa" w:w="2351"/>
          </w:tcPr>
          <w:p/>
        </w:tc>
        <w:tc>
          <w:tcPr>
            <w:tcW w:type="dxa" w:w="2351"/>
          </w:tcPr>
          <w:p/>
        </w:tc>
        <w:tc>
          <w:tcPr>
            <w:tcW w:type="dxa" w:w="4702"/>
            <w:gridSpan w:val="2"/>
          </w:tcPr>
          <w:p>
            <w:r>
              <w:t>(Übrige Gemeinden s. Wkr. 130, 135)</w:t>
            </w:r>
          </w:p>
        </w:tc>
      </w:tr>
      <w:tr>
        <w:trPr>
          <w:cantSplit/>
        </w:trPr>
        <w:tc>
          <w:tcPr>
            <w:tcW w:type="dxa" w:w="2351"/>
          </w:tcPr>
          <w:p>
            <w:r>
              <w:t>132</w:t>
            </w:r>
          </w:p>
        </w:tc>
        <w:tc>
          <w:tcPr>
            <w:tcW w:type="dxa" w:w="2351"/>
          </w:tcPr>
          <w:p>
            <w:r>
              <w:t>Herford – Minden-Lübbecke II</w:t>
            </w:r>
          </w:p>
        </w:tc>
        <w:tc>
          <w:tcPr>
            <w:tcW w:type="dxa" w:w="4702"/>
            <w:gridSpan w:val="2"/>
          </w:tcPr>
          <w:p>
            <w:r>
              <w:t>Kreis Herford</w:t>
            </w:r>
          </w:p>
        </w:tc>
      </w:tr>
      <w:tr>
        <w:trPr>
          <w:cantSplit/>
        </w:trPr>
        <w:tc>
          <w:tcPr>
            <w:tcW w:type="dxa" w:w="2351"/>
          </w:tcPr>
          <w:p/>
        </w:tc>
        <w:tc>
          <w:tcPr>
            <w:tcW w:type="dxa" w:w="2351"/>
          </w:tcPr>
          <w:p/>
        </w:tc>
        <w:tc>
          <w:tcPr>
            <w:tcW w:type="dxa" w:w="4702"/>
            <w:gridSpan w:val="2"/>
          </w:tcPr>
          <w:p>
            <w:r>
              <w:t>vom Kreis Minden-Lübbecke</w:t>
            </w:r>
          </w:p>
        </w:tc>
      </w:tr>
      <w:tr>
        <w:trPr>
          <w:cantSplit/>
        </w:trPr>
        <w:tc>
          <w:tcPr>
            <w:tcW w:type="dxa" w:w="2351"/>
          </w:tcPr>
          <w:p/>
        </w:tc>
        <w:tc>
          <w:tcPr>
            <w:tcW w:type="dxa" w:w="2351"/>
          </w:tcPr>
          <w:p/>
        </w:tc>
        <w:tc>
          <w:tcPr>
            <w:tcW w:type="dxa" w:w="2351"/>
          </w:tcPr>
          <w:p/>
        </w:tc>
        <w:tc>
          <w:tcPr>
            <w:tcW w:type="dxa" w:w="2351"/>
          </w:tcPr>
          <w:p>
            <w:r>
              <w:t>die Gemeinde Bad Oeynhausen</w:t>
            </w:r>
          </w:p>
        </w:tc>
      </w:tr>
      <w:tr>
        <w:trPr>
          <w:cantSplit/>
        </w:trPr>
        <w:tc>
          <w:tcPr>
            <w:tcW w:type="dxa" w:w="2351"/>
          </w:tcPr>
          <w:p/>
        </w:tc>
        <w:tc>
          <w:tcPr>
            <w:tcW w:type="dxa" w:w="2351"/>
          </w:tcPr>
          <w:p/>
        </w:tc>
        <w:tc>
          <w:tcPr>
            <w:tcW w:type="dxa" w:w="4702"/>
            <w:gridSpan w:val="2"/>
          </w:tcPr>
          <w:p>
            <w:r>
              <w:t>(Übrige Gemeinden s. Wkr. 133)</w:t>
            </w:r>
          </w:p>
        </w:tc>
      </w:tr>
      <w:tr>
        <w:trPr>
          <w:cantSplit/>
        </w:trPr>
        <w:tc>
          <w:tcPr>
            <w:tcW w:type="dxa" w:w="2351"/>
          </w:tcPr>
          <w:p>
            <w:r>
              <w:t>133</w:t>
            </w:r>
          </w:p>
        </w:tc>
        <w:tc>
          <w:tcPr>
            <w:tcW w:type="dxa" w:w="2351"/>
          </w:tcPr>
          <w:p>
            <w:r>
              <w:t>Minden-Lübbecke I</w:t>
            </w:r>
          </w:p>
        </w:tc>
        <w:tc>
          <w:tcPr>
            <w:tcW w:type="dxa" w:w="4702"/>
            <w:gridSpan w:val="2"/>
          </w:tcPr>
          <w:p>
            <w:r>
              <w:t>Vom Kreis Minden-Lübbecke</w:t>
            </w:r>
          </w:p>
        </w:tc>
      </w:tr>
      <w:tr>
        <w:trPr>
          <w:cantSplit/>
        </w:trPr>
        <w:tc>
          <w:tcPr>
            <w:tcW w:type="dxa" w:w="2351"/>
          </w:tcPr>
          <w:p/>
        </w:tc>
        <w:tc>
          <w:tcPr>
            <w:tcW w:type="dxa" w:w="2351"/>
          </w:tcPr>
          <w:p/>
        </w:tc>
        <w:tc>
          <w:tcPr>
            <w:tcW w:type="dxa" w:w="2351"/>
          </w:tcPr>
          <w:p/>
        </w:tc>
        <w:tc>
          <w:tcPr>
            <w:tcW w:type="dxa" w:w="2351"/>
          </w:tcPr>
          <w:p>
            <w:r>
              <w:t>die Gemeinden</w:t>
            </w:r>
            <w:r>
              <w:br/>
            </w:r>
            <w:r>
              <w:t>Espelkamp, Hille, Hüllhorst, Lübbecke, Minden, Petershagen, Porta Westfalica, Preußisch Oldendorf, Rahden, Stemwede</w:t>
            </w:r>
          </w:p>
        </w:tc>
      </w:tr>
      <w:tr>
        <w:trPr>
          <w:cantSplit/>
        </w:trPr>
        <w:tc>
          <w:tcPr>
            <w:tcW w:type="dxa" w:w="2351"/>
          </w:tcPr>
          <w:p/>
        </w:tc>
        <w:tc>
          <w:tcPr>
            <w:tcW w:type="dxa" w:w="2351"/>
          </w:tcPr>
          <w:p/>
        </w:tc>
        <w:tc>
          <w:tcPr>
            <w:tcW w:type="dxa" w:w="4702"/>
            <w:gridSpan w:val="2"/>
          </w:tcPr>
          <w:p>
            <w:r>
              <w:t>(Übrige Gemeinde s. Wkr. 132)</w:t>
            </w:r>
          </w:p>
        </w:tc>
      </w:tr>
      <w:tr>
        <w:trPr>
          <w:cantSplit/>
        </w:trPr>
        <w:tc>
          <w:tcPr>
            <w:tcW w:type="dxa" w:w="2351"/>
          </w:tcPr>
          <w:p>
            <w:r>
              <w:t>134</w:t>
            </w:r>
          </w:p>
        </w:tc>
        <w:tc>
          <w:tcPr>
            <w:tcW w:type="dxa" w:w="2351"/>
          </w:tcPr>
          <w:p>
            <w:r>
              <w:t>Lippe I</w:t>
            </w:r>
          </w:p>
        </w:tc>
        <w:tc>
          <w:tcPr>
            <w:tcW w:type="dxa" w:w="4702"/>
            <w:gridSpan w:val="2"/>
          </w:tcPr>
          <w:p>
            <w:r>
              <w:t>Vom Kreis Lippe</w:t>
            </w:r>
          </w:p>
        </w:tc>
      </w:tr>
      <w:tr>
        <w:trPr>
          <w:cantSplit/>
        </w:trPr>
        <w:tc>
          <w:tcPr>
            <w:tcW w:type="dxa" w:w="2351"/>
          </w:tcPr>
          <w:p/>
        </w:tc>
        <w:tc>
          <w:tcPr>
            <w:tcW w:type="dxa" w:w="2351"/>
          </w:tcPr>
          <w:p/>
        </w:tc>
        <w:tc>
          <w:tcPr>
            <w:tcW w:type="dxa" w:w="2351"/>
          </w:tcPr>
          <w:p/>
        </w:tc>
        <w:tc>
          <w:tcPr>
            <w:tcW w:type="dxa" w:w="2351"/>
          </w:tcPr>
          <w:p>
            <w:r>
              <w:t>die Gemeinden</w:t>
            </w:r>
            <w:r>
              <w:br/>
            </w:r>
            <w:r>
              <w:t>Bad Salzuflen, Barntrup, Blomberg, Detmold, Dörentrup, Extertal, Kalletal, Lage, Lemgo, Leopoldshöhe, Oerlinghausen</w:t>
            </w:r>
          </w:p>
        </w:tc>
      </w:tr>
      <w:tr>
        <w:trPr>
          <w:cantSplit/>
        </w:trPr>
        <w:tc>
          <w:tcPr>
            <w:tcW w:type="dxa" w:w="2351"/>
          </w:tcPr>
          <w:p/>
        </w:tc>
        <w:tc>
          <w:tcPr>
            <w:tcW w:type="dxa" w:w="2351"/>
          </w:tcPr>
          <w:p/>
        </w:tc>
        <w:tc>
          <w:tcPr>
            <w:tcW w:type="dxa" w:w="4702"/>
            <w:gridSpan w:val="2"/>
          </w:tcPr>
          <w:p>
            <w:r>
              <w:t>(Übrige Gemeinden s. Wkr. 135)</w:t>
            </w:r>
          </w:p>
        </w:tc>
      </w:tr>
      <w:tr>
        <w:trPr>
          <w:cantSplit/>
        </w:trPr>
        <w:tc>
          <w:tcPr>
            <w:tcW w:type="dxa" w:w="2351"/>
          </w:tcPr>
          <w:p>
            <w:r>
              <w:t>135</w:t>
            </w:r>
          </w:p>
        </w:tc>
        <w:tc>
          <w:tcPr>
            <w:tcW w:type="dxa" w:w="2351"/>
          </w:tcPr>
          <w:p>
            <w:r>
              <w:t>Höxter – Gütersloh III – Lippe II</w:t>
            </w:r>
          </w:p>
        </w:tc>
        <w:tc>
          <w:tcPr>
            <w:tcW w:type="dxa" w:w="4702"/>
            <w:gridSpan w:val="2"/>
          </w:tcPr>
          <w:p>
            <w:r>
              <w:t>Kreis Höxter</w:t>
            </w:r>
          </w:p>
        </w:tc>
      </w:tr>
      <w:tr>
        <w:trPr>
          <w:cantSplit/>
        </w:trPr>
        <w:tc>
          <w:tcPr>
            <w:tcW w:type="dxa" w:w="2351"/>
          </w:tcPr>
          <w:p/>
        </w:tc>
        <w:tc>
          <w:tcPr>
            <w:tcW w:type="dxa" w:w="2351"/>
          </w:tcPr>
          <w:p/>
        </w:tc>
        <w:tc>
          <w:tcPr>
            <w:tcW w:type="dxa" w:w="4702"/>
            <w:gridSpan w:val="2"/>
          </w:tcPr>
          <w:p>
            <w:r>
              <w:t>vom Kreis Gütersloh</w:t>
            </w:r>
          </w:p>
        </w:tc>
      </w:tr>
      <w:tr>
        <w:trPr>
          <w:cantSplit/>
        </w:trPr>
        <w:tc>
          <w:tcPr>
            <w:tcW w:type="dxa" w:w="2351"/>
          </w:tcPr>
          <w:p/>
        </w:tc>
        <w:tc>
          <w:tcPr>
            <w:tcW w:type="dxa" w:w="2351"/>
          </w:tcPr>
          <w:p/>
        </w:tc>
        <w:tc>
          <w:tcPr>
            <w:tcW w:type="dxa" w:w="2351"/>
          </w:tcPr>
          <w:p/>
        </w:tc>
        <w:tc>
          <w:tcPr>
            <w:tcW w:type="dxa" w:w="2351"/>
          </w:tcPr>
          <w:p>
            <w:r>
              <w:t>die Gemeinde Schloß Holte-Stukenbrock</w:t>
            </w:r>
          </w:p>
        </w:tc>
      </w:tr>
      <w:tr>
        <w:trPr>
          <w:cantSplit/>
        </w:trPr>
        <w:tc>
          <w:tcPr>
            <w:tcW w:type="dxa" w:w="2351"/>
          </w:tcPr>
          <w:p/>
        </w:tc>
        <w:tc>
          <w:tcPr>
            <w:tcW w:type="dxa" w:w="2351"/>
          </w:tcPr>
          <w:p/>
        </w:tc>
        <w:tc>
          <w:tcPr>
            <w:tcW w:type="dxa" w:w="4702"/>
            <w:gridSpan w:val="2"/>
          </w:tcPr>
          <w:p>
            <w:r>
              <w:t>(Übrige Gemeinden s. Wkr. 130, 131)</w:t>
            </w:r>
          </w:p>
        </w:tc>
      </w:tr>
      <w:tr>
        <w:trPr>
          <w:cantSplit/>
        </w:trPr>
        <w:tc>
          <w:tcPr>
            <w:tcW w:type="dxa" w:w="2351"/>
          </w:tcPr>
          <w:p/>
        </w:tc>
        <w:tc>
          <w:tcPr>
            <w:tcW w:type="dxa" w:w="2351"/>
          </w:tcPr>
          <w:p/>
        </w:tc>
        <w:tc>
          <w:tcPr>
            <w:tcW w:type="dxa" w:w="4702"/>
            <w:gridSpan w:val="2"/>
          </w:tcPr>
          <w:p>
            <w:r>
              <w:t>vom Kreis Lippe</w:t>
            </w:r>
          </w:p>
        </w:tc>
      </w:tr>
      <w:tr>
        <w:trPr>
          <w:cantSplit/>
        </w:trPr>
        <w:tc>
          <w:tcPr>
            <w:tcW w:type="dxa" w:w="2351"/>
          </w:tcPr>
          <w:p/>
        </w:tc>
        <w:tc>
          <w:tcPr>
            <w:tcW w:type="dxa" w:w="2351"/>
          </w:tcPr>
          <w:p/>
        </w:tc>
        <w:tc>
          <w:tcPr>
            <w:tcW w:type="dxa" w:w="2351"/>
          </w:tcPr>
          <w:p/>
        </w:tc>
        <w:tc>
          <w:tcPr>
            <w:tcW w:type="dxa" w:w="2351"/>
          </w:tcPr>
          <w:p>
            <w:r>
              <w:t>die Gemeinden</w:t>
            </w:r>
            <w:r>
              <w:br/>
            </w:r>
            <w:r>
              <w:t>Augustdorf, Horn-Bad Meinberg, Lügde, Schieder-Schwalenberg, Schlangen</w:t>
            </w:r>
          </w:p>
        </w:tc>
      </w:tr>
      <w:tr>
        <w:trPr>
          <w:cantSplit/>
        </w:trPr>
        <w:tc>
          <w:tcPr>
            <w:tcW w:type="dxa" w:w="2351"/>
          </w:tcPr>
          <w:p/>
        </w:tc>
        <w:tc>
          <w:tcPr>
            <w:tcW w:type="dxa" w:w="2351"/>
          </w:tcPr>
          <w:p/>
        </w:tc>
        <w:tc>
          <w:tcPr>
            <w:tcW w:type="dxa" w:w="4702"/>
            <w:gridSpan w:val="2"/>
          </w:tcPr>
          <w:p>
            <w:r>
              <w:t>(Übrige Gemeinden s. Wkr. 134)</w:t>
            </w:r>
          </w:p>
        </w:tc>
      </w:tr>
      <w:tr>
        <w:trPr>
          <w:cantSplit/>
        </w:trPr>
        <w:tc>
          <w:tcPr>
            <w:tcW w:type="dxa" w:w="2351"/>
          </w:tcPr>
          <w:p>
            <w:r>
              <w:t>136</w:t>
            </w:r>
          </w:p>
        </w:tc>
        <w:tc>
          <w:tcPr>
            <w:tcW w:type="dxa" w:w="2351"/>
          </w:tcPr>
          <w:p>
            <w:r>
              <w:t>Paderborn</w:t>
            </w:r>
          </w:p>
        </w:tc>
        <w:tc>
          <w:tcPr>
            <w:tcW w:type="dxa" w:w="4702"/>
            <w:gridSpan w:val="2"/>
          </w:tcPr>
          <w:p>
            <w:r>
              <w:t>Kreis Paderborn</w:t>
            </w:r>
          </w:p>
        </w:tc>
      </w:tr>
      <w:tr>
        <w:trPr>
          <w:cantSplit/>
        </w:trPr>
        <w:tc>
          <w:tcPr>
            <w:tcW w:type="dxa" w:w="2351"/>
          </w:tcPr>
          <w:p>
            <w:r>
              <w:t>137</w:t>
            </w:r>
          </w:p>
        </w:tc>
        <w:tc>
          <w:tcPr>
            <w:tcW w:type="dxa" w:w="2351"/>
          </w:tcPr>
          <w:p>
            <w:r>
              <w:t>Hagen – Ennepe-Ruhr-Kreis I</w:t>
            </w:r>
          </w:p>
        </w:tc>
        <w:tc>
          <w:tcPr>
            <w:tcW w:type="dxa" w:w="4702"/>
            <w:gridSpan w:val="2"/>
          </w:tcPr>
          <w:p>
            <w:r>
              <w:t>Kreisfreie Stadt Hagen</w:t>
            </w:r>
          </w:p>
        </w:tc>
      </w:tr>
      <w:tr>
        <w:trPr>
          <w:cantSplit/>
        </w:trPr>
        <w:tc>
          <w:tcPr>
            <w:tcW w:type="dxa" w:w="2351"/>
          </w:tcPr>
          <w:p/>
        </w:tc>
        <w:tc>
          <w:tcPr>
            <w:tcW w:type="dxa" w:w="2351"/>
          </w:tcPr>
          <w:p/>
        </w:tc>
        <w:tc>
          <w:tcPr>
            <w:tcW w:type="dxa" w:w="4702"/>
            <w:gridSpan w:val="2"/>
          </w:tcPr>
          <w:p>
            <w:r>
              <w:t>vom Ennepe-Ruhr-Kreis</w:t>
            </w:r>
          </w:p>
        </w:tc>
      </w:tr>
      <w:tr>
        <w:trPr>
          <w:cantSplit/>
        </w:trPr>
        <w:tc>
          <w:tcPr>
            <w:tcW w:type="dxa" w:w="2351"/>
          </w:tcPr>
          <w:p/>
        </w:tc>
        <w:tc>
          <w:tcPr>
            <w:tcW w:type="dxa" w:w="2351"/>
          </w:tcPr>
          <w:p/>
        </w:tc>
        <w:tc>
          <w:tcPr>
            <w:tcW w:type="dxa" w:w="2351"/>
          </w:tcPr>
          <w:p/>
        </w:tc>
        <w:tc>
          <w:tcPr>
            <w:tcW w:type="dxa" w:w="2351"/>
          </w:tcPr>
          <w:p>
            <w:r>
              <w:t>die Gemeinden</w:t>
            </w:r>
            <w:r>
              <w:br/>
            </w:r>
            <w:r>
              <w:t>Breckerfeld, Ennepetal, Gevelsberg, Schwelm</w:t>
            </w:r>
          </w:p>
        </w:tc>
      </w:tr>
      <w:tr>
        <w:trPr>
          <w:cantSplit/>
        </w:trPr>
        <w:tc>
          <w:tcPr>
            <w:tcW w:type="dxa" w:w="2351"/>
          </w:tcPr>
          <w:p/>
        </w:tc>
        <w:tc>
          <w:tcPr>
            <w:tcW w:type="dxa" w:w="2351"/>
          </w:tcPr>
          <w:p/>
        </w:tc>
        <w:tc>
          <w:tcPr>
            <w:tcW w:type="dxa" w:w="4702"/>
            <w:gridSpan w:val="2"/>
          </w:tcPr>
          <w:p>
            <w:r>
              <w:t>(Übrige Gemeinden s. Wkr. 138)</w:t>
            </w:r>
          </w:p>
        </w:tc>
      </w:tr>
      <w:tr>
        <w:trPr>
          <w:cantSplit/>
        </w:trPr>
        <w:tc>
          <w:tcPr>
            <w:tcW w:type="dxa" w:w="2351"/>
          </w:tcPr>
          <w:p>
            <w:r>
              <w:t>138</w:t>
            </w:r>
          </w:p>
        </w:tc>
        <w:tc>
          <w:tcPr>
            <w:tcW w:type="dxa" w:w="2351"/>
          </w:tcPr>
          <w:p>
            <w:r>
              <w:t>Ennepe-Ruhr-Kreis II</w:t>
            </w:r>
          </w:p>
        </w:tc>
        <w:tc>
          <w:tcPr>
            <w:tcW w:type="dxa" w:w="4702"/>
            <w:gridSpan w:val="2"/>
          </w:tcPr>
          <w:p>
            <w:r>
              <w:t>Vom Ennepe-Ruhr-Kreis</w:t>
            </w:r>
          </w:p>
        </w:tc>
      </w:tr>
      <w:tr>
        <w:trPr>
          <w:cantSplit/>
        </w:trPr>
        <w:tc>
          <w:tcPr>
            <w:tcW w:type="dxa" w:w="2351"/>
          </w:tcPr>
          <w:p/>
        </w:tc>
        <w:tc>
          <w:tcPr>
            <w:tcW w:type="dxa" w:w="2351"/>
          </w:tcPr>
          <w:p/>
        </w:tc>
        <w:tc>
          <w:tcPr>
            <w:tcW w:type="dxa" w:w="2351"/>
          </w:tcPr>
          <w:p/>
        </w:tc>
        <w:tc>
          <w:tcPr>
            <w:tcW w:type="dxa" w:w="2351"/>
          </w:tcPr>
          <w:p>
            <w:r>
              <w:t>die Gemeinden</w:t>
            </w:r>
            <w:r>
              <w:br/>
            </w:r>
            <w:r>
              <w:t>Hattingen, Herdecke, Sprockhövel, Wetter (Ruhr), Witten</w:t>
            </w:r>
          </w:p>
        </w:tc>
      </w:tr>
      <w:tr>
        <w:trPr>
          <w:cantSplit/>
        </w:trPr>
        <w:tc>
          <w:tcPr>
            <w:tcW w:type="dxa" w:w="2351"/>
          </w:tcPr>
          <w:p/>
        </w:tc>
        <w:tc>
          <w:tcPr>
            <w:tcW w:type="dxa" w:w="2351"/>
          </w:tcPr>
          <w:p/>
        </w:tc>
        <w:tc>
          <w:tcPr>
            <w:tcW w:type="dxa" w:w="4702"/>
            <w:gridSpan w:val="2"/>
          </w:tcPr>
          <w:p>
            <w:r>
              <w:t>(Übrige Gemeinden s. Wkr. 137)</w:t>
            </w:r>
          </w:p>
        </w:tc>
      </w:tr>
      <w:tr>
        <w:trPr>
          <w:cantSplit/>
        </w:trPr>
        <w:tc>
          <w:tcPr>
            <w:tcW w:type="dxa" w:w="2351"/>
          </w:tcPr>
          <w:p>
            <w:r>
              <w:t>139</w:t>
            </w:r>
          </w:p>
        </w:tc>
        <w:tc>
          <w:tcPr>
            <w:tcW w:type="dxa" w:w="2351"/>
          </w:tcPr>
          <w:p>
            <w:r>
              <w:t>Bochum I</w:t>
            </w:r>
          </w:p>
        </w:tc>
        <w:tc>
          <w:tcPr>
            <w:tcW w:type="dxa" w:w="4702"/>
            <w:gridSpan w:val="2"/>
          </w:tcPr>
          <w:p>
            <w:r>
              <w:t>Von der kreisfreien Stadt Bochum</w:t>
            </w:r>
          </w:p>
        </w:tc>
      </w:tr>
      <w:tr>
        <w:trPr>
          <w:cantSplit/>
        </w:trPr>
        <w:tc>
          <w:tcPr>
            <w:tcW w:type="dxa" w:w="2351"/>
          </w:tcPr>
          <w:p/>
        </w:tc>
        <w:tc>
          <w:tcPr>
            <w:tcW w:type="dxa" w:w="2351"/>
          </w:tcPr>
          <w:p/>
        </w:tc>
        <w:tc>
          <w:tcPr>
            <w:tcW w:type="dxa" w:w="2351"/>
          </w:tcPr>
          <w:p/>
        </w:tc>
        <w:tc>
          <w:tcPr>
            <w:tcW w:type="dxa" w:w="2351"/>
          </w:tcPr>
          <w:p>
            <w:r>
              <w:t>die Stadtbezirke</w:t>
            </w:r>
            <w:r>
              <w:br/>
            </w:r>
            <w:r>
              <w:t>1 Bochum-Mitte, 2 Bochum-Wattenscheid, 5 Bochum-Süd, 6 Bochum-Südwest</w:t>
            </w:r>
          </w:p>
        </w:tc>
      </w:tr>
      <w:tr>
        <w:trPr>
          <w:cantSplit/>
        </w:trPr>
        <w:tc>
          <w:tcPr>
            <w:tcW w:type="dxa" w:w="2351"/>
          </w:tcPr>
          <w:p/>
        </w:tc>
        <w:tc>
          <w:tcPr>
            <w:tcW w:type="dxa" w:w="2351"/>
          </w:tcPr>
          <w:p/>
        </w:tc>
        <w:tc>
          <w:tcPr>
            <w:tcW w:type="dxa" w:w="4702"/>
            <w:gridSpan w:val="2"/>
          </w:tcPr>
          <w:p>
            <w:r>
              <w:t>(Übrige Stadtbezirke s. Wkr. 140)</w:t>
            </w:r>
          </w:p>
        </w:tc>
      </w:tr>
      <w:tr>
        <w:trPr>
          <w:cantSplit/>
        </w:trPr>
        <w:tc>
          <w:tcPr>
            <w:tcW w:type="dxa" w:w="2351"/>
          </w:tcPr>
          <w:p>
            <w:r>
              <w:t>140</w:t>
            </w:r>
          </w:p>
        </w:tc>
        <w:tc>
          <w:tcPr>
            <w:tcW w:type="dxa" w:w="2351"/>
          </w:tcPr>
          <w:p>
            <w:r>
              <w:t>Herne – Bochum II</w:t>
            </w:r>
          </w:p>
        </w:tc>
        <w:tc>
          <w:tcPr>
            <w:tcW w:type="dxa" w:w="4702"/>
            <w:gridSpan w:val="2"/>
          </w:tcPr>
          <w:p>
            <w:r>
              <w:t>Kreisfreie Stadt Herne</w:t>
            </w:r>
          </w:p>
        </w:tc>
      </w:tr>
      <w:tr>
        <w:trPr>
          <w:cantSplit/>
        </w:trPr>
        <w:tc>
          <w:tcPr>
            <w:tcW w:type="dxa" w:w="2351"/>
          </w:tcPr>
          <w:p/>
        </w:tc>
        <w:tc>
          <w:tcPr>
            <w:tcW w:type="dxa" w:w="2351"/>
          </w:tcPr>
          <w:p/>
        </w:tc>
        <w:tc>
          <w:tcPr>
            <w:tcW w:type="dxa" w:w="4702"/>
            <w:gridSpan w:val="2"/>
          </w:tcPr>
          <w:p>
            <w:r>
              <w:t>von der kreisfreien Stadt Bochum</w:t>
            </w:r>
          </w:p>
        </w:tc>
      </w:tr>
      <w:tr>
        <w:trPr>
          <w:cantSplit/>
        </w:trPr>
        <w:tc>
          <w:tcPr>
            <w:tcW w:type="dxa" w:w="2351"/>
          </w:tcPr>
          <w:p/>
        </w:tc>
        <w:tc>
          <w:tcPr>
            <w:tcW w:type="dxa" w:w="2351"/>
          </w:tcPr>
          <w:p/>
        </w:tc>
        <w:tc>
          <w:tcPr>
            <w:tcW w:type="dxa" w:w="2351"/>
          </w:tcPr>
          <w:p/>
        </w:tc>
        <w:tc>
          <w:tcPr>
            <w:tcW w:type="dxa" w:w="2351"/>
          </w:tcPr>
          <w:p>
            <w:r>
              <w:t>die Stadtbezirke</w:t>
            </w:r>
            <w:r>
              <w:br/>
            </w:r>
            <w:r>
              <w:t>3 Bochum-Nord, 4 Bochum-Ost</w:t>
            </w:r>
          </w:p>
        </w:tc>
      </w:tr>
      <w:tr>
        <w:trPr>
          <w:cantSplit/>
        </w:trPr>
        <w:tc>
          <w:tcPr>
            <w:tcW w:type="dxa" w:w="2351"/>
          </w:tcPr>
          <w:p/>
        </w:tc>
        <w:tc>
          <w:tcPr>
            <w:tcW w:type="dxa" w:w="2351"/>
          </w:tcPr>
          <w:p/>
        </w:tc>
        <w:tc>
          <w:tcPr>
            <w:tcW w:type="dxa" w:w="4702"/>
            <w:gridSpan w:val="2"/>
          </w:tcPr>
          <w:p>
            <w:r>
              <w:t>(Übrige Stadtbezirke s. Wkr. 139)</w:t>
            </w:r>
          </w:p>
        </w:tc>
      </w:tr>
      <w:tr>
        <w:trPr>
          <w:cantSplit/>
        </w:trPr>
        <w:tc>
          <w:tcPr>
            <w:tcW w:type="dxa" w:w="2351"/>
          </w:tcPr>
          <w:p>
            <w:r>
              <w:t>141</w:t>
            </w:r>
          </w:p>
        </w:tc>
        <w:tc>
          <w:tcPr>
            <w:tcW w:type="dxa" w:w="2351"/>
          </w:tcPr>
          <w:p>
            <w:r>
              <w:t>Dortmund I</w:t>
            </w:r>
          </w:p>
        </w:tc>
        <w:tc>
          <w:tcPr>
            <w:tcW w:type="dxa" w:w="4702"/>
            <w:gridSpan w:val="2"/>
          </w:tcPr>
          <w:p>
            <w:r>
              <w:t>Von der kreisfreien Stadt Dortmund</w:t>
            </w:r>
          </w:p>
        </w:tc>
      </w:tr>
      <w:tr>
        <w:trPr>
          <w:cantSplit/>
        </w:trPr>
        <w:tc>
          <w:tcPr>
            <w:tcW w:type="dxa" w:w="2351"/>
          </w:tcPr>
          <w:p/>
        </w:tc>
        <w:tc>
          <w:tcPr>
            <w:tcW w:type="dxa" w:w="2351"/>
          </w:tcPr>
          <w:p/>
        </w:tc>
        <w:tc>
          <w:tcPr>
            <w:tcW w:type="dxa" w:w="2351"/>
          </w:tcPr>
          <w:p/>
        </w:tc>
        <w:tc>
          <w:tcPr>
            <w:tcW w:type="dxa" w:w="2351"/>
          </w:tcPr>
          <w:p>
            <w:r>
              <w:t>vom Stadtbezirk 0 Innenstadt</w:t>
            </w:r>
          </w:p>
        </w:tc>
      </w:tr>
      <w:tr>
        <w:trPr>
          <w:cantSplit/>
        </w:trPr>
        <w:tc>
          <w:tcPr>
            <w:tcW w:type="dxa" w:w="2351"/>
          </w:tcPr>
          <w:p/>
        </w:tc>
        <w:tc>
          <w:tcPr>
            <w:tcW w:type="dxa" w:w="2351"/>
          </w:tcPr>
          <w:p/>
        </w:tc>
        <w:tc>
          <w:tcPr>
            <w:tcW w:type="dxa" w:w="2351"/>
          </w:tcPr>
          <w:p/>
        </w:tc>
        <w:tc>
          <w:tcPr>
            <w:tcW w:type="dxa" w:w="2351"/>
          </w:tcPr>
          <w:p>
            <w:r>
              <w:t xml:space="preserve"> die Stadtteile</w:t>
            </w:r>
            <w:r>
              <w:br/>
            </w:r>
            <w:r>
              <w:t>Innenstadt-West, Innenstadt-Ost</w:t>
            </w:r>
          </w:p>
        </w:tc>
      </w:tr>
      <w:tr>
        <w:trPr>
          <w:cantSplit/>
        </w:trPr>
        <w:tc>
          <w:tcPr>
            <w:tcW w:type="dxa" w:w="2351"/>
          </w:tcPr>
          <w:p/>
        </w:tc>
        <w:tc>
          <w:tcPr>
            <w:tcW w:type="dxa" w:w="2351"/>
          </w:tcPr>
          <w:p/>
        </w:tc>
        <w:tc>
          <w:tcPr>
            <w:tcW w:type="dxa" w:w="2351"/>
          </w:tcPr>
          <w:p/>
        </w:tc>
        <w:tc>
          <w:tcPr>
            <w:tcW w:type="dxa" w:w="2351"/>
          </w:tcPr>
          <w:p>
            <w:r>
              <w:t>die Stadtbezirke</w:t>
            </w:r>
            <w:r>
              <w:br/>
            </w:r>
            <w:r>
              <w:t>6 Hombruch, 8 Huckarde, 7 Lütgendortmund, 9 Mengede</w:t>
            </w:r>
          </w:p>
        </w:tc>
      </w:tr>
      <w:tr>
        <w:trPr>
          <w:cantSplit/>
        </w:trPr>
        <w:tc>
          <w:tcPr>
            <w:tcW w:type="dxa" w:w="2351"/>
          </w:tcPr>
          <w:p/>
        </w:tc>
        <w:tc>
          <w:tcPr>
            <w:tcW w:type="dxa" w:w="2351"/>
          </w:tcPr>
          <w:p/>
        </w:tc>
        <w:tc>
          <w:tcPr>
            <w:tcW w:type="dxa" w:w="4702"/>
            <w:gridSpan w:val="2"/>
          </w:tcPr>
          <w:p>
            <w:r>
              <w:t>(Übrige Stadtbezirke und übriger Stadtteil s. Wkr. 142)</w:t>
            </w:r>
          </w:p>
        </w:tc>
      </w:tr>
      <w:tr>
        <w:trPr>
          <w:cantSplit/>
        </w:trPr>
        <w:tc>
          <w:tcPr>
            <w:tcW w:type="dxa" w:w="2351"/>
          </w:tcPr>
          <w:p>
            <w:r>
              <w:t>142</w:t>
            </w:r>
          </w:p>
        </w:tc>
        <w:tc>
          <w:tcPr>
            <w:tcW w:type="dxa" w:w="2351"/>
          </w:tcPr>
          <w:p>
            <w:r>
              <w:t>Dortmund II</w:t>
            </w:r>
          </w:p>
        </w:tc>
        <w:tc>
          <w:tcPr>
            <w:tcW w:type="dxa" w:w="4702"/>
            <w:gridSpan w:val="2"/>
          </w:tcPr>
          <w:p>
            <w:r>
              <w:t>Von der kreisfreien Stadt Dortmund</w:t>
            </w:r>
          </w:p>
        </w:tc>
      </w:tr>
      <w:tr>
        <w:trPr>
          <w:cantSplit/>
        </w:trPr>
        <w:tc>
          <w:tcPr>
            <w:tcW w:type="dxa" w:w="2351"/>
          </w:tcPr>
          <w:p/>
        </w:tc>
        <w:tc>
          <w:tcPr>
            <w:tcW w:type="dxa" w:w="2351"/>
          </w:tcPr>
          <w:p/>
        </w:tc>
        <w:tc>
          <w:tcPr>
            <w:tcW w:type="dxa" w:w="2351"/>
          </w:tcPr>
          <w:p/>
        </w:tc>
        <w:tc>
          <w:tcPr>
            <w:tcW w:type="dxa" w:w="2351"/>
          </w:tcPr>
          <w:p>
            <w:r>
              <w:t>vom Stadtbezirk 0 Innenstadt</w:t>
            </w:r>
          </w:p>
        </w:tc>
      </w:tr>
      <w:tr>
        <w:trPr>
          <w:cantSplit/>
        </w:trPr>
        <w:tc>
          <w:tcPr>
            <w:tcW w:type="dxa" w:w="2351"/>
          </w:tcPr>
          <w:p/>
        </w:tc>
        <w:tc>
          <w:tcPr>
            <w:tcW w:type="dxa" w:w="2351"/>
          </w:tcPr>
          <w:p/>
        </w:tc>
        <w:tc>
          <w:tcPr>
            <w:tcW w:type="dxa" w:w="2351"/>
          </w:tcPr>
          <w:p/>
        </w:tc>
        <w:tc>
          <w:tcPr>
            <w:tcW w:type="dxa" w:w="2351"/>
          </w:tcPr>
          <w:p>
            <w:r>
              <w:t xml:space="preserve"> der Stadtteil Innenstadt-Nord</w:t>
            </w:r>
          </w:p>
        </w:tc>
      </w:tr>
      <w:tr>
        <w:trPr>
          <w:cantSplit/>
        </w:trPr>
        <w:tc>
          <w:tcPr>
            <w:tcW w:type="dxa" w:w="2351"/>
          </w:tcPr>
          <w:p/>
        </w:tc>
        <w:tc>
          <w:tcPr>
            <w:tcW w:type="dxa" w:w="2351"/>
          </w:tcPr>
          <w:p/>
        </w:tc>
        <w:tc>
          <w:tcPr>
            <w:tcW w:type="dxa" w:w="2351"/>
          </w:tcPr>
          <w:p/>
        </w:tc>
        <w:tc>
          <w:tcPr>
            <w:tcW w:type="dxa" w:w="2351"/>
          </w:tcPr>
          <w:p>
            <w:r>
              <w:t>die Stadtbezirke</w:t>
            </w:r>
            <w:r>
              <w:br/>
            </w:r>
            <w:r>
              <w:t>4 Aplerbeck, 3 Brackel, 1 Eving, 5 Hörde, 2 Scharnhorst</w:t>
            </w:r>
          </w:p>
        </w:tc>
      </w:tr>
      <w:tr>
        <w:trPr>
          <w:cantSplit/>
        </w:trPr>
        <w:tc>
          <w:tcPr>
            <w:tcW w:type="dxa" w:w="2351"/>
          </w:tcPr>
          <w:p/>
        </w:tc>
        <w:tc>
          <w:tcPr>
            <w:tcW w:type="dxa" w:w="2351"/>
          </w:tcPr>
          <w:p/>
        </w:tc>
        <w:tc>
          <w:tcPr>
            <w:tcW w:type="dxa" w:w="4702"/>
            <w:gridSpan w:val="2"/>
          </w:tcPr>
          <w:p>
            <w:r>
              <w:t>(Übrige Stadtbezirke und Stadtteile s. Wkr. 141)</w:t>
            </w:r>
          </w:p>
        </w:tc>
      </w:tr>
      <w:tr>
        <w:trPr>
          <w:cantSplit/>
        </w:trPr>
        <w:tc>
          <w:tcPr>
            <w:tcW w:type="dxa" w:w="2351"/>
          </w:tcPr>
          <w:p>
            <w:r>
              <w:t>143</w:t>
            </w:r>
          </w:p>
        </w:tc>
        <w:tc>
          <w:tcPr>
            <w:tcW w:type="dxa" w:w="2351"/>
          </w:tcPr>
          <w:p>
            <w:r>
              <w:t>Unna I</w:t>
            </w:r>
          </w:p>
        </w:tc>
        <w:tc>
          <w:tcPr>
            <w:tcW w:type="dxa" w:w="4702"/>
            <w:gridSpan w:val="2"/>
          </w:tcPr>
          <w:p>
            <w:r>
              <w:t>Vom Kreis Unna</w:t>
            </w:r>
          </w:p>
        </w:tc>
      </w:tr>
      <w:tr>
        <w:trPr>
          <w:cantSplit/>
        </w:trPr>
        <w:tc>
          <w:tcPr>
            <w:tcW w:type="dxa" w:w="2351"/>
          </w:tcPr>
          <w:p/>
        </w:tc>
        <w:tc>
          <w:tcPr>
            <w:tcW w:type="dxa" w:w="2351"/>
          </w:tcPr>
          <w:p/>
        </w:tc>
        <w:tc>
          <w:tcPr>
            <w:tcW w:type="dxa" w:w="2351"/>
          </w:tcPr>
          <w:p/>
        </w:tc>
        <w:tc>
          <w:tcPr>
            <w:tcW w:type="dxa" w:w="2351"/>
          </w:tcPr>
          <w:p>
            <w:r>
              <w:t>die Gemeinden</w:t>
            </w:r>
            <w:r>
              <w:br/>
            </w:r>
            <w:r>
              <w:t>Bergkamen, Bönen, Fröndenberg/Ruhr, Holzwickede, Kamen, Schwerte, Unna</w:t>
            </w:r>
          </w:p>
        </w:tc>
      </w:tr>
      <w:tr>
        <w:trPr>
          <w:cantSplit/>
        </w:trPr>
        <w:tc>
          <w:tcPr>
            <w:tcW w:type="dxa" w:w="2351"/>
          </w:tcPr>
          <w:p/>
        </w:tc>
        <w:tc>
          <w:tcPr>
            <w:tcW w:type="dxa" w:w="2351"/>
          </w:tcPr>
          <w:p/>
        </w:tc>
        <w:tc>
          <w:tcPr>
            <w:tcW w:type="dxa" w:w="4702"/>
            <w:gridSpan w:val="2"/>
          </w:tcPr>
          <w:p>
            <w:r>
              <w:t>(Übrige Gemeinden s. Wkr. 144)</w:t>
            </w:r>
          </w:p>
        </w:tc>
      </w:tr>
      <w:tr>
        <w:trPr>
          <w:cantSplit/>
        </w:trPr>
        <w:tc>
          <w:tcPr>
            <w:tcW w:type="dxa" w:w="2351"/>
          </w:tcPr>
          <w:p>
            <w:r>
              <w:t>144</w:t>
            </w:r>
          </w:p>
        </w:tc>
        <w:tc>
          <w:tcPr>
            <w:tcW w:type="dxa" w:w="2351"/>
          </w:tcPr>
          <w:p>
            <w:r>
              <w:t>Hamm – Unna II</w:t>
            </w:r>
          </w:p>
        </w:tc>
        <w:tc>
          <w:tcPr>
            <w:tcW w:type="dxa" w:w="4702"/>
            <w:gridSpan w:val="2"/>
          </w:tcPr>
          <w:p>
            <w:r>
              <w:t>Kreisfreie Stadt Hamm</w:t>
            </w:r>
          </w:p>
        </w:tc>
      </w:tr>
      <w:tr>
        <w:trPr>
          <w:cantSplit/>
        </w:trPr>
        <w:tc>
          <w:tcPr>
            <w:tcW w:type="dxa" w:w="2351"/>
          </w:tcPr>
          <w:p/>
        </w:tc>
        <w:tc>
          <w:tcPr>
            <w:tcW w:type="dxa" w:w="2351"/>
          </w:tcPr>
          <w:p/>
        </w:tc>
        <w:tc>
          <w:tcPr>
            <w:tcW w:type="dxa" w:w="4702"/>
            <w:gridSpan w:val="2"/>
          </w:tcPr>
          <w:p>
            <w:r>
              <w:t>vom Kreis Unna</w:t>
            </w:r>
          </w:p>
        </w:tc>
      </w:tr>
      <w:tr>
        <w:trPr>
          <w:cantSplit/>
        </w:trPr>
        <w:tc>
          <w:tcPr>
            <w:tcW w:type="dxa" w:w="2351"/>
          </w:tcPr>
          <w:p/>
        </w:tc>
        <w:tc>
          <w:tcPr>
            <w:tcW w:type="dxa" w:w="2351"/>
          </w:tcPr>
          <w:p/>
        </w:tc>
        <w:tc>
          <w:tcPr>
            <w:tcW w:type="dxa" w:w="2351"/>
          </w:tcPr>
          <w:p/>
        </w:tc>
        <w:tc>
          <w:tcPr>
            <w:tcW w:type="dxa" w:w="2351"/>
          </w:tcPr>
          <w:p>
            <w:r>
              <w:t>die Gemeinden</w:t>
            </w:r>
            <w:r>
              <w:br/>
            </w:r>
            <w:r>
              <w:t>Lünen, Selm, Werne</w:t>
            </w:r>
          </w:p>
        </w:tc>
      </w:tr>
      <w:tr>
        <w:trPr>
          <w:cantSplit/>
        </w:trPr>
        <w:tc>
          <w:tcPr>
            <w:tcW w:type="dxa" w:w="2351"/>
          </w:tcPr>
          <w:p/>
        </w:tc>
        <w:tc>
          <w:tcPr>
            <w:tcW w:type="dxa" w:w="2351"/>
          </w:tcPr>
          <w:p/>
        </w:tc>
        <w:tc>
          <w:tcPr>
            <w:tcW w:type="dxa" w:w="4702"/>
            <w:gridSpan w:val="2"/>
          </w:tcPr>
          <w:p>
            <w:r>
              <w:t>(Übrige Gemeinden s. Wkr. 143)</w:t>
            </w:r>
          </w:p>
        </w:tc>
      </w:tr>
      <w:tr>
        <w:trPr>
          <w:cantSplit/>
        </w:trPr>
        <w:tc>
          <w:tcPr>
            <w:tcW w:type="dxa" w:w="2351"/>
          </w:tcPr>
          <w:p>
            <w:r>
              <w:t>145</w:t>
            </w:r>
          </w:p>
        </w:tc>
        <w:tc>
          <w:tcPr>
            <w:tcW w:type="dxa" w:w="2351"/>
          </w:tcPr>
          <w:p>
            <w:r>
              <w:t>Soest</w:t>
            </w:r>
          </w:p>
        </w:tc>
        <w:tc>
          <w:tcPr>
            <w:tcW w:type="dxa" w:w="4702"/>
            <w:gridSpan w:val="2"/>
          </w:tcPr>
          <w:p>
            <w:r>
              <w:t>Kreis Soest</w:t>
            </w:r>
          </w:p>
        </w:tc>
      </w:tr>
      <w:tr>
        <w:trPr>
          <w:cantSplit/>
        </w:trPr>
        <w:tc>
          <w:tcPr>
            <w:tcW w:type="dxa" w:w="2351"/>
          </w:tcPr>
          <w:p>
            <w:r>
              <w:t>146</w:t>
            </w:r>
          </w:p>
        </w:tc>
        <w:tc>
          <w:tcPr>
            <w:tcW w:type="dxa" w:w="2351"/>
          </w:tcPr>
          <w:p>
            <w:r>
              <w:t>Hochsauerlandkreis</w:t>
            </w:r>
          </w:p>
        </w:tc>
        <w:tc>
          <w:tcPr>
            <w:tcW w:type="dxa" w:w="4702"/>
            <w:gridSpan w:val="2"/>
          </w:tcPr>
          <w:p>
            <w:r>
              <w:t>Hochsauerlandkreis</w:t>
            </w:r>
          </w:p>
        </w:tc>
      </w:tr>
      <w:tr>
        <w:trPr>
          <w:cantSplit/>
        </w:trPr>
        <w:tc>
          <w:tcPr>
            <w:tcW w:type="dxa" w:w="2351"/>
          </w:tcPr>
          <w:p>
            <w:r>
              <w:t>147</w:t>
            </w:r>
          </w:p>
        </w:tc>
        <w:tc>
          <w:tcPr>
            <w:tcW w:type="dxa" w:w="2351"/>
          </w:tcPr>
          <w:p>
            <w:r>
              <w:t>Siegen-Wittgenstein</w:t>
            </w:r>
          </w:p>
        </w:tc>
        <w:tc>
          <w:tcPr>
            <w:tcW w:type="dxa" w:w="4702"/>
            <w:gridSpan w:val="2"/>
          </w:tcPr>
          <w:p>
            <w:r>
              <w:t>Kreis Siegen-Wittgenstein</w:t>
            </w:r>
          </w:p>
        </w:tc>
      </w:tr>
      <w:tr>
        <w:trPr>
          <w:cantSplit/>
        </w:trPr>
        <w:tc>
          <w:tcPr>
            <w:tcW w:type="dxa" w:w="2351"/>
          </w:tcPr>
          <w:p>
            <w:r>
              <w:t>148</w:t>
            </w:r>
          </w:p>
        </w:tc>
        <w:tc>
          <w:tcPr>
            <w:tcW w:type="dxa" w:w="2351"/>
          </w:tcPr>
          <w:p>
            <w:r>
              <w:t>Olpe – Märkischer Kreis I</w:t>
            </w:r>
          </w:p>
        </w:tc>
        <w:tc>
          <w:tcPr>
            <w:tcW w:type="dxa" w:w="4702"/>
            <w:gridSpan w:val="2"/>
          </w:tcPr>
          <w:p>
            <w:r>
              <w:t>Kreis Olpe</w:t>
            </w:r>
          </w:p>
        </w:tc>
      </w:tr>
      <w:tr>
        <w:trPr>
          <w:cantSplit/>
        </w:trPr>
        <w:tc>
          <w:tcPr>
            <w:tcW w:type="dxa" w:w="2351"/>
          </w:tcPr>
          <w:p/>
        </w:tc>
        <w:tc>
          <w:tcPr>
            <w:tcW w:type="dxa" w:w="2351"/>
          </w:tcPr>
          <w:p/>
        </w:tc>
        <w:tc>
          <w:tcPr>
            <w:tcW w:type="dxa" w:w="4702"/>
            <w:gridSpan w:val="2"/>
          </w:tcPr>
          <w:p>
            <w:r>
              <w:t>vom Märkischen Kreis</w:t>
            </w:r>
          </w:p>
        </w:tc>
      </w:tr>
      <w:tr>
        <w:trPr>
          <w:cantSplit/>
        </w:trPr>
        <w:tc>
          <w:tcPr>
            <w:tcW w:type="dxa" w:w="2351"/>
          </w:tcPr>
          <w:p/>
        </w:tc>
        <w:tc>
          <w:tcPr>
            <w:tcW w:type="dxa" w:w="2351"/>
          </w:tcPr>
          <w:p/>
        </w:tc>
        <w:tc>
          <w:tcPr>
            <w:tcW w:type="dxa" w:w="2351"/>
          </w:tcPr>
          <w:p/>
        </w:tc>
        <w:tc>
          <w:tcPr>
            <w:tcW w:type="dxa" w:w="2351"/>
          </w:tcPr>
          <w:p>
            <w:r>
              <w:t>die Gemeinden</w:t>
            </w:r>
            <w:r>
              <w:br/>
            </w:r>
            <w:r>
              <w:t>Halver, Herscheid, Kierspe, Lüdenscheid, Meinerzhagen, Schalksmühle</w:t>
            </w:r>
          </w:p>
        </w:tc>
      </w:tr>
      <w:tr>
        <w:trPr>
          <w:cantSplit/>
        </w:trPr>
        <w:tc>
          <w:tcPr>
            <w:tcW w:type="dxa" w:w="2351"/>
          </w:tcPr>
          <w:p/>
        </w:tc>
        <w:tc>
          <w:tcPr>
            <w:tcW w:type="dxa" w:w="2351"/>
          </w:tcPr>
          <w:p/>
        </w:tc>
        <w:tc>
          <w:tcPr>
            <w:tcW w:type="dxa" w:w="4702"/>
            <w:gridSpan w:val="2"/>
          </w:tcPr>
          <w:p>
            <w:r>
              <w:t>(Übrige Gemeinden s. Wkr. 149)</w:t>
            </w:r>
          </w:p>
        </w:tc>
      </w:tr>
      <w:tr>
        <w:trPr>
          <w:cantSplit/>
        </w:trPr>
        <w:tc>
          <w:tcPr>
            <w:tcW w:type="dxa" w:w="2351"/>
          </w:tcPr>
          <w:p>
            <w:r>
              <w:t>149</w:t>
            </w:r>
          </w:p>
        </w:tc>
        <w:tc>
          <w:tcPr>
            <w:tcW w:type="dxa" w:w="2351"/>
          </w:tcPr>
          <w:p>
            <w:r>
              <w:t>Märkischer Kreis II</w:t>
            </w:r>
          </w:p>
        </w:tc>
        <w:tc>
          <w:tcPr>
            <w:tcW w:type="dxa" w:w="4702"/>
            <w:gridSpan w:val="2"/>
          </w:tcPr>
          <w:p>
            <w:r>
              <w:t>Vom Märkischen Kreis</w:t>
            </w:r>
          </w:p>
        </w:tc>
      </w:tr>
      <w:tr>
        <w:trPr>
          <w:cantSplit/>
        </w:trPr>
        <w:tc>
          <w:tcPr>
            <w:tcW w:type="dxa" w:w="2351"/>
          </w:tcPr>
          <w:p/>
        </w:tc>
        <w:tc>
          <w:tcPr>
            <w:tcW w:type="dxa" w:w="2351"/>
          </w:tcPr>
          <w:p/>
        </w:tc>
        <w:tc>
          <w:tcPr>
            <w:tcW w:type="dxa" w:w="2351"/>
          </w:tcPr>
          <w:p/>
        </w:tc>
        <w:tc>
          <w:tcPr>
            <w:tcW w:type="dxa" w:w="2351"/>
          </w:tcPr>
          <w:p>
            <w:r>
              <w:t>die Gemeinden</w:t>
            </w:r>
            <w:r>
              <w:br/>
            </w:r>
            <w:r>
              <w:t>Altena, Balve, Hemer, Iserlohn, Menden (Sauerland), Nachrodt-Wiblingwerde, Neuenrade, Plettenberg, Werdohl</w:t>
            </w:r>
          </w:p>
        </w:tc>
      </w:tr>
      <w:tr>
        <w:trPr>
          <w:cantSplit/>
        </w:trPr>
        <w:tc>
          <w:tcPr>
            <w:tcW w:type="dxa" w:w="2351"/>
          </w:tcPr>
          <w:p/>
        </w:tc>
        <w:tc>
          <w:tcPr>
            <w:tcW w:type="dxa" w:w="2351"/>
          </w:tcPr>
          <w:p/>
        </w:tc>
        <w:tc>
          <w:tcPr>
            <w:tcW w:type="dxa" w:w="4702"/>
            <w:gridSpan w:val="2"/>
          </w:tcPr>
          <w:p>
            <w:r>
              <w:t>(Übrige Gemeinden s. Wkr. 148)</w:t>
            </w:r>
          </w:p>
        </w:tc>
      </w:tr>
      <w:tr>
        <w:trPr>
          <w:cantSplit/>
        </w:trPr>
        <w:tc>
          <w:tcPr>
            <w:tcW w:type="dxa" w:w="9404"/>
            <w:gridSpan w:val="4"/>
          </w:tcPr>
          <w:p>
            <w:r>
              <w:rPr>
                <w:b/>
              </w:rPr>
              <w:t>Sachsen</w:t>
            </w:r>
          </w:p>
        </w:tc>
      </w:tr>
      <w:tr>
        <w:trPr>
          <w:cantSplit/>
        </w:trPr>
        <w:tc>
          <w:tcPr>
            <w:tcW w:type="dxa" w:w="2351"/>
          </w:tcPr>
          <w:p>
            <w:r>
              <w:t>150</w:t>
            </w:r>
          </w:p>
        </w:tc>
        <w:tc>
          <w:tcPr>
            <w:tcW w:type="dxa" w:w="2351"/>
          </w:tcPr>
          <w:p>
            <w:r>
              <w:t>Nordsachsen</w:t>
            </w:r>
          </w:p>
        </w:tc>
        <w:tc>
          <w:tcPr>
            <w:tcW w:type="dxa" w:w="4702"/>
            <w:gridSpan w:val="2"/>
          </w:tcPr>
          <w:p>
            <w:r>
              <w:t>Landkreis Nordsachsen</w:t>
            </w:r>
          </w:p>
        </w:tc>
      </w:tr>
      <w:tr>
        <w:trPr>
          <w:cantSplit/>
        </w:trPr>
        <w:tc>
          <w:tcPr>
            <w:tcW w:type="dxa" w:w="2351"/>
          </w:tcPr>
          <w:p>
            <w:r>
              <w:t>151</w:t>
            </w:r>
          </w:p>
        </w:tc>
        <w:tc>
          <w:tcPr>
            <w:tcW w:type="dxa" w:w="2351"/>
          </w:tcPr>
          <w:p>
            <w:r>
              <w:t>Leipzig I</w:t>
            </w:r>
          </w:p>
        </w:tc>
        <w:tc>
          <w:tcPr>
            <w:tcW w:type="dxa" w:w="4702"/>
            <w:gridSpan w:val="2"/>
          </w:tcPr>
          <w:p>
            <w:r>
              <w:t>Von der kreisfreien Stadt Leipzig</w:t>
            </w:r>
          </w:p>
        </w:tc>
      </w:tr>
      <w:tr>
        <w:trPr>
          <w:cantSplit/>
        </w:trPr>
        <w:tc>
          <w:tcPr>
            <w:tcW w:type="dxa" w:w="2351"/>
          </w:tcPr>
          <w:p/>
        </w:tc>
        <w:tc>
          <w:tcPr>
            <w:tcW w:type="dxa" w:w="2351"/>
          </w:tcPr>
          <w:p/>
        </w:tc>
        <w:tc>
          <w:tcPr>
            <w:tcW w:type="dxa" w:w="2351"/>
          </w:tcPr>
          <w:p/>
        </w:tc>
        <w:tc>
          <w:tcPr>
            <w:tcW w:type="dxa" w:w="2351"/>
          </w:tcPr>
          <w:p>
            <w:r>
              <w:t>die Stadtbezirke</w:t>
            </w:r>
            <w:r>
              <w:br/>
            </w:r>
            <w:r>
              <w:t>Alt-West, Nord, Nordost, Nordwest, Ost</w:t>
            </w:r>
          </w:p>
        </w:tc>
      </w:tr>
      <w:tr>
        <w:trPr>
          <w:cantSplit/>
        </w:trPr>
        <w:tc>
          <w:tcPr>
            <w:tcW w:type="dxa" w:w="2351"/>
          </w:tcPr>
          <w:p/>
        </w:tc>
        <w:tc>
          <w:tcPr>
            <w:tcW w:type="dxa" w:w="2351"/>
          </w:tcPr>
          <w:p/>
        </w:tc>
        <w:tc>
          <w:tcPr>
            <w:tcW w:type="dxa" w:w="4702"/>
            <w:gridSpan w:val="2"/>
          </w:tcPr>
          <w:p>
            <w:r>
              <w:t>(Übrige Stadtbezirke s. Wkr. 152)</w:t>
            </w:r>
          </w:p>
        </w:tc>
      </w:tr>
      <w:tr>
        <w:trPr>
          <w:cantSplit/>
        </w:trPr>
        <w:tc>
          <w:tcPr>
            <w:tcW w:type="dxa" w:w="2351"/>
          </w:tcPr>
          <w:p>
            <w:r>
              <w:t>152</w:t>
            </w:r>
          </w:p>
        </w:tc>
        <w:tc>
          <w:tcPr>
            <w:tcW w:type="dxa" w:w="2351"/>
          </w:tcPr>
          <w:p>
            <w:r>
              <w:t>Leipzig II</w:t>
            </w:r>
          </w:p>
        </w:tc>
        <w:tc>
          <w:tcPr>
            <w:tcW w:type="dxa" w:w="4702"/>
            <w:gridSpan w:val="2"/>
          </w:tcPr>
          <w:p>
            <w:r>
              <w:t>Von der kreisfreien Stadt Leipzig</w:t>
            </w:r>
          </w:p>
        </w:tc>
      </w:tr>
      <w:tr>
        <w:trPr>
          <w:cantSplit/>
        </w:trPr>
        <w:tc>
          <w:tcPr>
            <w:tcW w:type="dxa" w:w="2351"/>
          </w:tcPr>
          <w:p/>
        </w:tc>
        <w:tc>
          <w:tcPr>
            <w:tcW w:type="dxa" w:w="2351"/>
          </w:tcPr>
          <w:p/>
        </w:tc>
        <w:tc>
          <w:tcPr>
            <w:tcW w:type="dxa" w:w="2351"/>
          </w:tcPr>
          <w:p/>
        </w:tc>
        <w:tc>
          <w:tcPr>
            <w:tcW w:type="dxa" w:w="2351"/>
          </w:tcPr>
          <w:p>
            <w:r>
              <w:t>die Stadtbezirke</w:t>
            </w:r>
            <w:r>
              <w:br/>
            </w:r>
            <w:r>
              <w:t>Mitte, Süd, Südost, Südwest, West</w:t>
            </w:r>
          </w:p>
        </w:tc>
      </w:tr>
      <w:tr>
        <w:trPr>
          <w:cantSplit/>
        </w:trPr>
        <w:tc>
          <w:tcPr>
            <w:tcW w:type="dxa" w:w="2351"/>
          </w:tcPr>
          <w:p/>
        </w:tc>
        <w:tc>
          <w:tcPr>
            <w:tcW w:type="dxa" w:w="2351"/>
          </w:tcPr>
          <w:p/>
        </w:tc>
        <w:tc>
          <w:tcPr>
            <w:tcW w:type="dxa" w:w="4702"/>
            <w:gridSpan w:val="2"/>
          </w:tcPr>
          <w:p>
            <w:r>
              <w:t>(Übrige Stadtbezirke s. Wkr. 151)</w:t>
            </w:r>
          </w:p>
        </w:tc>
      </w:tr>
      <w:tr>
        <w:trPr>
          <w:cantSplit/>
        </w:trPr>
        <w:tc>
          <w:tcPr>
            <w:tcW w:type="dxa" w:w="2351"/>
          </w:tcPr>
          <w:p>
            <w:r>
              <w:t>153</w:t>
            </w:r>
          </w:p>
        </w:tc>
        <w:tc>
          <w:tcPr>
            <w:tcW w:type="dxa" w:w="2351"/>
          </w:tcPr>
          <w:p>
            <w:r>
              <w:t>Leipzig-Land</w:t>
            </w:r>
          </w:p>
        </w:tc>
        <w:tc>
          <w:tcPr>
            <w:tcW w:type="dxa" w:w="4702"/>
            <w:gridSpan w:val="2"/>
          </w:tcPr>
          <w:p>
            <w:r>
              <w:t>Landkreis Leipzig</w:t>
            </w:r>
          </w:p>
        </w:tc>
      </w:tr>
      <w:tr>
        <w:trPr>
          <w:cantSplit/>
        </w:trPr>
        <w:tc>
          <w:tcPr>
            <w:tcW w:type="dxa" w:w="2351"/>
          </w:tcPr>
          <w:p>
            <w:r>
              <w:t>154</w:t>
            </w:r>
          </w:p>
        </w:tc>
        <w:tc>
          <w:tcPr>
            <w:tcW w:type="dxa" w:w="2351"/>
          </w:tcPr>
          <w:p>
            <w:r>
              <w:t>Meißen</w:t>
            </w:r>
          </w:p>
        </w:tc>
        <w:tc>
          <w:tcPr>
            <w:tcW w:type="dxa" w:w="4702"/>
            <w:gridSpan w:val="2"/>
          </w:tcPr>
          <w:p>
            <w:r>
              <w:t>Landkreis Meißen</w:t>
            </w:r>
          </w:p>
        </w:tc>
      </w:tr>
      <w:tr>
        <w:trPr>
          <w:cantSplit/>
        </w:trPr>
        <w:tc>
          <w:tcPr>
            <w:tcW w:type="dxa" w:w="2351"/>
          </w:tcPr>
          <w:p>
            <w:r>
              <w:t>155</w:t>
            </w:r>
          </w:p>
        </w:tc>
        <w:tc>
          <w:tcPr>
            <w:tcW w:type="dxa" w:w="2351"/>
          </w:tcPr>
          <w:p>
            <w:r>
              <w:t>Bautzen I</w:t>
            </w:r>
          </w:p>
        </w:tc>
        <w:tc>
          <w:tcPr>
            <w:tcW w:type="dxa" w:w="4702"/>
            <w:gridSpan w:val="2"/>
          </w:tcPr>
          <w:p>
            <w:r>
              <w:t>Vom Landkreis Bautzen</w:t>
            </w:r>
          </w:p>
        </w:tc>
      </w:tr>
      <w:tr>
        <w:trPr>
          <w:cantSplit/>
        </w:trPr>
        <w:tc>
          <w:tcPr>
            <w:tcW w:type="dxa" w:w="2351"/>
          </w:tcPr>
          <w:p/>
        </w:tc>
        <w:tc>
          <w:tcPr>
            <w:tcW w:type="dxa" w:w="2351"/>
          </w:tcPr>
          <w:p/>
        </w:tc>
        <w:tc>
          <w:tcPr>
            <w:tcW w:type="dxa" w:w="2351"/>
          </w:tcPr>
          <w:p/>
        </w:tc>
        <w:tc>
          <w:tcPr>
            <w:tcW w:type="dxa" w:w="2351"/>
          </w:tcPr>
          <w:p>
            <w:r>
              <w:t>die Gemeinden</w:t>
            </w:r>
            <w:r>
              <w:br/>
            </w:r>
            <w:r>
              <w:t>Bautzen, Bernsdorf, Burkau, Cunewalde, Demitz-Thumitz, Doberschau-Gaußig, Elsterheide, Elstra, Göda, Großdubrau, Haselbachtal, Hochkirch, Hoyerswerda, Kamenz, Königswartha, Kubschütz, Lauta, Lohsa, Malschwitz, Neukirch/Lausitz, Oßling, Radibor, Schirgiswalde-Kirschau, Schmölln-Putzkau, Schwepnitz, Sohland a. d. Spree, Spreetal, Steinigtwolmsdorf, Weißenberg, Wilthen, Wittichenau</w:t>
            </w:r>
          </w:p>
        </w:tc>
      </w:tr>
      <w:tr>
        <w:trPr>
          <w:cantSplit/>
        </w:trPr>
        <w:tc>
          <w:tcPr>
            <w:tcW w:type="dxa" w:w="2351"/>
          </w:tcPr>
          <w:p/>
        </w:tc>
        <w:tc>
          <w:tcPr>
            <w:tcW w:type="dxa" w:w="2351"/>
          </w:tcPr>
          <w:p/>
        </w:tc>
        <w:tc>
          <w:tcPr>
            <w:tcW w:type="dxa" w:w="2351"/>
          </w:tcPr>
          <w:p/>
        </w:tc>
        <w:tc>
          <w:tcPr>
            <w:tcW w:type="dxa" w:w="2351"/>
          </w:tcPr>
          <w:p>
            <w:r>
              <w:t>Verwaltungsgemeinschaft Bischofswerda</w:t>
            </w:r>
          </w:p>
        </w:tc>
      </w:tr>
      <w:tr>
        <w:trPr>
          <w:cantSplit/>
        </w:trPr>
        <w:tc>
          <w:tcPr>
            <w:tcW w:type="dxa" w:w="2351"/>
          </w:tcPr>
          <w:p/>
        </w:tc>
        <w:tc>
          <w:tcPr>
            <w:tcW w:type="dxa" w:w="2351"/>
          </w:tcPr>
          <w:p/>
        </w:tc>
        <w:tc>
          <w:tcPr>
            <w:tcW w:type="dxa" w:w="2351"/>
          </w:tcPr>
          <w:p/>
        </w:tc>
        <w:tc>
          <w:tcPr>
            <w:tcW w:type="dxa" w:w="2351"/>
          </w:tcPr>
          <w:p>
            <w:r>
              <w:t xml:space="preserve"> die Gemeinden</w:t>
            </w:r>
            <w:r>
              <w:br/>
            </w:r>
            <w:r>
              <w:t>Bischofswerda, Rammenau</w:t>
            </w:r>
          </w:p>
        </w:tc>
      </w:tr>
      <w:tr>
        <w:trPr>
          <w:cantSplit/>
        </w:trPr>
        <w:tc>
          <w:tcPr>
            <w:tcW w:type="dxa" w:w="2351"/>
          </w:tcPr>
          <w:p/>
        </w:tc>
        <w:tc>
          <w:tcPr>
            <w:tcW w:type="dxa" w:w="2351"/>
          </w:tcPr>
          <w:p/>
        </w:tc>
        <w:tc>
          <w:tcPr>
            <w:tcW w:type="dxa" w:w="2351"/>
          </w:tcPr>
          <w:p/>
        </w:tc>
        <w:tc>
          <w:tcPr>
            <w:tcW w:type="dxa" w:w="2351"/>
          </w:tcPr>
          <w:p>
            <w:r>
              <w:t>Verwaltungsgemeinschaft Großharthau</w:t>
            </w:r>
          </w:p>
        </w:tc>
      </w:tr>
      <w:tr>
        <w:trPr>
          <w:cantSplit/>
        </w:trPr>
        <w:tc>
          <w:tcPr>
            <w:tcW w:type="dxa" w:w="2351"/>
          </w:tcPr>
          <w:p/>
        </w:tc>
        <w:tc>
          <w:tcPr>
            <w:tcW w:type="dxa" w:w="2351"/>
          </w:tcPr>
          <w:p/>
        </w:tc>
        <w:tc>
          <w:tcPr>
            <w:tcW w:type="dxa" w:w="2351"/>
          </w:tcPr>
          <w:p/>
        </w:tc>
        <w:tc>
          <w:tcPr>
            <w:tcW w:type="dxa" w:w="2351"/>
          </w:tcPr>
          <w:p>
            <w:r>
              <w:t xml:space="preserve"> die Gemeinden</w:t>
            </w:r>
            <w:r>
              <w:br/>
            </w:r>
            <w:r>
              <w:t>Frankenthal, Großharthau</w:t>
            </w:r>
          </w:p>
        </w:tc>
      </w:tr>
      <w:tr>
        <w:trPr>
          <w:cantSplit/>
        </w:trPr>
        <w:tc>
          <w:tcPr>
            <w:tcW w:type="dxa" w:w="2351"/>
          </w:tcPr>
          <w:p/>
        </w:tc>
        <w:tc>
          <w:tcPr>
            <w:tcW w:type="dxa" w:w="2351"/>
          </w:tcPr>
          <w:p/>
        </w:tc>
        <w:tc>
          <w:tcPr>
            <w:tcW w:type="dxa" w:w="2351"/>
          </w:tcPr>
          <w:p/>
        </w:tc>
        <w:tc>
          <w:tcPr>
            <w:tcW w:type="dxa" w:w="2351"/>
          </w:tcPr>
          <w:p>
            <w:r>
              <w:t>Verwaltungsgemeinschaft Großpostwitz/O.L.</w:t>
            </w:r>
          </w:p>
        </w:tc>
      </w:tr>
      <w:tr>
        <w:trPr>
          <w:cantSplit/>
        </w:trPr>
        <w:tc>
          <w:tcPr>
            <w:tcW w:type="dxa" w:w="2351"/>
          </w:tcPr>
          <w:p/>
        </w:tc>
        <w:tc>
          <w:tcPr>
            <w:tcW w:type="dxa" w:w="2351"/>
          </w:tcPr>
          <w:p/>
        </w:tc>
        <w:tc>
          <w:tcPr>
            <w:tcW w:type="dxa" w:w="2351"/>
          </w:tcPr>
          <w:p/>
        </w:tc>
        <w:tc>
          <w:tcPr>
            <w:tcW w:type="dxa" w:w="2351"/>
          </w:tcPr>
          <w:p>
            <w:r>
              <w:t xml:space="preserve"> die Gemeinden</w:t>
            </w:r>
            <w:r>
              <w:br/>
            </w:r>
            <w:r>
              <w:t>Großpostwitz/O.L., Obergurig</w:t>
            </w:r>
          </w:p>
        </w:tc>
      </w:tr>
      <w:tr>
        <w:trPr>
          <w:cantSplit/>
        </w:trPr>
        <w:tc>
          <w:tcPr>
            <w:tcW w:type="dxa" w:w="2351"/>
          </w:tcPr>
          <w:p/>
        </w:tc>
        <w:tc>
          <w:tcPr>
            <w:tcW w:type="dxa" w:w="2351"/>
          </w:tcPr>
          <w:p/>
        </w:tc>
        <w:tc>
          <w:tcPr>
            <w:tcW w:type="dxa" w:w="2351"/>
          </w:tcPr>
          <w:p/>
        </w:tc>
        <w:tc>
          <w:tcPr>
            <w:tcW w:type="dxa" w:w="2351"/>
          </w:tcPr>
          <w:p>
            <w:r>
              <w:t>Verwaltungsgemeinschaft Königsbrück</w:t>
            </w:r>
          </w:p>
        </w:tc>
      </w:tr>
      <w:tr>
        <w:trPr>
          <w:cantSplit/>
        </w:trPr>
        <w:tc>
          <w:tcPr>
            <w:tcW w:type="dxa" w:w="2351"/>
          </w:tcPr>
          <w:p/>
        </w:tc>
        <w:tc>
          <w:tcPr>
            <w:tcW w:type="dxa" w:w="2351"/>
          </w:tcPr>
          <w:p/>
        </w:tc>
        <w:tc>
          <w:tcPr>
            <w:tcW w:type="dxa" w:w="2351"/>
          </w:tcPr>
          <w:p/>
        </w:tc>
        <w:tc>
          <w:tcPr>
            <w:tcW w:type="dxa" w:w="2351"/>
          </w:tcPr>
          <w:p>
            <w:r>
              <w:t xml:space="preserve"> die Gemeinden</w:t>
            </w:r>
            <w:r>
              <w:br/>
            </w:r>
            <w:r>
              <w:t>Königsbrück, Laußnitz, Neukirch</w:t>
            </w:r>
          </w:p>
        </w:tc>
      </w:tr>
      <w:tr>
        <w:trPr>
          <w:cantSplit/>
        </w:trPr>
        <w:tc>
          <w:tcPr>
            <w:tcW w:type="dxa" w:w="2351"/>
          </w:tcPr>
          <w:p/>
        </w:tc>
        <w:tc>
          <w:tcPr>
            <w:tcW w:type="dxa" w:w="2351"/>
          </w:tcPr>
          <w:p/>
        </w:tc>
        <w:tc>
          <w:tcPr>
            <w:tcW w:type="dxa" w:w="2351"/>
          </w:tcPr>
          <w:p/>
        </w:tc>
        <w:tc>
          <w:tcPr>
            <w:tcW w:type="dxa" w:w="2351"/>
          </w:tcPr>
          <w:p>
            <w:r>
              <w:t>Verwaltungsgemeinschaft Neschwitz</w:t>
            </w:r>
          </w:p>
        </w:tc>
      </w:tr>
      <w:tr>
        <w:trPr>
          <w:cantSplit/>
        </w:trPr>
        <w:tc>
          <w:tcPr>
            <w:tcW w:type="dxa" w:w="2351"/>
          </w:tcPr>
          <w:p/>
        </w:tc>
        <w:tc>
          <w:tcPr>
            <w:tcW w:type="dxa" w:w="2351"/>
          </w:tcPr>
          <w:p/>
        </w:tc>
        <w:tc>
          <w:tcPr>
            <w:tcW w:type="dxa" w:w="2351"/>
          </w:tcPr>
          <w:p/>
        </w:tc>
        <w:tc>
          <w:tcPr>
            <w:tcW w:type="dxa" w:w="2351"/>
          </w:tcPr>
          <w:p>
            <w:r>
              <w:t xml:space="preserve"> die Gemeinden</w:t>
            </w:r>
            <w:r>
              <w:br/>
            </w:r>
            <w:r>
              <w:t>Neschwitz, Puschwitz</w:t>
            </w:r>
          </w:p>
        </w:tc>
      </w:tr>
      <w:tr>
        <w:trPr>
          <w:cantSplit/>
        </w:trPr>
        <w:tc>
          <w:tcPr>
            <w:tcW w:type="dxa" w:w="2351"/>
          </w:tcPr>
          <w:p/>
        </w:tc>
        <w:tc>
          <w:tcPr>
            <w:tcW w:type="dxa" w:w="2351"/>
          </w:tcPr>
          <w:p/>
        </w:tc>
        <w:tc>
          <w:tcPr>
            <w:tcW w:type="dxa" w:w="2351"/>
          </w:tcPr>
          <w:p/>
        </w:tc>
        <w:tc>
          <w:tcPr>
            <w:tcW w:type="dxa" w:w="2351"/>
          </w:tcPr>
          <w:p>
            <w:r>
              <w:t>Verwaltungsgemeinschaft Pulsnitz</w:t>
            </w:r>
          </w:p>
        </w:tc>
      </w:tr>
      <w:tr>
        <w:trPr>
          <w:cantSplit/>
        </w:trPr>
        <w:tc>
          <w:tcPr>
            <w:tcW w:type="dxa" w:w="2351"/>
          </w:tcPr>
          <w:p/>
        </w:tc>
        <w:tc>
          <w:tcPr>
            <w:tcW w:type="dxa" w:w="2351"/>
          </w:tcPr>
          <w:p/>
        </w:tc>
        <w:tc>
          <w:tcPr>
            <w:tcW w:type="dxa" w:w="2351"/>
          </w:tcPr>
          <w:p/>
        </w:tc>
        <w:tc>
          <w:tcPr>
            <w:tcW w:type="dxa" w:w="2351"/>
          </w:tcPr>
          <w:p>
            <w:r>
              <w:t xml:space="preserve"> die Gemeinden</w:t>
            </w:r>
            <w:r>
              <w:br/>
            </w:r>
            <w:r>
              <w:t>Großnaundorf, Lichtenberg, Ohorn, Pulsnitz, Steina</w:t>
            </w:r>
          </w:p>
        </w:tc>
      </w:tr>
      <w:tr>
        <w:trPr>
          <w:cantSplit/>
        </w:trPr>
        <w:tc>
          <w:tcPr>
            <w:tcW w:type="dxa" w:w="2351"/>
          </w:tcPr>
          <w:p/>
        </w:tc>
        <w:tc>
          <w:tcPr>
            <w:tcW w:type="dxa" w:w="2351"/>
          </w:tcPr>
          <w:p/>
        </w:tc>
        <w:tc>
          <w:tcPr>
            <w:tcW w:type="dxa" w:w="2351"/>
          </w:tcPr>
          <w:p/>
        </w:tc>
        <w:tc>
          <w:tcPr>
            <w:tcW w:type="dxa" w:w="2351"/>
          </w:tcPr>
          <w:p>
            <w:r>
              <w:t>Verwaltungsverband Am Klosterwasser</w:t>
            </w:r>
          </w:p>
        </w:tc>
      </w:tr>
      <w:tr>
        <w:trPr>
          <w:cantSplit/>
        </w:trPr>
        <w:tc>
          <w:tcPr>
            <w:tcW w:type="dxa" w:w="2351"/>
          </w:tcPr>
          <w:p/>
        </w:tc>
        <w:tc>
          <w:tcPr>
            <w:tcW w:type="dxa" w:w="2351"/>
          </w:tcPr>
          <w:p/>
        </w:tc>
        <w:tc>
          <w:tcPr>
            <w:tcW w:type="dxa" w:w="2351"/>
          </w:tcPr>
          <w:p/>
        </w:tc>
        <w:tc>
          <w:tcPr>
            <w:tcW w:type="dxa" w:w="2351"/>
          </w:tcPr>
          <w:p>
            <w:r>
              <w:t xml:space="preserve"> die Gemeinden</w:t>
            </w:r>
            <w:r>
              <w:br/>
            </w:r>
            <w:r>
              <w:t>Crostwitz, Nebelschütz, Panschwitz-Kuckau, Räckelwitz, Ralbitz-Rosenthal</w:t>
            </w:r>
          </w:p>
        </w:tc>
      </w:tr>
      <w:tr>
        <w:trPr>
          <w:cantSplit/>
        </w:trPr>
        <w:tc>
          <w:tcPr>
            <w:tcW w:type="dxa" w:w="2351"/>
          </w:tcPr>
          <w:p/>
        </w:tc>
        <w:tc>
          <w:tcPr>
            <w:tcW w:type="dxa" w:w="2351"/>
          </w:tcPr>
          <w:p/>
        </w:tc>
        <w:tc>
          <w:tcPr>
            <w:tcW w:type="dxa" w:w="4702"/>
            <w:gridSpan w:val="2"/>
          </w:tcPr>
          <w:p>
            <w:r>
              <w:t>(Übrige Gemeinden s. Wkr. 159)</w:t>
            </w:r>
          </w:p>
        </w:tc>
      </w:tr>
      <w:tr>
        <w:trPr>
          <w:cantSplit/>
        </w:trPr>
        <w:tc>
          <w:tcPr>
            <w:tcW w:type="dxa" w:w="2351"/>
          </w:tcPr>
          <w:p>
            <w:r>
              <w:t>156</w:t>
            </w:r>
          </w:p>
        </w:tc>
        <w:tc>
          <w:tcPr>
            <w:tcW w:type="dxa" w:w="2351"/>
          </w:tcPr>
          <w:p>
            <w:r>
              <w:t>Görlitz</w:t>
            </w:r>
          </w:p>
        </w:tc>
        <w:tc>
          <w:tcPr>
            <w:tcW w:type="dxa" w:w="4702"/>
            <w:gridSpan w:val="2"/>
          </w:tcPr>
          <w:p>
            <w:r>
              <w:t>Landkreis Görlitz</w:t>
            </w:r>
          </w:p>
        </w:tc>
      </w:tr>
      <w:tr>
        <w:trPr>
          <w:cantSplit/>
        </w:trPr>
        <w:tc>
          <w:tcPr>
            <w:tcW w:type="dxa" w:w="2351"/>
          </w:tcPr>
          <w:p>
            <w:r>
              <w:t>157</w:t>
            </w:r>
          </w:p>
        </w:tc>
        <w:tc>
          <w:tcPr>
            <w:tcW w:type="dxa" w:w="2351"/>
          </w:tcPr>
          <w:p>
            <w:r>
              <w:t>Sächsische Schweiz-Osterzgebirge</w:t>
            </w:r>
          </w:p>
        </w:tc>
        <w:tc>
          <w:tcPr>
            <w:tcW w:type="dxa" w:w="4702"/>
            <w:gridSpan w:val="2"/>
          </w:tcPr>
          <w:p>
            <w:r>
              <w:t>Landkreis Sächsische Schweiz-Osterzgebirge</w:t>
            </w:r>
          </w:p>
        </w:tc>
      </w:tr>
      <w:tr>
        <w:trPr>
          <w:cantSplit/>
        </w:trPr>
        <w:tc>
          <w:tcPr>
            <w:tcW w:type="dxa" w:w="2351"/>
          </w:tcPr>
          <w:p>
            <w:r>
              <w:t>158</w:t>
            </w:r>
          </w:p>
        </w:tc>
        <w:tc>
          <w:tcPr>
            <w:tcW w:type="dxa" w:w="2351"/>
          </w:tcPr>
          <w:p>
            <w:r>
              <w:t>Dresden I</w:t>
            </w:r>
          </w:p>
        </w:tc>
        <w:tc>
          <w:tcPr>
            <w:tcW w:type="dxa" w:w="4702"/>
            <w:gridSpan w:val="2"/>
          </w:tcPr>
          <w:p>
            <w:r>
              <w:t>Von der kreisfreien Stadt Dresden</w:t>
            </w:r>
          </w:p>
        </w:tc>
      </w:tr>
      <w:tr>
        <w:trPr>
          <w:cantSplit/>
        </w:trPr>
        <w:tc>
          <w:tcPr>
            <w:tcW w:type="dxa" w:w="2351"/>
          </w:tcPr>
          <w:p/>
        </w:tc>
        <w:tc>
          <w:tcPr>
            <w:tcW w:type="dxa" w:w="2351"/>
          </w:tcPr>
          <w:p/>
        </w:tc>
        <w:tc>
          <w:tcPr>
            <w:tcW w:type="dxa" w:w="2351"/>
          </w:tcPr>
          <w:p/>
        </w:tc>
        <w:tc>
          <w:tcPr>
            <w:tcW w:type="dxa" w:w="2351"/>
          </w:tcPr>
          <w:p>
            <w:r>
              <w:t>die Stadtbezirke</w:t>
            </w:r>
            <w:r>
              <w:br/>
            </w:r>
            <w:r>
              <w:t>Altstadt, Blasewitz, Leuben, Plauen, Prohlis</w:t>
            </w:r>
          </w:p>
        </w:tc>
      </w:tr>
      <w:tr>
        <w:trPr>
          <w:cantSplit/>
        </w:trPr>
        <w:tc>
          <w:tcPr>
            <w:tcW w:type="dxa" w:w="2351"/>
          </w:tcPr>
          <w:p/>
        </w:tc>
        <w:tc>
          <w:tcPr>
            <w:tcW w:type="dxa" w:w="2351"/>
          </w:tcPr>
          <w:p/>
        </w:tc>
        <w:tc>
          <w:tcPr>
            <w:tcW w:type="dxa" w:w="4702"/>
            <w:gridSpan w:val="2"/>
          </w:tcPr>
          <w:p>
            <w:r>
              <w:t>(Übrige Stadtbezirke und Ortschaften s. Wkr. 159)</w:t>
            </w:r>
          </w:p>
        </w:tc>
      </w:tr>
      <w:tr>
        <w:trPr>
          <w:cantSplit/>
        </w:trPr>
        <w:tc>
          <w:tcPr>
            <w:tcW w:type="dxa" w:w="2351"/>
          </w:tcPr>
          <w:p>
            <w:r>
              <w:t>159</w:t>
            </w:r>
          </w:p>
        </w:tc>
        <w:tc>
          <w:tcPr>
            <w:tcW w:type="dxa" w:w="2351"/>
          </w:tcPr>
          <w:p>
            <w:r>
              <w:t>Dresden II – Bautzen II</w:t>
            </w:r>
          </w:p>
        </w:tc>
        <w:tc>
          <w:tcPr>
            <w:tcW w:type="dxa" w:w="4702"/>
            <w:gridSpan w:val="2"/>
          </w:tcPr>
          <w:p>
            <w:r>
              <w:t>Von der kreisfreien Stadt Dresden</w:t>
            </w:r>
          </w:p>
        </w:tc>
      </w:tr>
      <w:tr>
        <w:trPr>
          <w:cantSplit/>
        </w:trPr>
        <w:tc>
          <w:tcPr>
            <w:tcW w:type="dxa" w:w="2351"/>
          </w:tcPr>
          <w:p/>
        </w:tc>
        <w:tc>
          <w:tcPr>
            <w:tcW w:type="dxa" w:w="2351"/>
          </w:tcPr>
          <w:p/>
        </w:tc>
        <w:tc>
          <w:tcPr>
            <w:tcW w:type="dxa" w:w="2351"/>
          </w:tcPr>
          <w:p/>
        </w:tc>
        <w:tc>
          <w:tcPr>
            <w:tcW w:type="dxa" w:w="2351"/>
          </w:tcPr>
          <w:p>
            <w:r>
              <w:t>die Stadtbezirke</w:t>
            </w:r>
            <w:r>
              <w:br/>
            </w:r>
            <w:r>
              <w:t>Cotta, Klotzsche, Loschwitz, Neustadt, Pieschen</w:t>
            </w:r>
          </w:p>
        </w:tc>
      </w:tr>
      <w:tr>
        <w:trPr>
          <w:cantSplit/>
        </w:trPr>
        <w:tc>
          <w:tcPr>
            <w:tcW w:type="dxa" w:w="2351"/>
          </w:tcPr>
          <w:p/>
        </w:tc>
        <w:tc>
          <w:tcPr>
            <w:tcW w:type="dxa" w:w="2351"/>
          </w:tcPr>
          <w:p/>
        </w:tc>
        <w:tc>
          <w:tcPr>
            <w:tcW w:type="dxa" w:w="2351"/>
          </w:tcPr>
          <w:p/>
        </w:tc>
        <w:tc>
          <w:tcPr>
            <w:tcW w:type="dxa" w:w="2351"/>
          </w:tcPr>
          <w:p>
            <w:r>
              <w:t>die Ortschaften</w:t>
            </w:r>
            <w:r>
              <w:br/>
            </w:r>
            <w:r>
              <w:t>Altfranken, Cossebaude, Gompitz, Langebrück, Mobschatz, Oberwartha, Schönborn, Schönfeld-Weißig, Weixdorf</w:t>
            </w:r>
          </w:p>
        </w:tc>
      </w:tr>
      <w:tr>
        <w:trPr>
          <w:cantSplit/>
        </w:trPr>
        <w:tc>
          <w:tcPr>
            <w:tcW w:type="dxa" w:w="2351"/>
          </w:tcPr>
          <w:p/>
        </w:tc>
        <w:tc>
          <w:tcPr>
            <w:tcW w:type="dxa" w:w="2351"/>
          </w:tcPr>
          <w:p/>
        </w:tc>
        <w:tc>
          <w:tcPr>
            <w:tcW w:type="dxa" w:w="4702"/>
            <w:gridSpan w:val="2"/>
          </w:tcPr>
          <w:p>
            <w:r>
              <w:t>(Übrige Stadtbezirke s. Wkr. 158)</w:t>
            </w:r>
          </w:p>
        </w:tc>
      </w:tr>
      <w:tr>
        <w:trPr>
          <w:cantSplit/>
        </w:trPr>
        <w:tc>
          <w:tcPr>
            <w:tcW w:type="dxa" w:w="2351"/>
          </w:tcPr>
          <w:p/>
        </w:tc>
        <w:tc>
          <w:tcPr>
            <w:tcW w:type="dxa" w:w="2351"/>
          </w:tcPr>
          <w:p/>
        </w:tc>
        <w:tc>
          <w:tcPr>
            <w:tcW w:type="dxa" w:w="4702"/>
            <w:gridSpan w:val="2"/>
          </w:tcPr>
          <w:p>
            <w:r>
              <w:t>vom Landkreis Bautzen</w:t>
            </w:r>
          </w:p>
        </w:tc>
      </w:tr>
      <w:tr>
        <w:trPr>
          <w:cantSplit/>
        </w:trPr>
        <w:tc>
          <w:tcPr>
            <w:tcW w:type="dxa" w:w="2351"/>
          </w:tcPr>
          <w:p/>
        </w:tc>
        <w:tc>
          <w:tcPr>
            <w:tcW w:type="dxa" w:w="2351"/>
          </w:tcPr>
          <w:p/>
        </w:tc>
        <w:tc>
          <w:tcPr>
            <w:tcW w:type="dxa" w:w="2351"/>
          </w:tcPr>
          <w:p/>
        </w:tc>
        <w:tc>
          <w:tcPr>
            <w:tcW w:type="dxa" w:w="2351"/>
          </w:tcPr>
          <w:p>
            <w:r>
              <w:t>die Gemeinden</w:t>
            </w:r>
            <w:r>
              <w:br/>
            </w:r>
            <w:r>
              <w:t>Arnsdorf, Großröhrsdorf, Ottendorf-Okrilla, Radeberg, Wachau</w:t>
            </w:r>
          </w:p>
        </w:tc>
      </w:tr>
      <w:tr>
        <w:trPr>
          <w:cantSplit/>
        </w:trPr>
        <w:tc>
          <w:tcPr>
            <w:tcW w:type="dxa" w:w="2351"/>
          </w:tcPr>
          <w:p/>
        </w:tc>
        <w:tc>
          <w:tcPr>
            <w:tcW w:type="dxa" w:w="2351"/>
          </w:tcPr>
          <w:p/>
        </w:tc>
        <w:tc>
          <w:tcPr>
            <w:tcW w:type="dxa" w:w="4702"/>
            <w:gridSpan w:val="2"/>
          </w:tcPr>
          <w:p>
            <w:r>
              <w:t>(Übrige Gemeinden s. Wkr. 155)</w:t>
            </w:r>
          </w:p>
        </w:tc>
      </w:tr>
      <w:tr>
        <w:trPr>
          <w:cantSplit/>
        </w:trPr>
        <w:tc>
          <w:tcPr>
            <w:tcW w:type="dxa" w:w="2351"/>
          </w:tcPr>
          <w:p>
            <w:r>
              <w:t>160</w:t>
            </w:r>
          </w:p>
        </w:tc>
        <w:tc>
          <w:tcPr>
            <w:tcW w:type="dxa" w:w="2351"/>
          </w:tcPr>
          <w:p>
            <w:r>
              <w:t>Mittelsachsen</w:t>
            </w:r>
          </w:p>
        </w:tc>
        <w:tc>
          <w:tcPr>
            <w:tcW w:type="dxa" w:w="4702"/>
            <w:gridSpan w:val="2"/>
          </w:tcPr>
          <w:p>
            <w:r>
              <w:t>Vom Landkreis Mittelsachsen</w:t>
            </w:r>
          </w:p>
        </w:tc>
      </w:tr>
      <w:tr>
        <w:trPr>
          <w:cantSplit/>
        </w:trPr>
        <w:tc>
          <w:tcPr>
            <w:tcW w:type="dxa" w:w="2351"/>
          </w:tcPr>
          <w:p/>
        </w:tc>
        <w:tc>
          <w:tcPr>
            <w:tcW w:type="dxa" w:w="2351"/>
          </w:tcPr>
          <w:p/>
        </w:tc>
        <w:tc>
          <w:tcPr>
            <w:tcW w:type="dxa" w:w="2351"/>
          </w:tcPr>
          <w:p/>
        </w:tc>
        <w:tc>
          <w:tcPr>
            <w:tcW w:type="dxa" w:w="2351"/>
          </w:tcPr>
          <w:p>
            <w:r>
              <w:t>die Gemeinden</w:t>
            </w:r>
            <w:r>
              <w:br/>
            </w:r>
            <w:r>
              <w:t>Augustusburg, Bobritzsch-Hilbersdorf, Brand-Erbisdorf, Döbeln, Eppendorf, Flöha, Frankenberg/Sa., Frauenstein, Freiberg, Großhartmannsdorf, Großschirma, Großweitzschen, Hainichen, Halsbrücke, Hartha, Jahnatal, Kriebstein, Leisnig, Leubsdorf, Mulda/Sa., Neuhausen/Erzgeb., Niederwiesa, Oberschöna, Oederan, Rechenberg-Bienenmühle, Reinsberg, Rossau, Roßwein, Striegistal, Waldheim</w:t>
            </w:r>
          </w:p>
        </w:tc>
      </w:tr>
      <w:tr>
        <w:trPr>
          <w:cantSplit/>
        </w:trPr>
        <w:tc>
          <w:tcPr>
            <w:tcW w:type="dxa" w:w="2351"/>
          </w:tcPr>
          <w:p/>
        </w:tc>
        <w:tc>
          <w:tcPr>
            <w:tcW w:type="dxa" w:w="2351"/>
          </w:tcPr>
          <w:p/>
        </w:tc>
        <w:tc>
          <w:tcPr>
            <w:tcW w:type="dxa" w:w="2351"/>
          </w:tcPr>
          <w:p/>
        </w:tc>
        <w:tc>
          <w:tcPr>
            <w:tcW w:type="dxa" w:w="2351"/>
          </w:tcPr>
          <w:p>
            <w:r>
              <w:t>Verwaltungsgemeinschaft Lichtenberg-Weißenborn</w:t>
            </w:r>
          </w:p>
        </w:tc>
      </w:tr>
      <w:tr>
        <w:trPr>
          <w:cantSplit/>
        </w:trPr>
        <w:tc>
          <w:tcPr>
            <w:tcW w:type="dxa" w:w="2351"/>
          </w:tcPr>
          <w:p/>
        </w:tc>
        <w:tc>
          <w:tcPr>
            <w:tcW w:type="dxa" w:w="2351"/>
          </w:tcPr>
          <w:p/>
        </w:tc>
        <w:tc>
          <w:tcPr>
            <w:tcW w:type="dxa" w:w="2351"/>
          </w:tcPr>
          <w:p/>
        </w:tc>
        <w:tc>
          <w:tcPr>
            <w:tcW w:type="dxa" w:w="2351"/>
          </w:tcPr>
          <w:p>
            <w:r>
              <w:t xml:space="preserve"> die Gemeinden</w:t>
            </w:r>
            <w:r>
              <w:br/>
            </w:r>
            <w:r>
              <w:t>Lichtenberg/Erzgeb., Weißenborn/Erzgeb.</w:t>
            </w:r>
          </w:p>
        </w:tc>
      </w:tr>
      <w:tr>
        <w:trPr>
          <w:cantSplit/>
        </w:trPr>
        <w:tc>
          <w:tcPr>
            <w:tcW w:type="dxa" w:w="2351"/>
          </w:tcPr>
          <w:p/>
        </w:tc>
        <w:tc>
          <w:tcPr>
            <w:tcW w:type="dxa" w:w="2351"/>
          </w:tcPr>
          <w:p/>
        </w:tc>
        <w:tc>
          <w:tcPr>
            <w:tcW w:type="dxa" w:w="2351"/>
          </w:tcPr>
          <w:p/>
        </w:tc>
        <w:tc>
          <w:tcPr>
            <w:tcW w:type="dxa" w:w="2351"/>
          </w:tcPr>
          <w:p>
            <w:r>
              <w:t>Verwaltungsgemeinschaft Mittweida</w:t>
            </w:r>
          </w:p>
        </w:tc>
      </w:tr>
      <w:tr>
        <w:trPr>
          <w:cantSplit/>
        </w:trPr>
        <w:tc>
          <w:tcPr>
            <w:tcW w:type="dxa" w:w="2351"/>
          </w:tcPr>
          <w:p/>
        </w:tc>
        <w:tc>
          <w:tcPr>
            <w:tcW w:type="dxa" w:w="2351"/>
          </w:tcPr>
          <w:p/>
        </w:tc>
        <w:tc>
          <w:tcPr>
            <w:tcW w:type="dxa" w:w="2351"/>
          </w:tcPr>
          <w:p/>
        </w:tc>
        <w:tc>
          <w:tcPr>
            <w:tcW w:type="dxa" w:w="2351"/>
          </w:tcPr>
          <w:p>
            <w:r>
              <w:t xml:space="preserve"> die Gemeinden</w:t>
            </w:r>
            <w:r>
              <w:br/>
            </w:r>
            <w:r>
              <w:t>Altmittweida, Mittweida</w:t>
            </w:r>
          </w:p>
        </w:tc>
      </w:tr>
      <w:tr>
        <w:trPr>
          <w:cantSplit/>
        </w:trPr>
        <w:tc>
          <w:tcPr>
            <w:tcW w:type="dxa" w:w="2351"/>
          </w:tcPr>
          <w:p/>
        </w:tc>
        <w:tc>
          <w:tcPr>
            <w:tcW w:type="dxa" w:w="2351"/>
          </w:tcPr>
          <w:p/>
        </w:tc>
        <w:tc>
          <w:tcPr>
            <w:tcW w:type="dxa" w:w="2351"/>
          </w:tcPr>
          <w:p/>
        </w:tc>
        <w:tc>
          <w:tcPr>
            <w:tcW w:type="dxa" w:w="2351"/>
          </w:tcPr>
          <w:p>
            <w:r>
              <w:t>Verwaltungsgemeinschaft Sayda/Dorfchemnitz</w:t>
            </w:r>
          </w:p>
        </w:tc>
      </w:tr>
      <w:tr>
        <w:trPr>
          <w:cantSplit/>
        </w:trPr>
        <w:tc>
          <w:tcPr>
            <w:tcW w:type="dxa" w:w="2351"/>
          </w:tcPr>
          <w:p/>
        </w:tc>
        <w:tc>
          <w:tcPr>
            <w:tcW w:type="dxa" w:w="2351"/>
          </w:tcPr>
          <w:p/>
        </w:tc>
        <w:tc>
          <w:tcPr>
            <w:tcW w:type="dxa" w:w="2351"/>
          </w:tcPr>
          <w:p/>
        </w:tc>
        <w:tc>
          <w:tcPr>
            <w:tcW w:type="dxa" w:w="2351"/>
          </w:tcPr>
          <w:p>
            <w:r>
              <w:t xml:space="preserve"> die Gemeinden</w:t>
            </w:r>
            <w:r>
              <w:br/>
            </w:r>
            <w:r>
              <w:t>Dorfchemnitz, Sayda</w:t>
            </w:r>
          </w:p>
        </w:tc>
      </w:tr>
      <w:tr>
        <w:trPr>
          <w:cantSplit/>
        </w:trPr>
        <w:tc>
          <w:tcPr>
            <w:tcW w:type="dxa" w:w="2351"/>
          </w:tcPr>
          <w:p/>
        </w:tc>
        <w:tc>
          <w:tcPr>
            <w:tcW w:type="dxa" w:w="2351"/>
          </w:tcPr>
          <w:p/>
        </w:tc>
        <w:tc>
          <w:tcPr>
            <w:tcW w:type="dxa" w:w="4702"/>
            <w:gridSpan w:val="2"/>
          </w:tcPr>
          <w:p>
            <w:r>
              <w:t>(Übrige Gemeinden s. Wkr. 162)</w:t>
            </w:r>
          </w:p>
        </w:tc>
      </w:tr>
      <w:tr>
        <w:trPr>
          <w:cantSplit/>
        </w:trPr>
        <w:tc>
          <w:tcPr>
            <w:tcW w:type="dxa" w:w="2351"/>
          </w:tcPr>
          <w:p>
            <w:r>
              <w:t>161</w:t>
            </w:r>
          </w:p>
        </w:tc>
        <w:tc>
          <w:tcPr>
            <w:tcW w:type="dxa" w:w="2351"/>
          </w:tcPr>
          <w:p>
            <w:r>
              <w:t>Chemnitz</w:t>
            </w:r>
          </w:p>
        </w:tc>
        <w:tc>
          <w:tcPr>
            <w:tcW w:type="dxa" w:w="4702"/>
            <w:gridSpan w:val="2"/>
          </w:tcPr>
          <w:p>
            <w:r>
              <w:t>Kreisfreie Stadt Chemnitz</w:t>
            </w:r>
          </w:p>
        </w:tc>
      </w:tr>
      <w:tr>
        <w:trPr>
          <w:cantSplit/>
        </w:trPr>
        <w:tc>
          <w:tcPr>
            <w:tcW w:type="dxa" w:w="2351"/>
          </w:tcPr>
          <w:p>
            <w:r>
              <w:t>162</w:t>
            </w:r>
          </w:p>
        </w:tc>
        <w:tc>
          <w:tcPr>
            <w:tcW w:type="dxa" w:w="2351"/>
            <w:vMerge w:val="restart"/>
          </w:tcPr>
          <w:p>
            <w:r>
              <w:t>Chemnitzer Umland – Erzgebirgskreis II</w:t>
            </w:r>
          </w:p>
        </w:tc>
        <w:tc>
          <w:tcPr>
            <w:tcW w:type="dxa" w:w="4702"/>
            <w:gridSpan w:val="2"/>
          </w:tcPr>
          <w:p>
            <w:r>
              <w:t>Vom Erzgebirgskreis</w:t>
            </w:r>
          </w:p>
        </w:tc>
      </w:tr>
      <w:tr>
        <w:trPr>
          <w:cantSplit/>
        </w:trPr>
        <w:tc>
          <w:tcPr>
            <w:tcW w:type="dxa" w:w="2351"/>
          </w:tcPr>
          <w:p/>
        </w:tc>
        <w:tc>
          <w:tcPr>
            <w:tcW w:type="dxa" w:w="2351"/>
            <w:vMerge/>
          </w:tcPr>
          <w:p/>
        </w:tc>
        <w:tc>
          <w:tcPr>
            <w:tcW w:type="dxa" w:w="2351"/>
          </w:tcPr>
          <w:p/>
        </w:tc>
        <w:tc>
          <w:tcPr>
            <w:tcW w:type="dxa" w:w="2351"/>
          </w:tcPr>
          <w:p>
            <w:r>
              <w:t>die Gemeinden</w:t>
            </w:r>
            <w:r>
              <w:br/>
            </w:r>
            <w:r>
              <w:t>Hohndorf, Jahnsdorf/Erzgeb., Neukirchen/Erzgeb., Oelsnitz/Erzgeb., Thalheim/Erzgeb.</w:t>
            </w:r>
          </w:p>
        </w:tc>
      </w:tr>
      <w:tr>
        <w:trPr>
          <w:cantSplit/>
        </w:trPr>
        <w:tc>
          <w:tcPr>
            <w:tcW w:type="dxa" w:w="2351"/>
          </w:tcPr>
          <w:p/>
        </w:tc>
        <w:tc>
          <w:tcPr>
            <w:tcW w:type="dxa" w:w="2351"/>
          </w:tcPr>
          <w:p/>
        </w:tc>
        <w:tc>
          <w:tcPr>
            <w:tcW w:type="dxa" w:w="2351"/>
          </w:tcPr>
          <w:p/>
        </w:tc>
        <w:tc>
          <w:tcPr>
            <w:tcW w:type="dxa" w:w="2351"/>
          </w:tcPr>
          <w:p>
            <w:r>
              <w:t>Verwaltungsgemeinschaft Burkhardtsdorf</w:t>
            </w:r>
          </w:p>
        </w:tc>
      </w:tr>
      <w:tr>
        <w:trPr>
          <w:cantSplit/>
        </w:trPr>
        <w:tc>
          <w:tcPr>
            <w:tcW w:type="dxa" w:w="2351"/>
          </w:tcPr>
          <w:p/>
        </w:tc>
        <w:tc>
          <w:tcPr>
            <w:tcW w:type="dxa" w:w="2351"/>
          </w:tcPr>
          <w:p/>
        </w:tc>
        <w:tc>
          <w:tcPr>
            <w:tcW w:type="dxa" w:w="2351"/>
          </w:tcPr>
          <w:p/>
        </w:tc>
        <w:tc>
          <w:tcPr>
            <w:tcW w:type="dxa" w:w="2351"/>
          </w:tcPr>
          <w:p>
            <w:r>
              <w:t xml:space="preserve"> die Gemeinden</w:t>
            </w:r>
            <w:r>
              <w:br/>
            </w:r>
            <w:r>
              <w:t>Auerbach, Burkhardtsdorf, Gornsdorf</w:t>
            </w:r>
          </w:p>
        </w:tc>
      </w:tr>
      <w:tr>
        <w:trPr>
          <w:cantSplit/>
        </w:trPr>
        <w:tc>
          <w:tcPr>
            <w:tcW w:type="dxa" w:w="2351"/>
          </w:tcPr>
          <w:p/>
        </w:tc>
        <w:tc>
          <w:tcPr>
            <w:tcW w:type="dxa" w:w="2351"/>
          </w:tcPr>
          <w:p/>
        </w:tc>
        <w:tc>
          <w:tcPr>
            <w:tcW w:type="dxa" w:w="2351"/>
          </w:tcPr>
          <w:p/>
        </w:tc>
        <w:tc>
          <w:tcPr>
            <w:tcW w:type="dxa" w:w="2351"/>
          </w:tcPr>
          <w:p>
            <w:r>
              <w:t>Verwaltungsgemeinschaft Lugau</w:t>
            </w:r>
          </w:p>
        </w:tc>
      </w:tr>
      <w:tr>
        <w:trPr>
          <w:cantSplit/>
        </w:trPr>
        <w:tc>
          <w:tcPr>
            <w:tcW w:type="dxa" w:w="2351"/>
          </w:tcPr>
          <w:p/>
        </w:tc>
        <w:tc>
          <w:tcPr>
            <w:tcW w:type="dxa" w:w="2351"/>
          </w:tcPr>
          <w:p/>
        </w:tc>
        <w:tc>
          <w:tcPr>
            <w:tcW w:type="dxa" w:w="2351"/>
          </w:tcPr>
          <w:p/>
        </w:tc>
        <w:tc>
          <w:tcPr>
            <w:tcW w:type="dxa" w:w="2351"/>
          </w:tcPr>
          <w:p>
            <w:r>
              <w:t xml:space="preserve"> die Gemeinden</w:t>
            </w:r>
            <w:r>
              <w:br/>
            </w:r>
            <w:r>
              <w:t>Lugau/Erzgeb., Niederwürschnitz</w:t>
            </w:r>
          </w:p>
        </w:tc>
      </w:tr>
      <w:tr>
        <w:trPr>
          <w:cantSplit/>
        </w:trPr>
        <w:tc>
          <w:tcPr>
            <w:tcW w:type="dxa" w:w="2351"/>
          </w:tcPr>
          <w:p/>
        </w:tc>
        <w:tc>
          <w:tcPr>
            <w:tcW w:type="dxa" w:w="2351"/>
          </w:tcPr>
          <w:p/>
        </w:tc>
        <w:tc>
          <w:tcPr>
            <w:tcW w:type="dxa" w:w="2351"/>
          </w:tcPr>
          <w:p>
            <w:r>
              <w:t>.</w:t>
            </w:r>
          </w:p>
        </w:tc>
        <w:tc>
          <w:tcPr>
            <w:tcW w:type="dxa" w:w="2351"/>
          </w:tcPr>
          <w:p>
            <w:r>
              <w:t>Verwaltungsgemeinschaft Stollberg/Erzgeb.</w:t>
            </w:r>
          </w:p>
        </w:tc>
      </w:tr>
      <w:tr>
        <w:trPr>
          <w:cantSplit/>
        </w:trPr>
        <w:tc>
          <w:tcPr>
            <w:tcW w:type="dxa" w:w="2351"/>
          </w:tcPr>
          <w:p/>
        </w:tc>
        <w:tc>
          <w:tcPr>
            <w:tcW w:type="dxa" w:w="2351"/>
          </w:tcPr>
          <w:p/>
        </w:tc>
        <w:tc>
          <w:tcPr>
            <w:tcW w:type="dxa" w:w="2351"/>
          </w:tcPr>
          <w:p/>
        </w:tc>
        <w:tc>
          <w:tcPr>
            <w:tcW w:type="dxa" w:w="2351"/>
          </w:tcPr>
          <w:p>
            <w:r>
              <w:t xml:space="preserve"> die Gemeinden</w:t>
            </w:r>
            <w:r>
              <w:br/>
            </w:r>
            <w:r>
              <w:t>Niederdorf, Stollberg/Erzgeb.</w:t>
            </w:r>
          </w:p>
        </w:tc>
      </w:tr>
      <w:tr>
        <w:trPr>
          <w:cantSplit/>
        </w:trPr>
        <w:tc>
          <w:tcPr>
            <w:tcW w:type="dxa" w:w="2351"/>
          </w:tcPr>
          <w:p/>
        </w:tc>
        <w:tc>
          <w:tcPr>
            <w:tcW w:type="dxa" w:w="2351"/>
          </w:tcPr>
          <w:p/>
        </w:tc>
        <w:tc>
          <w:tcPr>
            <w:tcW w:type="dxa" w:w="2351"/>
          </w:tcPr>
          <w:p/>
        </w:tc>
        <w:tc>
          <w:tcPr>
            <w:tcW w:type="dxa" w:w="2351"/>
          </w:tcPr>
          <w:p>
            <w:r>
              <w:t>von der Verwaltungsgemeinschaft Zwönitz</w:t>
            </w:r>
          </w:p>
        </w:tc>
      </w:tr>
      <w:tr>
        <w:trPr>
          <w:cantSplit/>
        </w:trPr>
        <w:tc>
          <w:tcPr>
            <w:tcW w:type="dxa" w:w="2351"/>
          </w:tcPr>
          <w:p/>
        </w:tc>
        <w:tc>
          <w:tcPr>
            <w:tcW w:type="dxa" w:w="2351"/>
          </w:tcPr>
          <w:p/>
        </w:tc>
        <w:tc>
          <w:tcPr>
            <w:tcW w:type="dxa" w:w="2351"/>
          </w:tcPr>
          <w:p/>
        </w:tc>
        <w:tc>
          <w:tcPr>
            <w:tcW w:type="dxa" w:w="2351"/>
          </w:tcPr>
          <w:p>
            <w:r>
              <w:t xml:space="preserve"> die Gemeinde Zwönitz</w:t>
            </w:r>
          </w:p>
        </w:tc>
      </w:tr>
      <w:tr>
        <w:trPr>
          <w:cantSplit/>
        </w:trPr>
        <w:tc>
          <w:tcPr>
            <w:tcW w:type="dxa" w:w="2351"/>
          </w:tcPr>
          <w:p/>
        </w:tc>
        <w:tc>
          <w:tcPr>
            <w:tcW w:type="dxa" w:w="2351"/>
          </w:tcPr>
          <w:p/>
        </w:tc>
        <w:tc>
          <w:tcPr>
            <w:tcW w:type="dxa" w:w="4702"/>
            <w:gridSpan w:val="2"/>
          </w:tcPr>
          <w:p>
            <w:r>
              <w:t>(Übrige Gemeinden s. Wkr. 163)</w:t>
            </w:r>
          </w:p>
        </w:tc>
      </w:tr>
      <w:tr>
        <w:trPr>
          <w:cantSplit/>
        </w:trPr>
        <w:tc>
          <w:tcPr>
            <w:tcW w:type="dxa" w:w="2351"/>
          </w:tcPr>
          <w:p/>
        </w:tc>
        <w:tc>
          <w:tcPr>
            <w:tcW w:type="dxa" w:w="2351"/>
          </w:tcPr>
          <w:p/>
        </w:tc>
        <w:tc>
          <w:tcPr>
            <w:tcW w:type="dxa" w:w="4702"/>
            <w:gridSpan w:val="2"/>
          </w:tcPr>
          <w:p>
            <w:r>
              <w:t>vom Landkreis Mittelsachsen</w:t>
            </w:r>
          </w:p>
        </w:tc>
      </w:tr>
      <w:tr>
        <w:trPr>
          <w:cantSplit/>
        </w:trPr>
        <w:tc>
          <w:tcPr>
            <w:tcW w:type="dxa" w:w="2351"/>
          </w:tcPr>
          <w:p/>
        </w:tc>
        <w:tc>
          <w:tcPr>
            <w:tcW w:type="dxa" w:w="2351"/>
          </w:tcPr>
          <w:p/>
        </w:tc>
        <w:tc>
          <w:tcPr>
            <w:tcW w:type="dxa" w:w="2351"/>
          </w:tcPr>
          <w:p/>
        </w:tc>
        <w:tc>
          <w:tcPr>
            <w:tcW w:type="dxa" w:w="2351"/>
          </w:tcPr>
          <w:p>
            <w:r>
              <w:t>die Gemeinden</w:t>
            </w:r>
            <w:r>
              <w:br/>
            </w:r>
            <w:r>
              <w:t>Claußnitz, Erlau, Geringswalde, Hartmannsdorf, Königshain-Wiederau, Lichtenau, Lunzenau, Penig, Wechselburg</w:t>
            </w:r>
          </w:p>
        </w:tc>
      </w:tr>
      <w:tr>
        <w:trPr>
          <w:cantSplit/>
        </w:trPr>
        <w:tc>
          <w:tcPr>
            <w:tcW w:type="dxa" w:w="2351"/>
          </w:tcPr>
          <w:p/>
        </w:tc>
        <w:tc>
          <w:tcPr>
            <w:tcW w:type="dxa" w:w="2351"/>
          </w:tcPr>
          <w:p/>
        </w:tc>
        <w:tc>
          <w:tcPr>
            <w:tcW w:type="dxa" w:w="2351"/>
          </w:tcPr>
          <w:p/>
        </w:tc>
        <w:tc>
          <w:tcPr>
            <w:tcW w:type="dxa" w:w="2351"/>
          </w:tcPr>
          <w:p>
            <w:r>
              <w:t>Verwaltungsgemeinschaft Burgstädt</w:t>
            </w:r>
          </w:p>
        </w:tc>
      </w:tr>
      <w:tr>
        <w:trPr>
          <w:cantSplit/>
        </w:trPr>
        <w:tc>
          <w:tcPr>
            <w:tcW w:type="dxa" w:w="2351"/>
          </w:tcPr>
          <w:p/>
        </w:tc>
        <w:tc>
          <w:tcPr>
            <w:tcW w:type="dxa" w:w="2351"/>
          </w:tcPr>
          <w:p/>
        </w:tc>
        <w:tc>
          <w:tcPr>
            <w:tcW w:type="dxa" w:w="2351"/>
          </w:tcPr>
          <w:p/>
        </w:tc>
        <w:tc>
          <w:tcPr>
            <w:tcW w:type="dxa" w:w="2351"/>
          </w:tcPr>
          <w:p>
            <w:r>
              <w:t xml:space="preserve"> die Gemeinden</w:t>
            </w:r>
            <w:r>
              <w:br/>
            </w:r>
            <w:r>
              <w:t>Burgstädt, Mühlau, Taura</w:t>
            </w:r>
          </w:p>
        </w:tc>
      </w:tr>
      <w:tr>
        <w:trPr>
          <w:cantSplit/>
        </w:trPr>
        <w:tc>
          <w:tcPr>
            <w:tcW w:type="dxa" w:w="2351"/>
          </w:tcPr>
          <w:p/>
        </w:tc>
        <w:tc>
          <w:tcPr>
            <w:tcW w:type="dxa" w:w="2351"/>
          </w:tcPr>
          <w:p/>
        </w:tc>
        <w:tc>
          <w:tcPr>
            <w:tcW w:type="dxa" w:w="2351"/>
          </w:tcPr>
          <w:p/>
        </w:tc>
        <w:tc>
          <w:tcPr>
            <w:tcW w:type="dxa" w:w="2351"/>
          </w:tcPr>
          <w:p>
            <w:r>
              <w:t>Verwaltungsgemeinschaft Rochlitz</w:t>
            </w:r>
          </w:p>
        </w:tc>
      </w:tr>
      <w:tr>
        <w:trPr>
          <w:cantSplit/>
        </w:trPr>
        <w:tc>
          <w:tcPr>
            <w:tcW w:type="dxa" w:w="2351"/>
          </w:tcPr>
          <w:p/>
        </w:tc>
        <w:tc>
          <w:tcPr>
            <w:tcW w:type="dxa" w:w="2351"/>
          </w:tcPr>
          <w:p/>
        </w:tc>
        <w:tc>
          <w:tcPr>
            <w:tcW w:type="dxa" w:w="2351"/>
          </w:tcPr>
          <w:p/>
        </w:tc>
        <w:tc>
          <w:tcPr>
            <w:tcW w:type="dxa" w:w="2351"/>
          </w:tcPr>
          <w:p>
            <w:r>
              <w:t xml:space="preserve"> die Gemeinden</w:t>
            </w:r>
            <w:r>
              <w:br/>
            </w:r>
            <w:r>
              <w:t>Königsfeld, Rochlitz, Seelitz, Zettlitz</w:t>
            </w:r>
          </w:p>
        </w:tc>
      </w:tr>
      <w:tr>
        <w:trPr>
          <w:cantSplit/>
        </w:trPr>
        <w:tc>
          <w:tcPr>
            <w:tcW w:type="dxa" w:w="2351"/>
          </w:tcPr>
          <w:p/>
        </w:tc>
        <w:tc>
          <w:tcPr>
            <w:tcW w:type="dxa" w:w="2351"/>
          </w:tcPr>
          <w:p/>
        </w:tc>
        <w:tc>
          <w:tcPr>
            <w:tcW w:type="dxa" w:w="4702"/>
            <w:gridSpan w:val="2"/>
          </w:tcPr>
          <w:p>
            <w:r>
              <w:t>(Übrige Gemeinden s. Wkr. 160)</w:t>
            </w:r>
          </w:p>
        </w:tc>
      </w:tr>
      <w:tr>
        <w:trPr>
          <w:cantSplit/>
        </w:trPr>
        <w:tc>
          <w:tcPr>
            <w:tcW w:type="dxa" w:w="2351"/>
          </w:tcPr>
          <w:p/>
        </w:tc>
        <w:tc>
          <w:tcPr>
            <w:tcW w:type="dxa" w:w="2351"/>
          </w:tcPr>
          <w:p/>
        </w:tc>
        <w:tc>
          <w:tcPr>
            <w:tcW w:type="dxa" w:w="4702"/>
            <w:gridSpan w:val="2"/>
          </w:tcPr>
          <w:p>
            <w:r>
              <w:t>vom Landkreis Zwickau</w:t>
            </w:r>
          </w:p>
        </w:tc>
      </w:tr>
      <w:tr>
        <w:trPr>
          <w:cantSplit/>
        </w:trPr>
        <w:tc>
          <w:tcPr>
            <w:tcW w:type="dxa" w:w="2351"/>
          </w:tcPr>
          <w:p/>
        </w:tc>
        <w:tc>
          <w:tcPr>
            <w:tcW w:type="dxa" w:w="2351"/>
          </w:tcPr>
          <w:p/>
        </w:tc>
        <w:tc>
          <w:tcPr>
            <w:tcW w:type="dxa" w:w="2351"/>
          </w:tcPr>
          <w:p/>
        </w:tc>
        <w:tc>
          <w:tcPr>
            <w:tcW w:type="dxa" w:w="2351"/>
          </w:tcPr>
          <w:p>
            <w:r>
              <w:t xml:space="preserve"> die Gemeinden</w:t>
            </w:r>
            <w:r>
              <w:br/>
            </w:r>
            <w:r>
              <w:t>Callenberg, Gersdorf, Hohenstein-Ernstthal, Oberlungwitz</w:t>
            </w:r>
          </w:p>
        </w:tc>
      </w:tr>
      <w:tr>
        <w:trPr>
          <w:cantSplit/>
        </w:trPr>
        <w:tc>
          <w:tcPr>
            <w:tcW w:type="dxa" w:w="2351"/>
          </w:tcPr>
          <w:p/>
        </w:tc>
        <w:tc>
          <w:tcPr>
            <w:tcW w:type="dxa" w:w="2351"/>
          </w:tcPr>
          <w:p/>
        </w:tc>
        <w:tc>
          <w:tcPr>
            <w:tcW w:type="dxa" w:w="2351"/>
          </w:tcPr>
          <w:p/>
        </w:tc>
        <w:tc>
          <w:tcPr>
            <w:tcW w:type="dxa" w:w="2351"/>
          </w:tcPr>
          <w:p>
            <w:r>
              <w:t>Verwaltungsgemeinschaft Limbach-Oberfrohna</w:t>
            </w:r>
          </w:p>
        </w:tc>
      </w:tr>
      <w:tr>
        <w:trPr>
          <w:cantSplit/>
        </w:trPr>
        <w:tc>
          <w:tcPr>
            <w:tcW w:type="dxa" w:w="2351"/>
          </w:tcPr>
          <w:p/>
        </w:tc>
        <w:tc>
          <w:tcPr>
            <w:tcW w:type="dxa" w:w="2351"/>
          </w:tcPr>
          <w:p/>
        </w:tc>
        <w:tc>
          <w:tcPr>
            <w:tcW w:type="dxa" w:w="2351"/>
          </w:tcPr>
          <w:p/>
        </w:tc>
        <w:tc>
          <w:tcPr>
            <w:tcW w:type="dxa" w:w="2351"/>
          </w:tcPr>
          <w:p>
            <w:r>
              <w:t xml:space="preserve"> die Gemeinden</w:t>
            </w:r>
            <w:r>
              <w:br/>
            </w:r>
            <w:r>
              <w:t>Limbach-Oberfrohna, Niederfrohna</w:t>
            </w:r>
          </w:p>
        </w:tc>
      </w:tr>
      <w:tr>
        <w:trPr>
          <w:cantSplit/>
        </w:trPr>
        <w:tc>
          <w:tcPr>
            <w:tcW w:type="dxa" w:w="2351"/>
          </w:tcPr>
          <w:p/>
        </w:tc>
        <w:tc>
          <w:tcPr>
            <w:tcW w:type="dxa" w:w="2351"/>
          </w:tcPr>
          <w:p/>
        </w:tc>
        <w:tc>
          <w:tcPr>
            <w:tcW w:type="dxa" w:w="2351"/>
          </w:tcPr>
          <w:p/>
        </w:tc>
        <w:tc>
          <w:tcPr>
            <w:tcW w:type="dxa" w:w="2351"/>
          </w:tcPr>
          <w:p>
            <w:r>
              <w:t>Verwaltungsgemeinschaft Rund um den Auersberg</w:t>
            </w:r>
          </w:p>
        </w:tc>
      </w:tr>
      <w:tr>
        <w:trPr>
          <w:cantSplit/>
        </w:trPr>
        <w:tc>
          <w:tcPr>
            <w:tcW w:type="dxa" w:w="2351"/>
          </w:tcPr>
          <w:p/>
        </w:tc>
        <w:tc>
          <w:tcPr>
            <w:tcW w:type="dxa" w:w="2351"/>
          </w:tcPr>
          <w:p/>
        </w:tc>
        <w:tc>
          <w:tcPr>
            <w:tcW w:type="dxa" w:w="2351"/>
          </w:tcPr>
          <w:p/>
        </w:tc>
        <w:tc>
          <w:tcPr>
            <w:tcW w:type="dxa" w:w="2351"/>
          </w:tcPr>
          <w:p>
            <w:r>
              <w:t xml:space="preserve"> die Gemeinden</w:t>
            </w:r>
            <w:r>
              <w:br/>
            </w:r>
            <w:r>
              <w:t>Bernsdorf, Lichtenstein/Sa., St. Egidien</w:t>
            </w:r>
          </w:p>
        </w:tc>
      </w:tr>
      <w:tr>
        <w:trPr>
          <w:cantSplit/>
        </w:trPr>
        <w:tc>
          <w:tcPr>
            <w:tcW w:type="dxa" w:w="2351"/>
          </w:tcPr>
          <w:p/>
        </w:tc>
        <w:tc>
          <w:tcPr>
            <w:tcW w:type="dxa" w:w="2351"/>
          </w:tcPr>
          <w:p/>
        </w:tc>
        <w:tc>
          <w:tcPr>
            <w:tcW w:type="dxa" w:w="4702"/>
            <w:gridSpan w:val="2"/>
          </w:tcPr>
          <w:p>
            <w:r>
              <w:t>(Übrige Gemeinden s. Wkr. 164)</w:t>
            </w:r>
          </w:p>
        </w:tc>
      </w:tr>
      <w:tr>
        <w:trPr>
          <w:cantSplit/>
        </w:trPr>
        <w:tc>
          <w:tcPr>
            <w:tcW w:type="dxa" w:w="2351"/>
          </w:tcPr>
          <w:p>
            <w:r>
              <w:t>163</w:t>
            </w:r>
          </w:p>
        </w:tc>
        <w:tc>
          <w:tcPr>
            <w:tcW w:type="dxa" w:w="2351"/>
          </w:tcPr>
          <w:p>
            <w:r>
              <w:t>Erzgebirgskreis I</w:t>
            </w:r>
          </w:p>
        </w:tc>
        <w:tc>
          <w:tcPr>
            <w:tcW w:type="dxa" w:w="4702"/>
            <w:gridSpan w:val="2"/>
          </w:tcPr>
          <w:p>
            <w:r>
              <w:t>Vom Erzgebirgskreis</w:t>
            </w:r>
          </w:p>
        </w:tc>
      </w:tr>
      <w:tr>
        <w:trPr>
          <w:cantSplit/>
        </w:trPr>
        <w:tc>
          <w:tcPr>
            <w:tcW w:type="dxa" w:w="2351"/>
          </w:tcPr>
          <w:p/>
        </w:tc>
        <w:tc>
          <w:tcPr>
            <w:tcW w:type="dxa" w:w="2351"/>
          </w:tcPr>
          <w:p/>
        </w:tc>
        <w:tc>
          <w:tcPr>
            <w:tcW w:type="dxa" w:w="2351"/>
          </w:tcPr>
          <w:p/>
        </w:tc>
        <w:tc>
          <w:tcPr>
            <w:tcW w:type="dxa" w:w="2351"/>
          </w:tcPr>
          <w:p>
            <w:r>
              <w:t>die Gemeinden</w:t>
            </w:r>
            <w:r>
              <w:br/>
            </w:r>
            <w:r>
              <w:t>Amtsberg, Annaberg-Buchholz, Aue-Bad Schlema, Breitenbrunn/Erzgeb., Crottendorf, Drebach, Ehrenfriedersdorf, Eibenstock, Gelenau/Erzgeb., Großolbersdorf, Großrückerswalde, Grünhain-Beierfeld, Jöhstadt, Johanngeorgenstadt, Lauter-Bernsbach, Lößnitz, Marienberg, Mildenau, Kurort Oberwiesenthal, Olbernhau, Pockau-Lengefeld, Raschau-Markersbach, Schneeberg, Schönheide, Schwarzenberg/Erzgeb., Sehmatal, Stützengrün, Thermalbad Wiesenbad, Thum, Wolkenstein</w:t>
            </w:r>
          </w:p>
        </w:tc>
      </w:tr>
      <w:tr>
        <w:trPr>
          <w:cantSplit/>
        </w:trPr>
        <w:tc>
          <w:tcPr>
            <w:tcW w:type="dxa" w:w="2351"/>
          </w:tcPr>
          <w:p/>
        </w:tc>
        <w:tc>
          <w:tcPr>
            <w:tcW w:type="dxa" w:w="2351"/>
          </w:tcPr>
          <w:p/>
        </w:tc>
        <w:tc>
          <w:tcPr>
            <w:tcW w:type="dxa" w:w="2351"/>
          </w:tcPr>
          <w:p/>
        </w:tc>
        <w:tc>
          <w:tcPr>
            <w:tcW w:type="dxa" w:w="2351"/>
          </w:tcPr>
          <w:p>
            <w:r>
              <w:t>Verwaltungsgemeinschaft Bärenstein-Königswalde</w:t>
            </w:r>
          </w:p>
        </w:tc>
      </w:tr>
      <w:tr>
        <w:trPr>
          <w:cantSplit/>
        </w:trPr>
        <w:tc>
          <w:tcPr>
            <w:tcW w:type="dxa" w:w="2351"/>
          </w:tcPr>
          <w:p/>
        </w:tc>
        <w:tc>
          <w:tcPr>
            <w:tcW w:type="dxa" w:w="2351"/>
          </w:tcPr>
          <w:p/>
        </w:tc>
        <w:tc>
          <w:tcPr>
            <w:tcW w:type="dxa" w:w="2351"/>
          </w:tcPr>
          <w:p/>
        </w:tc>
        <w:tc>
          <w:tcPr>
            <w:tcW w:type="dxa" w:w="2351"/>
          </w:tcPr>
          <w:p>
            <w:r>
              <w:t xml:space="preserve"> die Gemeinden</w:t>
            </w:r>
            <w:r>
              <w:br/>
            </w:r>
            <w:r>
              <w:t>Bärenstein, Königswalde</w:t>
            </w:r>
          </w:p>
        </w:tc>
      </w:tr>
      <w:tr>
        <w:trPr>
          <w:cantSplit/>
        </w:trPr>
        <w:tc>
          <w:tcPr>
            <w:tcW w:type="dxa" w:w="2351"/>
          </w:tcPr>
          <w:p/>
        </w:tc>
        <w:tc>
          <w:tcPr>
            <w:tcW w:type="dxa" w:w="2351"/>
          </w:tcPr>
          <w:p/>
        </w:tc>
        <w:tc>
          <w:tcPr>
            <w:tcW w:type="dxa" w:w="2351"/>
          </w:tcPr>
          <w:p/>
        </w:tc>
        <w:tc>
          <w:tcPr>
            <w:tcW w:type="dxa" w:w="2351"/>
          </w:tcPr>
          <w:p>
            <w:r>
              <w:t>Verwaltungsgemeinschaft Geyer-Tannenberg</w:t>
            </w:r>
          </w:p>
        </w:tc>
      </w:tr>
      <w:tr>
        <w:trPr>
          <w:cantSplit/>
        </w:trPr>
        <w:tc>
          <w:tcPr>
            <w:tcW w:type="dxa" w:w="2351"/>
          </w:tcPr>
          <w:p/>
        </w:tc>
        <w:tc>
          <w:tcPr>
            <w:tcW w:type="dxa" w:w="2351"/>
          </w:tcPr>
          <w:p/>
        </w:tc>
        <w:tc>
          <w:tcPr>
            <w:tcW w:type="dxa" w:w="2351"/>
          </w:tcPr>
          <w:p/>
        </w:tc>
        <w:tc>
          <w:tcPr>
            <w:tcW w:type="dxa" w:w="2351"/>
          </w:tcPr>
          <w:p>
            <w:r>
              <w:t xml:space="preserve"> die Gemeinden</w:t>
            </w:r>
            <w:r>
              <w:br/>
            </w:r>
            <w:r>
              <w:t>Geyer, Tannenberg</w:t>
            </w:r>
          </w:p>
        </w:tc>
      </w:tr>
      <w:tr>
        <w:trPr>
          <w:cantSplit/>
        </w:trPr>
        <w:tc>
          <w:tcPr>
            <w:tcW w:type="dxa" w:w="2351"/>
          </w:tcPr>
          <w:p/>
        </w:tc>
        <w:tc>
          <w:tcPr>
            <w:tcW w:type="dxa" w:w="2351"/>
          </w:tcPr>
          <w:p/>
        </w:tc>
        <w:tc>
          <w:tcPr>
            <w:tcW w:type="dxa" w:w="2351"/>
          </w:tcPr>
          <w:p/>
        </w:tc>
        <w:tc>
          <w:tcPr>
            <w:tcW w:type="dxa" w:w="2351"/>
          </w:tcPr>
          <w:p>
            <w:r>
              <w:t>Verwaltungsgemeinschaft Kurort Seiffen – Deutschneudorf – Heidersdorf</w:t>
            </w:r>
          </w:p>
        </w:tc>
      </w:tr>
      <w:tr>
        <w:trPr>
          <w:cantSplit/>
        </w:trPr>
        <w:tc>
          <w:tcPr>
            <w:tcW w:type="dxa" w:w="2351"/>
          </w:tcPr>
          <w:p/>
        </w:tc>
        <w:tc>
          <w:tcPr>
            <w:tcW w:type="dxa" w:w="2351"/>
          </w:tcPr>
          <w:p/>
        </w:tc>
        <w:tc>
          <w:tcPr>
            <w:tcW w:type="dxa" w:w="2351"/>
          </w:tcPr>
          <w:p/>
        </w:tc>
        <w:tc>
          <w:tcPr>
            <w:tcW w:type="dxa" w:w="2351"/>
          </w:tcPr>
          <w:p>
            <w:r>
              <w:t xml:space="preserve"> die Gemeinden</w:t>
            </w:r>
            <w:r>
              <w:br/>
            </w:r>
            <w:r>
              <w:t>Deutschneudorf, Heidersdorf, Kurort Seiffen/Erzgeb.</w:t>
            </w:r>
          </w:p>
        </w:tc>
      </w:tr>
      <w:tr>
        <w:trPr>
          <w:cantSplit/>
        </w:trPr>
        <w:tc>
          <w:tcPr>
            <w:tcW w:type="dxa" w:w="2351"/>
          </w:tcPr>
          <w:p/>
        </w:tc>
        <w:tc>
          <w:tcPr>
            <w:tcW w:type="dxa" w:w="2351"/>
          </w:tcPr>
          <w:p/>
        </w:tc>
        <w:tc>
          <w:tcPr>
            <w:tcW w:type="dxa" w:w="2351"/>
          </w:tcPr>
          <w:p/>
        </w:tc>
        <w:tc>
          <w:tcPr>
            <w:tcW w:type="dxa" w:w="2351"/>
          </w:tcPr>
          <w:p>
            <w:r>
              <w:t>Verwaltungsgemeinschaft Scheibenberg-Schlettau</w:t>
            </w:r>
          </w:p>
        </w:tc>
      </w:tr>
      <w:tr>
        <w:trPr>
          <w:cantSplit/>
        </w:trPr>
        <w:tc>
          <w:tcPr>
            <w:tcW w:type="dxa" w:w="2351"/>
          </w:tcPr>
          <w:p/>
        </w:tc>
        <w:tc>
          <w:tcPr>
            <w:tcW w:type="dxa" w:w="2351"/>
          </w:tcPr>
          <w:p/>
        </w:tc>
        <w:tc>
          <w:tcPr>
            <w:tcW w:type="dxa" w:w="2351"/>
          </w:tcPr>
          <w:p/>
        </w:tc>
        <w:tc>
          <w:tcPr>
            <w:tcW w:type="dxa" w:w="2351"/>
          </w:tcPr>
          <w:p>
            <w:r>
              <w:t xml:space="preserve"> die Gemeinden</w:t>
            </w:r>
            <w:r>
              <w:br/>
            </w:r>
            <w:r>
              <w:t>Scheibenberg, Schlettau</w:t>
            </w:r>
          </w:p>
        </w:tc>
      </w:tr>
      <w:tr>
        <w:trPr>
          <w:cantSplit/>
        </w:trPr>
        <w:tc>
          <w:tcPr>
            <w:tcW w:type="dxa" w:w="2351"/>
          </w:tcPr>
          <w:p/>
        </w:tc>
        <w:tc>
          <w:tcPr>
            <w:tcW w:type="dxa" w:w="2351"/>
          </w:tcPr>
          <w:p/>
        </w:tc>
        <w:tc>
          <w:tcPr>
            <w:tcW w:type="dxa" w:w="2351"/>
          </w:tcPr>
          <w:p/>
        </w:tc>
        <w:tc>
          <w:tcPr>
            <w:tcW w:type="dxa" w:w="2351"/>
          </w:tcPr>
          <w:p>
            <w:r>
              <w:t>Verwaltungsgemeinschaft Zschopau</w:t>
            </w:r>
          </w:p>
        </w:tc>
      </w:tr>
      <w:tr>
        <w:trPr>
          <w:cantSplit/>
        </w:trPr>
        <w:tc>
          <w:tcPr>
            <w:tcW w:type="dxa" w:w="2351"/>
          </w:tcPr>
          <w:p/>
        </w:tc>
        <w:tc>
          <w:tcPr>
            <w:tcW w:type="dxa" w:w="2351"/>
          </w:tcPr>
          <w:p/>
        </w:tc>
        <w:tc>
          <w:tcPr>
            <w:tcW w:type="dxa" w:w="2351"/>
          </w:tcPr>
          <w:p/>
        </w:tc>
        <w:tc>
          <w:tcPr>
            <w:tcW w:type="dxa" w:w="2351"/>
          </w:tcPr>
          <w:p>
            <w:r>
              <w:t xml:space="preserve"> die Gemeinden</w:t>
            </w:r>
            <w:r>
              <w:br/>
            </w:r>
            <w:r>
              <w:t>Gornau/Erzgeb., Zschopau</w:t>
            </w:r>
          </w:p>
        </w:tc>
      </w:tr>
      <w:tr>
        <w:trPr>
          <w:cantSplit/>
        </w:trPr>
        <w:tc>
          <w:tcPr>
            <w:tcW w:type="dxa" w:w="2351"/>
          </w:tcPr>
          <w:p/>
        </w:tc>
        <w:tc>
          <w:tcPr>
            <w:tcW w:type="dxa" w:w="2351"/>
          </w:tcPr>
          <w:p/>
        </w:tc>
        <w:tc>
          <w:tcPr>
            <w:tcW w:type="dxa" w:w="2351"/>
          </w:tcPr>
          <w:p/>
        </w:tc>
        <w:tc>
          <w:tcPr>
            <w:tcW w:type="dxa" w:w="2351"/>
          </w:tcPr>
          <w:p>
            <w:r>
              <w:t>Verwaltungsgemeinschaft Zschorlau</w:t>
            </w:r>
          </w:p>
        </w:tc>
      </w:tr>
      <w:tr>
        <w:trPr>
          <w:cantSplit/>
        </w:trPr>
        <w:tc>
          <w:tcPr>
            <w:tcW w:type="dxa" w:w="2351"/>
          </w:tcPr>
          <w:p/>
        </w:tc>
        <w:tc>
          <w:tcPr>
            <w:tcW w:type="dxa" w:w="2351"/>
          </w:tcPr>
          <w:p/>
        </w:tc>
        <w:tc>
          <w:tcPr>
            <w:tcW w:type="dxa" w:w="2351"/>
          </w:tcPr>
          <w:p/>
        </w:tc>
        <w:tc>
          <w:tcPr>
            <w:tcW w:type="dxa" w:w="2351"/>
          </w:tcPr>
          <w:p>
            <w:r>
              <w:t xml:space="preserve"> die Gemeinden</w:t>
            </w:r>
            <w:r>
              <w:br/>
            </w:r>
            <w:r>
              <w:t>Bockau, Zschorlau</w:t>
            </w:r>
          </w:p>
        </w:tc>
      </w:tr>
      <w:tr>
        <w:trPr>
          <w:cantSplit/>
        </w:trPr>
        <w:tc>
          <w:tcPr>
            <w:tcW w:type="dxa" w:w="2351"/>
          </w:tcPr>
          <w:p/>
        </w:tc>
        <w:tc>
          <w:tcPr>
            <w:tcW w:type="dxa" w:w="2351"/>
          </w:tcPr>
          <w:p/>
        </w:tc>
        <w:tc>
          <w:tcPr>
            <w:tcW w:type="dxa" w:w="2351"/>
          </w:tcPr>
          <w:p/>
        </w:tc>
        <w:tc>
          <w:tcPr>
            <w:tcW w:type="dxa" w:w="2351"/>
          </w:tcPr>
          <w:p>
            <w:r>
              <w:t>von der Verwaltungsgemeinschaft Zwönitz</w:t>
            </w:r>
          </w:p>
        </w:tc>
      </w:tr>
      <w:tr>
        <w:trPr>
          <w:cantSplit/>
        </w:trPr>
        <w:tc>
          <w:tcPr>
            <w:tcW w:type="dxa" w:w="2351"/>
          </w:tcPr>
          <w:p/>
        </w:tc>
        <w:tc>
          <w:tcPr>
            <w:tcW w:type="dxa" w:w="2351"/>
          </w:tcPr>
          <w:p/>
        </w:tc>
        <w:tc>
          <w:tcPr>
            <w:tcW w:type="dxa" w:w="2351"/>
          </w:tcPr>
          <w:p/>
        </w:tc>
        <w:tc>
          <w:tcPr>
            <w:tcW w:type="dxa" w:w="2351"/>
          </w:tcPr>
          <w:p>
            <w:r>
              <w:t xml:space="preserve"> die Gemeinde Elterlein</w:t>
            </w:r>
          </w:p>
        </w:tc>
      </w:tr>
      <w:tr>
        <w:trPr>
          <w:cantSplit/>
        </w:trPr>
        <w:tc>
          <w:tcPr>
            <w:tcW w:type="dxa" w:w="2351"/>
          </w:tcPr>
          <w:p/>
        </w:tc>
        <w:tc>
          <w:tcPr>
            <w:tcW w:type="dxa" w:w="2351"/>
          </w:tcPr>
          <w:p/>
        </w:tc>
        <w:tc>
          <w:tcPr>
            <w:tcW w:type="dxa" w:w="2351"/>
          </w:tcPr>
          <w:p/>
        </w:tc>
        <w:tc>
          <w:tcPr>
            <w:tcW w:type="dxa" w:w="2351"/>
          </w:tcPr>
          <w:p>
            <w:r>
              <w:t>Verwaltungsverband Wildenstein</w:t>
            </w:r>
          </w:p>
        </w:tc>
      </w:tr>
      <w:tr>
        <w:trPr>
          <w:cantSplit/>
        </w:trPr>
        <w:tc>
          <w:tcPr>
            <w:tcW w:type="dxa" w:w="2351"/>
          </w:tcPr>
          <w:p/>
        </w:tc>
        <w:tc>
          <w:tcPr>
            <w:tcW w:type="dxa" w:w="2351"/>
          </w:tcPr>
          <w:p/>
        </w:tc>
        <w:tc>
          <w:tcPr>
            <w:tcW w:type="dxa" w:w="2351"/>
          </w:tcPr>
          <w:p/>
        </w:tc>
        <w:tc>
          <w:tcPr>
            <w:tcW w:type="dxa" w:w="2351"/>
          </w:tcPr>
          <w:p>
            <w:r>
              <w:t xml:space="preserve"> die Gemeinden</w:t>
            </w:r>
            <w:r>
              <w:br/>
            </w:r>
            <w:r>
              <w:t>Börnichen/Erzgeb., Grünhainichen</w:t>
            </w:r>
          </w:p>
        </w:tc>
      </w:tr>
      <w:tr>
        <w:trPr>
          <w:cantSplit/>
        </w:trPr>
        <w:tc>
          <w:tcPr>
            <w:tcW w:type="dxa" w:w="2351"/>
          </w:tcPr>
          <w:p/>
        </w:tc>
        <w:tc>
          <w:tcPr>
            <w:tcW w:type="dxa" w:w="2351"/>
          </w:tcPr>
          <w:p/>
        </w:tc>
        <w:tc>
          <w:tcPr>
            <w:tcW w:type="dxa" w:w="4702"/>
            <w:gridSpan w:val="2"/>
          </w:tcPr>
          <w:p>
            <w:r>
              <w:t>(Übrige Gemeinden s. Wkr. 162)</w:t>
            </w:r>
          </w:p>
        </w:tc>
      </w:tr>
      <w:tr>
        <w:trPr>
          <w:cantSplit/>
        </w:trPr>
        <w:tc>
          <w:tcPr>
            <w:tcW w:type="dxa" w:w="2351"/>
          </w:tcPr>
          <w:p>
            <w:r>
              <w:t>164</w:t>
            </w:r>
          </w:p>
        </w:tc>
        <w:tc>
          <w:tcPr>
            <w:tcW w:type="dxa" w:w="2351"/>
          </w:tcPr>
          <w:p>
            <w:r>
              <w:t>Zwickau</w:t>
            </w:r>
          </w:p>
        </w:tc>
        <w:tc>
          <w:tcPr>
            <w:tcW w:type="dxa" w:w="4702"/>
            <w:gridSpan w:val="2"/>
          </w:tcPr>
          <w:p>
            <w:r>
              <w:t>Vom Landkreis Zwickau</w:t>
            </w:r>
          </w:p>
        </w:tc>
      </w:tr>
      <w:tr>
        <w:trPr>
          <w:cantSplit/>
        </w:trPr>
        <w:tc>
          <w:tcPr>
            <w:tcW w:type="dxa" w:w="2351"/>
          </w:tcPr>
          <w:p/>
        </w:tc>
        <w:tc>
          <w:tcPr>
            <w:tcW w:type="dxa" w:w="2351"/>
          </w:tcPr>
          <w:p/>
        </w:tc>
        <w:tc>
          <w:tcPr>
            <w:tcW w:type="dxa" w:w="2351"/>
          </w:tcPr>
          <w:p/>
        </w:tc>
        <w:tc>
          <w:tcPr>
            <w:tcW w:type="dxa" w:w="2351"/>
          </w:tcPr>
          <w:p>
            <w:r>
              <w:t>die Gemeinden</w:t>
            </w:r>
            <w:r>
              <w:br/>
            </w:r>
            <w:r>
              <w:t>Fraureuth, Glauchau, Hartenstein, Langenbernsdorf, Langenweißbach, Lichtentanne, Mülsen, Neukirchen/Pleiße, Reinsdorf, Werdau, Wildenfels, Wilkau-Haßlau, Zwickau</w:t>
            </w:r>
          </w:p>
        </w:tc>
      </w:tr>
      <w:tr>
        <w:trPr>
          <w:cantSplit/>
        </w:trPr>
        <w:tc>
          <w:tcPr>
            <w:tcW w:type="dxa" w:w="2351"/>
          </w:tcPr>
          <w:p/>
        </w:tc>
        <w:tc>
          <w:tcPr>
            <w:tcW w:type="dxa" w:w="2351"/>
          </w:tcPr>
          <w:p/>
        </w:tc>
        <w:tc>
          <w:tcPr>
            <w:tcW w:type="dxa" w:w="2351"/>
          </w:tcPr>
          <w:p/>
        </w:tc>
        <w:tc>
          <w:tcPr>
            <w:tcW w:type="dxa" w:w="2351"/>
          </w:tcPr>
          <w:p>
            <w:r>
              <w:t>Verwaltungsgemeinschaft Crimmitschau-Dennheritz</w:t>
            </w:r>
          </w:p>
        </w:tc>
      </w:tr>
      <w:tr>
        <w:trPr>
          <w:cantSplit/>
        </w:trPr>
        <w:tc>
          <w:tcPr>
            <w:tcW w:type="dxa" w:w="2351"/>
          </w:tcPr>
          <w:p/>
        </w:tc>
        <w:tc>
          <w:tcPr>
            <w:tcW w:type="dxa" w:w="2351"/>
          </w:tcPr>
          <w:p/>
        </w:tc>
        <w:tc>
          <w:tcPr>
            <w:tcW w:type="dxa" w:w="2351"/>
          </w:tcPr>
          <w:p/>
        </w:tc>
        <w:tc>
          <w:tcPr>
            <w:tcW w:type="dxa" w:w="2351"/>
          </w:tcPr>
          <w:p>
            <w:r>
              <w:t xml:space="preserve"> die Gemeinden</w:t>
            </w:r>
            <w:r>
              <w:br/>
            </w:r>
            <w:r>
              <w:t>Crimmitschau, Dennheritz</w:t>
            </w:r>
          </w:p>
        </w:tc>
      </w:tr>
      <w:tr>
        <w:trPr>
          <w:cantSplit/>
        </w:trPr>
        <w:tc>
          <w:tcPr>
            <w:tcW w:type="dxa" w:w="2351"/>
          </w:tcPr>
          <w:p/>
        </w:tc>
        <w:tc>
          <w:tcPr>
            <w:tcW w:type="dxa" w:w="2351"/>
          </w:tcPr>
          <w:p/>
        </w:tc>
        <w:tc>
          <w:tcPr>
            <w:tcW w:type="dxa" w:w="2351"/>
          </w:tcPr>
          <w:p/>
        </w:tc>
        <w:tc>
          <w:tcPr>
            <w:tcW w:type="dxa" w:w="2351"/>
          </w:tcPr>
          <w:p>
            <w:r>
              <w:t>Verwaltungsgemeinschaft Kirchberg</w:t>
            </w:r>
          </w:p>
        </w:tc>
      </w:tr>
      <w:tr>
        <w:trPr>
          <w:cantSplit/>
        </w:trPr>
        <w:tc>
          <w:tcPr>
            <w:tcW w:type="dxa" w:w="2351"/>
          </w:tcPr>
          <w:p/>
        </w:tc>
        <w:tc>
          <w:tcPr>
            <w:tcW w:type="dxa" w:w="2351"/>
          </w:tcPr>
          <w:p/>
        </w:tc>
        <w:tc>
          <w:tcPr>
            <w:tcW w:type="dxa" w:w="2351"/>
          </w:tcPr>
          <w:p/>
        </w:tc>
        <w:tc>
          <w:tcPr>
            <w:tcW w:type="dxa" w:w="2351"/>
          </w:tcPr>
          <w:p>
            <w:r>
              <w:t xml:space="preserve"> die Gemeinden</w:t>
            </w:r>
            <w:r>
              <w:br/>
            </w:r>
            <w:r>
              <w:t>Crinitzberg, Hartmannsdorf b. Kirchberg, Hirschfeld, Kirchberg</w:t>
            </w:r>
          </w:p>
        </w:tc>
      </w:tr>
      <w:tr>
        <w:trPr>
          <w:cantSplit/>
        </w:trPr>
        <w:tc>
          <w:tcPr>
            <w:tcW w:type="dxa" w:w="2351"/>
          </w:tcPr>
          <w:p/>
        </w:tc>
        <w:tc>
          <w:tcPr>
            <w:tcW w:type="dxa" w:w="2351"/>
          </w:tcPr>
          <w:p/>
        </w:tc>
        <w:tc>
          <w:tcPr>
            <w:tcW w:type="dxa" w:w="2351"/>
          </w:tcPr>
          <w:p/>
        </w:tc>
        <w:tc>
          <w:tcPr>
            <w:tcW w:type="dxa" w:w="2351"/>
          </w:tcPr>
          <w:p>
            <w:r>
              <w:t>Verwaltungsgemeinschaft Meerane-Schönberg</w:t>
            </w:r>
          </w:p>
        </w:tc>
      </w:tr>
      <w:tr>
        <w:trPr>
          <w:cantSplit/>
        </w:trPr>
        <w:tc>
          <w:tcPr>
            <w:tcW w:type="dxa" w:w="2351"/>
          </w:tcPr>
          <w:p/>
        </w:tc>
        <w:tc>
          <w:tcPr>
            <w:tcW w:type="dxa" w:w="2351"/>
          </w:tcPr>
          <w:p/>
        </w:tc>
        <w:tc>
          <w:tcPr>
            <w:tcW w:type="dxa" w:w="2351"/>
          </w:tcPr>
          <w:p/>
        </w:tc>
        <w:tc>
          <w:tcPr>
            <w:tcW w:type="dxa" w:w="2351"/>
          </w:tcPr>
          <w:p>
            <w:r>
              <w:t xml:space="preserve"> die Gemeinden</w:t>
            </w:r>
            <w:r>
              <w:br/>
            </w:r>
            <w:r>
              <w:t>Meerane, Schönberg</w:t>
            </w:r>
          </w:p>
        </w:tc>
      </w:tr>
      <w:tr>
        <w:trPr>
          <w:cantSplit/>
        </w:trPr>
        <w:tc>
          <w:tcPr>
            <w:tcW w:type="dxa" w:w="2351"/>
          </w:tcPr>
          <w:p/>
        </w:tc>
        <w:tc>
          <w:tcPr>
            <w:tcW w:type="dxa" w:w="2351"/>
          </w:tcPr>
          <w:p/>
        </w:tc>
        <w:tc>
          <w:tcPr>
            <w:tcW w:type="dxa" w:w="2351"/>
          </w:tcPr>
          <w:p/>
        </w:tc>
        <w:tc>
          <w:tcPr>
            <w:tcW w:type="dxa" w:w="2351"/>
          </w:tcPr>
          <w:p>
            <w:r>
              <w:t>Verwaltungsgemeinschaft Waldenburg</w:t>
            </w:r>
          </w:p>
        </w:tc>
      </w:tr>
      <w:tr>
        <w:trPr>
          <w:cantSplit/>
        </w:trPr>
        <w:tc>
          <w:tcPr>
            <w:tcW w:type="dxa" w:w="2351"/>
          </w:tcPr>
          <w:p/>
        </w:tc>
        <w:tc>
          <w:tcPr>
            <w:tcW w:type="dxa" w:w="2351"/>
          </w:tcPr>
          <w:p/>
        </w:tc>
        <w:tc>
          <w:tcPr>
            <w:tcW w:type="dxa" w:w="2351"/>
          </w:tcPr>
          <w:p/>
        </w:tc>
        <w:tc>
          <w:tcPr>
            <w:tcW w:type="dxa" w:w="2351"/>
          </w:tcPr>
          <w:p>
            <w:r>
              <w:t xml:space="preserve"> die Gemeinden</w:t>
            </w:r>
            <w:r>
              <w:br/>
            </w:r>
            <w:r>
              <w:t>Oberwiera, Remse, Waldenburg</w:t>
            </w:r>
          </w:p>
        </w:tc>
      </w:tr>
      <w:tr>
        <w:trPr>
          <w:cantSplit/>
        </w:trPr>
        <w:tc>
          <w:tcPr>
            <w:tcW w:type="dxa" w:w="2351"/>
          </w:tcPr>
          <w:p/>
        </w:tc>
        <w:tc>
          <w:tcPr>
            <w:tcW w:type="dxa" w:w="2351"/>
          </w:tcPr>
          <w:p/>
        </w:tc>
        <w:tc>
          <w:tcPr>
            <w:tcW w:type="dxa" w:w="4702"/>
            <w:gridSpan w:val="2"/>
          </w:tcPr>
          <w:p>
            <w:r>
              <w:t>(Übrige Gemeinden s. Wkr. 162)</w:t>
            </w:r>
          </w:p>
        </w:tc>
      </w:tr>
      <w:tr>
        <w:trPr>
          <w:cantSplit/>
        </w:trPr>
        <w:tc>
          <w:tcPr>
            <w:tcW w:type="dxa" w:w="2351"/>
          </w:tcPr>
          <w:p>
            <w:r>
              <w:t>165</w:t>
            </w:r>
          </w:p>
        </w:tc>
        <w:tc>
          <w:tcPr>
            <w:tcW w:type="dxa" w:w="2351"/>
          </w:tcPr>
          <w:p>
            <w:r>
              <w:t>Vogtlandkreis</w:t>
            </w:r>
          </w:p>
        </w:tc>
        <w:tc>
          <w:tcPr>
            <w:tcW w:type="dxa" w:w="4702"/>
            <w:gridSpan w:val="2"/>
          </w:tcPr>
          <w:p>
            <w:r>
              <w:t>Vogtlandkreis</w:t>
            </w:r>
          </w:p>
        </w:tc>
      </w:tr>
      <w:tr>
        <w:trPr>
          <w:cantSplit/>
        </w:trPr>
        <w:tc>
          <w:tcPr>
            <w:tcW w:type="dxa" w:w="9404"/>
            <w:gridSpan w:val="4"/>
          </w:tcPr>
          <w:p>
            <w:r>
              <w:rPr>
                <w:b/>
              </w:rPr>
              <w:t>Hessen</w:t>
            </w:r>
          </w:p>
        </w:tc>
      </w:tr>
      <w:tr>
        <w:trPr>
          <w:cantSplit/>
        </w:trPr>
        <w:tc>
          <w:tcPr>
            <w:tcW w:type="dxa" w:w="2351"/>
          </w:tcPr>
          <w:p>
            <w:r>
              <w:t>166</w:t>
            </w:r>
          </w:p>
        </w:tc>
        <w:tc>
          <w:tcPr>
            <w:tcW w:type="dxa" w:w="2351"/>
          </w:tcPr>
          <w:p>
            <w:r>
              <w:t>Waldeck</w:t>
            </w:r>
          </w:p>
        </w:tc>
        <w:tc>
          <w:tcPr>
            <w:tcW w:type="dxa" w:w="4702"/>
            <w:gridSpan w:val="2"/>
          </w:tcPr>
          <w:p>
            <w:r>
              <w:t>Vom Landkreis Kassel</w:t>
            </w:r>
          </w:p>
        </w:tc>
      </w:tr>
      <w:tr>
        <w:trPr>
          <w:cantSplit/>
        </w:trPr>
        <w:tc>
          <w:tcPr>
            <w:tcW w:type="dxa" w:w="2351"/>
          </w:tcPr>
          <w:p/>
        </w:tc>
        <w:tc>
          <w:tcPr>
            <w:tcW w:type="dxa" w:w="2351"/>
          </w:tcPr>
          <w:p/>
        </w:tc>
        <w:tc>
          <w:tcPr>
            <w:tcW w:type="dxa" w:w="2351"/>
          </w:tcPr>
          <w:p/>
        </w:tc>
        <w:tc>
          <w:tcPr>
            <w:tcW w:type="dxa" w:w="2351"/>
          </w:tcPr>
          <w:p>
            <w:r>
              <w:t>die Gemeinden</w:t>
            </w:r>
            <w:r>
              <w:br/>
            </w:r>
            <w:r>
              <w:t>Bad Emstal, Bad Karlshafen, Baunatal, Breuna, Calden, Grebenstein, Habichtswald, Hofgeismar, Immenhausen, Liebenau, Naumburg, Reinhardshagen, Schauenburg, Trendelburg, Wesertal, Wolfhagen, Zierenberg und der Gutsbezirk Reinhardswald</w:t>
            </w:r>
          </w:p>
        </w:tc>
      </w:tr>
      <w:tr>
        <w:trPr>
          <w:cantSplit/>
        </w:trPr>
        <w:tc>
          <w:tcPr>
            <w:tcW w:type="dxa" w:w="2351"/>
          </w:tcPr>
          <w:p/>
        </w:tc>
        <w:tc>
          <w:tcPr>
            <w:tcW w:type="dxa" w:w="2351"/>
          </w:tcPr>
          <w:p/>
        </w:tc>
        <w:tc>
          <w:tcPr>
            <w:tcW w:type="dxa" w:w="4702"/>
            <w:gridSpan w:val="2"/>
          </w:tcPr>
          <w:p>
            <w:r>
              <w:t>(Übrige Gemeinden s. Wkr. 167)</w:t>
            </w:r>
          </w:p>
        </w:tc>
      </w:tr>
      <w:tr>
        <w:trPr>
          <w:cantSplit/>
        </w:trPr>
        <w:tc>
          <w:tcPr>
            <w:tcW w:type="dxa" w:w="2351"/>
          </w:tcPr>
          <w:p/>
        </w:tc>
        <w:tc>
          <w:tcPr>
            <w:tcW w:type="dxa" w:w="2351"/>
          </w:tcPr>
          <w:p/>
        </w:tc>
        <w:tc>
          <w:tcPr>
            <w:tcW w:type="dxa" w:w="4702"/>
            <w:gridSpan w:val="2"/>
          </w:tcPr>
          <w:p>
            <w:r>
              <w:t>vom Landkreis Waldeck-Frankenberg</w:t>
            </w:r>
          </w:p>
        </w:tc>
      </w:tr>
      <w:tr>
        <w:trPr>
          <w:cantSplit/>
        </w:trPr>
        <w:tc>
          <w:tcPr>
            <w:tcW w:type="dxa" w:w="2351"/>
          </w:tcPr>
          <w:p/>
        </w:tc>
        <w:tc>
          <w:tcPr>
            <w:tcW w:type="dxa" w:w="2351"/>
          </w:tcPr>
          <w:p/>
        </w:tc>
        <w:tc>
          <w:tcPr>
            <w:tcW w:type="dxa" w:w="2351"/>
          </w:tcPr>
          <w:p/>
        </w:tc>
        <w:tc>
          <w:tcPr>
            <w:tcW w:type="dxa" w:w="2351"/>
          </w:tcPr>
          <w:p>
            <w:r>
              <w:t>die Gemeinden</w:t>
            </w:r>
            <w:r>
              <w:br/>
            </w:r>
            <w:r>
              <w:t>Bad Arolsen, Bad Wildungen, Diemelsee, Diemelstadt, Edertal, Korbach, Lichtenfels, Twistetal, Volkmarsen, Waldeck, Willingen (Upland)</w:t>
            </w:r>
          </w:p>
        </w:tc>
      </w:tr>
      <w:tr>
        <w:trPr>
          <w:cantSplit/>
        </w:trPr>
        <w:tc>
          <w:tcPr>
            <w:tcW w:type="dxa" w:w="2351"/>
          </w:tcPr>
          <w:p/>
        </w:tc>
        <w:tc>
          <w:tcPr>
            <w:tcW w:type="dxa" w:w="2351"/>
          </w:tcPr>
          <w:p/>
        </w:tc>
        <w:tc>
          <w:tcPr>
            <w:tcW w:type="dxa" w:w="4702"/>
            <w:gridSpan w:val="2"/>
          </w:tcPr>
          <w:p>
            <w:r>
              <w:t>(Übrige Gemeinden s. Wkr. 169)</w:t>
            </w:r>
          </w:p>
        </w:tc>
      </w:tr>
      <w:tr>
        <w:trPr>
          <w:cantSplit/>
        </w:trPr>
        <w:tc>
          <w:tcPr>
            <w:tcW w:type="dxa" w:w="2351"/>
          </w:tcPr>
          <w:p>
            <w:r>
              <w:t>167</w:t>
            </w:r>
          </w:p>
        </w:tc>
        <w:tc>
          <w:tcPr>
            <w:tcW w:type="dxa" w:w="2351"/>
          </w:tcPr>
          <w:p>
            <w:r>
              <w:t>Kassel</w:t>
            </w:r>
          </w:p>
        </w:tc>
        <w:tc>
          <w:tcPr>
            <w:tcW w:type="dxa" w:w="4702"/>
            <w:gridSpan w:val="2"/>
          </w:tcPr>
          <w:p>
            <w:r>
              <w:t>Kreisfreie Stadt Kassel</w:t>
            </w:r>
          </w:p>
        </w:tc>
      </w:tr>
      <w:tr>
        <w:trPr>
          <w:cantSplit/>
        </w:trPr>
        <w:tc>
          <w:tcPr>
            <w:tcW w:type="dxa" w:w="2351"/>
          </w:tcPr>
          <w:p/>
        </w:tc>
        <w:tc>
          <w:tcPr>
            <w:tcW w:type="dxa" w:w="2351"/>
          </w:tcPr>
          <w:p/>
        </w:tc>
        <w:tc>
          <w:tcPr>
            <w:tcW w:type="dxa" w:w="4702"/>
            <w:gridSpan w:val="2"/>
          </w:tcPr>
          <w:p>
            <w:r>
              <w:t>vom Landkreis Kassel</w:t>
            </w:r>
          </w:p>
        </w:tc>
      </w:tr>
      <w:tr>
        <w:trPr>
          <w:cantSplit/>
        </w:trPr>
        <w:tc>
          <w:tcPr>
            <w:tcW w:type="dxa" w:w="2351"/>
          </w:tcPr>
          <w:p/>
        </w:tc>
        <w:tc>
          <w:tcPr>
            <w:tcW w:type="dxa" w:w="2351"/>
          </w:tcPr>
          <w:p/>
        </w:tc>
        <w:tc>
          <w:tcPr>
            <w:tcW w:type="dxa" w:w="2351"/>
          </w:tcPr>
          <w:p/>
        </w:tc>
        <w:tc>
          <w:tcPr>
            <w:tcW w:type="dxa" w:w="2351"/>
          </w:tcPr>
          <w:p>
            <w:r>
              <w:t>die Gemeinden</w:t>
            </w:r>
            <w:r>
              <w:br/>
            </w:r>
            <w:r>
              <w:t>Ahnatal, Espenau, Fuldabrück, Fuldatal, Helsa, Kaufungen, Lohfelden, Nieste, Niestetal, Söhrewald, Vellmar</w:t>
            </w:r>
          </w:p>
        </w:tc>
      </w:tr>
      <w:tr>
        <w:trPr>
          <w:cantSplit/>
        </w:trPr>
        <w:tc>
          <w:tcPr>
            <w:tcW w:type="dxa" w:w="2351"/>
          </w:tcPr>
          <w:p/>
        </w:tc>
        <w:tc>
          <w:tcPr>
            <w:tcW w:type="dxa" w:w="2351"/>
          </w:tcPr>
          <w:p/>
        </w:tc>
        <w:tc>
          <w:tcPr>
            <w:tcW w:type="dxa" w:w="4702"/>
            <w:gridSpan w:val="2"/>
          </w:tcPr>
          <w:p>
            <w:r>
              <w:t>(Übrige Gemeinden s. Wkr. 166)</w:t>
            </w:r>
          </w:p>
        </w:tc>
      </w:tr>
      <w:tr>
        <w:trPr>
          <w:cantSplit/>
        </w:trPr>
        <w:tc>
          <w:tcPr>
            <w:tcW w:type="dxa" w:w="2351"/>
          </w:tcPr>
          <w:p>
            <w:r>
              <w:t>168</w:t>
            </w:r>
          </w:p>
        </w:tc>
        <w:tc>
          <w:tcPr>
            <w:tcW w:type="dxa" w:w="2351"/>
            <w:vMerge w:val="restart"/>
          </w:tcPr>
          <w:p>
            <w:r>
              <w:t>Werra-Meißner – Hersfeld-Rotenburg</w:t>
            </w:r>
          </w:p>
        </w:tc>
        <w:tc>
          <w:tcPr>
            <w:tcW w:type="dxa" w:w="4702"/>
            <w:gridSpan w:val="2"/>
          </w:tcPr>
          <w:p>
            <w:r>
              <w:t>Landkreis Hersfeld-Rotenburg</w:t>
            </w:r>
          </w:p>
        </w:tc>
      </w:tr>
      <w:tr>
        <w:trPr>
          <w:cantSplit/>
        </w:trPr>
        <w:tc>
          <w:tcPr>
            <w:tcW w:type="dxa" w:w="2351"/>
          </w:tcPr>
          <w:p/>
        </w:tc>
        <w:tc>
          <w:tcPr>
            <w:tcW w:type="dxa" w:w="2351"/>
            <w:vMerge/>
          </w:tcPr>
          <w:p/>
        </w:tc>
        <w:tc>
          <w:tcPr>
            <w:tcW w:type="dxa" w:w="4702"/>
            <w:gridSpan w:val="2"/>
          </w:tcPr>
          <w:p>
            <w:r>
              <w:t>Werra-Meißner-Kreis</w:t>
            </w:r>
          </w:p>
        </w:tc>
      </w:tr>
      <w:tr>
        <w:trPr>
          <w:cantSplit/>
        </w:trPr>
        <w:tc>
          <w:tcPr>
            <w:tcW w:type="dxa" w:w="2351"/>
          </w:tcPr>
          <w:p>
            <w:r>
              <w:t>169</w:t>
            </w:r>
          </w:p>
        </w:tc>
        <w:tc>
          <w:tcPr>
            <w:tcW w:type="dxa" w:w="2351"/>
          </w:tcPr>
          <w:p>
            <w:r>
              <w:t>Schwalm-Eder</w:t>
            </w:r>
          </w:p>
        </w:tc>
        <w:tc>
          <w:tcPr>
            <w:tcW w:type="dxa" w:w="4702"/>
            <w:gridSpan w:val="2"/>
          </w:tcPr>
          <w:p>
            <w:r>
              <w:t>Schwalm-Eder-Kreis</w:t>
            </w:r>
          </w:p>
        </w:tc>
      </w:tr>
      <w:tr>
        <w:trPr>
          <w:cantSplit/>
        </w:trPr>
        <w:tc>
          <w:tcPr>
            <w:tcW w:type="dxa" w:w="2351"/>
          </w:tcPr>
          <w:p/>
        </w:tc>
        <w:tc>
          <w:tcPr>
            <w:tcW w:type="dxa" w:w="2351"/>
          </w:tcPr>
          <w:p/>
        </w:tc>
        <w:tc>
          <w:tcPr>
            <w:tcW w:type="dxa" w:w="4702"/>
            <w:gridSpan w:val="2"/>
          </w:tcPr>
          <w:p>
            <w:r>
              <w:t>vom Landkreis Waldeck-Frankenberg</w:t>
            </w:r>
          </w:p>
        </w:tc>
      </w:tr>
      <w:tr>
        <w:trPr>
          <w:cantSplit/>
        </w:trPr>
        <w:tc>
          <w:tcPr>
            <w:tcW w:type="dxa" w:w="2351"/>
          </w:tcPr>
          <w:p/>
        </w:tc>
        <w:tc>
          <w:tcPr>
            <w:tcW w:type="dxa" w:w="2351"/>
          </w:tcPr>
          <w:p/>
        </w:tc>
        <w:tc>
          <w:tcPr>
            <w:tcW w:type="dxa" w:w="2351"/>
          </w:tcPr>
          <w:p/>
        </w:tc>
        <w:tc>
          <w:tcPr>
            <w:tcW w:type="dxa" w:w="2351"/>
          </w:tcPr>
          <w:p>
            <w:r>
              <w:t>die Gemeinden</w:t>
            </w:r>
            <w:r>
              <w:br/>
            </w:r>
            <w:r>
              <w:t>Allendorf (Eder), Battenberg (Eder), Burgwald, Frankenau, Frankenberg (Eder), Gemünden (Wohra), Haina (Kloster), Hatzfeld (Eder), Rosenthal, Vöhl</w:t>
            </w:r>
          </w:p>
        </w:tc>
      </w:tr>
      <w:tr>
        <w:trPr>
          <w:cantSplit/>
        </w:trPr>
        <w:tc>
          <w:tcPr>
            <w:tcW w:type="dxa" w:w="2351"/>
          </w:tcPr>
          <w:p/>
        </w:tc>
        <w:tc>
          <w:tcPr>
            <w:tcW w:type="dxa" w:w="2351"/>
          </w:tcPr>
          <w:p/>
        </w:tc>
        <w:tc>
          <w:tcPr>
            <w:tcW w:type="dxa" w:w="4702"/>
            <w:gridSpan w:val="2"/>
          </w:tcPr>
          <w:p>
            <w:r>
              <w:t>(Übrige Gemeinden s. Wkr. 166)</w:t>
            </w:r>
          </w:p>
        </w:tc>
      </w:tr>
      <w:tr>
        <w:trPr>
          <w:cantSplit/>
        </w:trPr>
        <w:tc>
          <w:tcPr>
            <w:tcW w:type="dxa" w:w="2351"/>
          </w:tcPr>
          <w:p>
            <w:r>
              <w:t>170</w:t>
            </w:r>
          </w:p>
        </w:tc>
        <w:tc>
          <w:tcPr>
            <w:tcW w:type="dxa" w:w="2351"/>
          </w:tcPr>
          <w:p>
            <w:r>
              <w:t>Marburg</w:t>
            </w:r>
          </w:p>
        </w:tc>
        <w:tc>
          <w:tcPr>
            <w:tcW w:type="dxa" w:w="4702"/>
            <w:gridSpan w:val="2"/>
          </w:tcPr>
          <w:p>
            <w:r>
              <w:t>Landkreis Marburg-Biedenkopf</w:t>
            </w:r>
          </w:p>
        </w:tc>
      </w:tr>
      <w:tr>
        <w:trPr>
          <w:cantSplit/>
        </w:trPr>
        <w:tc>
          <w:tcPr>
            <w:tcW w:type="dxa" w:w="2351"/>
          </w:tcPr>
          <w:p>
            <w:r>
              <w:t>171</w:t>
            </w:r>
          </w:p>
        </w:tc>
        <w:tc>
          <w:tcPr>
            <w:tcW w:type="dxa" w:w="2351"/>
          </w:tcPr>
          <w:p>
            <w:r>
              <w:t>Lahn-Dill</w:t>
            </w:r>
          </w:p>
        </w:tc>
        <w:tc>
          <w:tcPr>
            <w:tcW w:type="dxa" w:w="4702"/>
            <w:gridSpan w:val="2"/>
          </w:tcPr>
          <w:p>
            <w:r>
              <w:t>Lahn-Dill-Kreis</w:t>
            </w:r>
          </w:p>
        </w:tc>
      </w:tr>
      <w:tr>
        <w:trPr>
          <w:cantSplit/>
        </w:trPr>
        <w:tc>
          <w:tcPr>
            <w:tcW w:type="dxa" w:w="2351"/>
          </w:tcPr>
          <w:p/>
        </w:tc>
        <w:tc>
          <w:tcPr>
            <w:tcW w:type="dxa" w:w="2351"/>
          </w:tcPr>
          <w:p/>
        </w:tc>
        <w:tc>
          <w:tcPr>
            <w:tcW w:type="dxa" w:w="4702"/>
            <w:gridSpan w:val="2"/>
          </w:tcPr>
          <w:p>
            <w:r>
              <w:t>vom Landkreis Gießen</w:t>
            </w:r>
          </w:p>
        </w:tc>
      </w:tr>
      <w:tr>
        <w:trPr>
          <w:cantSplit/>
        </w:trPr>
        <w:tc>
          <w:tcPr>
            <w:tcW w:type="dxa" w:w="2351"/>
          </w:tcPr>
          <w:p/>
        </w:tc>
        <w:tc>
          <w:tcPr>
            <w:tcW w:type="dxa" w:w="2351"/>
          </w:tcPr>
          <w:p/>
        </w:tc>
        <w:tc>
          <w:tcPr>
            <w:tcW w:type="dxa" w:w="2351"/>
          </w:tcPr>
          <w:p/>
        </w:tc>
        <w:tc>
          <w:tcPr>
            <w:tcW w:type="dxa" w:w="2351"/>
          </w:tcPr>
          <w:p>
            <w:r>
              <w:t>die Gemeinden</w:t>
            </w:r>
            <w:r>
              <w:br/>
            </w:r>
            <w:r>
              <w:t>Biebertal, Wettenberg</w:t>
            </w:r>
          </w:p>
        </w:tc>
      </w:tr>
      <w:tr>
        <w:trPr>
          <w:cantSplit/>
        </w:trPr>
        <w:tc>
          <w:tcPr>
            <w:tcW w:type="dxa" w:w="2351"/>
          </w:tcPr>
          <w:p/>
        </w:tc>
        <w:tc>
          <w:tcPr>
            <w:tcW w:type="dxa" w:w="2351"/>
          </w:tcPr>
          <w:p/>
        </w:tc>
        <w:tc>
          <w:tcPr>
            <w:tcW w:type="dxa" w:w="4702"/>
            <w:gridSpan w:val="2"/>
          </w:tcPr>
          <w:p>
            <w:r>
              <w:t>(Übrige Gemeinden s. Wkr. 172)</w:t>
            </w:r>
          </w:p>
        </w:tc>
      </w:tr>
      <w:tr>
        <w:trPr>
          <w:cantSplit/>
        </w:trPr>
        <w:tc>
          <w:tcPr>
            <w:tcW w:type="dxa" w:w="2351"/>
          </w:tcPr>
          <w:p>
            <w:r>
              <w:t>172</w:t>
            </w:r>
          </w:p>
        </w:tc>
        <w:tc>
          <w:tcPr>
            <w:tcW w:type="dxa" w:w="2351"/>
          </w:tcPr>
          <w:p>
            <w:r>
              <w:t>Gießen</w:t>
            </w:r>
          </w:p>
        </w:tc>
        <w:tc>
          <w:tcPr>
            <w:tcW w:type="dxa" w:w="4702"/>
            <w:gridSpan w:val="2"/>
          </w:tcPr>
          <w:p>
            <w:r>
              <w:t>Vom Landkreis Gießen</w:t>
            </w:r>
          </w:p>
        </w:tc>
      </w:tr>
      <w:tr>
        <w:trPr>
          <w:cantSplit/>
        </w:trPr>
        <w:tc>
          <w:tcPr>
            <w:tcW w:type="dxa" w:w="2351"/>
          </w:tcPr>
          <w:p/>
        </w:tc>
        <w:tc>
          <w:tcPr>
            <w:tcW w:type="dxa" w:w="2351"/>
          </w:tcPr>
          <w:p/>
        </w:tc>
        <w:tc>
          <w:tcPr>
            <w:tcW w:type="dxa" w:w="2351"/>
          </w:tcPr>
          <w:p/>
        </w:tc>
        <w:tc>
          <w:tcPr>
            <w:tcW w:type="dxa" w:w="2351"/>
          </w:tcPr>
          <w:p>
            <w:r>
              <w:t>die Gemeinden</w:t>
            </w:r>
            <w:r>
              <w:br/>
            </w:r>
            <w:r>
              <w:t>Allendorf (Lumda), Buseck, Fernwald, Gießen, Grünberg, Heuchelheim a. d. Lahn, Hungen, Langgöns, Laubach, Lich, Linden, Lollar, Pohlheim, Rabenau, Reiskirchen, Staufenberg</w:t>
            </w:r>
          </w:p>
        </w:tc>
      </w:tr>
      <w:tr>
        <w:trPr>
          <w:cantSplit/>
        </w:trPr>
        <w:tc>
          <w:tcPr>
            <w:tcW w:type="dxa" w:w="2351"/>
          </w:tcPr>
          <w:p/>
        </w:tc>
        <w:tc>
          <w:tcPr>
            <w:tcW w:type="dxa" w:w="2351"/>
          </w:tcPr>
          <w:p/>
        </w:tc>
        <w:tc>
          <w:tcPr>
            <w:tcW w:type="dxa" w:w="4702"/>
            <w:gridSpan w:val="2"/>
          </w:tcPr>
          <w:p>
            <w:r>
              <w:t>(Übrige Gemeinden s. Wkr. 171)</w:t>
            </w:r>
          </w:p>
        </w:tc>
      </w:tr>
      <w:tr>
        <w:trPr>
          <w:cantSplit/>
        </w:trPr>
        <w:tc>
          <w:tcPr>
            <w:tcW w:type="dxa" w:w="2351"/>
          </w:tcPr>
          <w:p/>
        </w:tc>
        <w:tc>
          <w:tcPr>
            <w:tcW w:type="dxa" w:w="2351"/>
          </w:tcPr>
          <w:p/>
        </w:tc>
        <w:tc>
          <w:tcPr>
            <w:tcW w:type="dxa" w:w="4702"/>
            <w:gridSpan w:val="2"/>
          </w:tcPr>
          <w:p>
            <w:r>
              <w:t>vom Vogelsbergkreis</w:t>
            </w:r>
          </w:p>
        </w:tc>
      </w:tr>
      <w:tr>
        <w:trPr>
          <w:cantSplit/>
        </w:trPr>
        <w:tc>
          <w:tcPr>
            <w:tcW w:type="dxa" w:w="2351"/>
          </w:tcPr>
          <w:p/>
        </w:tc>
        <w:tc>
          <w:tcPr>
            <w:tcW w:type="dxa" w:w="2351"/>
          </w:tcPr>
          <w:p/>
        </w:tc>
        <w:tc>
          <w:tcPr>
            <w:tcW w:type="dxa" w:w="2351"/>
          </w:tcPr>
          <w:p/>
        </w:tc>
        <w:tc>
          <w:tcPr>
            <w:tcW w:type="dxa" w:w="2351"/>
          </w:tcPr>
          <w:p>
            <w:r>
              <w:t>die Gemeinden</w:t>
            </w:r>
            <w:r>
              <w:br/>
            </w:r>
            <w:r>
              <w:t>Alsfeld, Antrifttal, Feldatal, Gemünden (Felda), Homberg (Ohm), Kirtorf, Mücke, Romrod</w:t>
            </w:r>
          </w:p>
        </w:tc>
      </w:tr>
      <w:tr>
        <w:trPr>
          <w:cantSplit/>
        </w:trPr>
        <w:tc>
          <w:tcPr>
            <w:tcW w:type="dxa" w:w="2351"/>
          </w:tcPr>
          <w:p/>
        </w:tc>
        <w:tc>
          <w:tcPr>
            <w:tcW w:type="dxa" w:w="2351"/>
          </w:tcPr>
          <w:p/>
        </w:tc>
        <w:tc>
          <w:tcPr>
            <w:tcW w:type="dxa" w:w="4702"/>
            <w:gridSpan w:val="2"/>
          </w:tcPr>
          <w:p>
            <w:r>
              <w:t>(Übrige Gemeinden s. Wkr. 173, 174)</w:t>
            </w:r>
          </w:p>
        </w:tc>
      </w:tr>
      <w:tr>
        <w:trPr>
          <w:cantSplit/>
        </w:trPr>
        <w:tc>
          <w:tcPr>
            <w:tcW w:type="dxa" w:w="2351"/>
          </w:tcPr>
          <w:p>
            <w:r>
              <w:t>173</w:t>
            </w:r>
          </w:p>
        </w:tc>
        <w:tc>
          <w:tcPr>
            <w:tcW w:type="dxa" w:w="2351"/>
          </w:tcPr>
          <w:p>
            <w:r>
              <w:t>Fulda</w:t>
            </w:r>
          </w:p>
        </w:tc>
        <w:tc>
          <w:tcPr>
            <w:tcW w:type="dxa" w:w="4702"/>
            <w:gridSpan w:val="2"/>
          </w:tcPr>
          <w:p>
            <w:r>
              <w:t>Landkreis Fulda</w:t>
            </w:r>
          </w:p>
        </w:tc>
      </w:tr>
      <w:tr>
        <w:trPr>
          <w:cantSplit/>
        </w:trPr>
        <w:tc>
          <w:tcPr>
            <w:tcW w:type="dxa" w:w="2351"/>
          </w:tcPr>
          <w:p/>
        </w:tc>
        <w:tc>
          <w:tcPr>
            <w:tcW w:type="dxa" w:w="2351"/>
          </w:tcPr>
          <w:p/>
        </w:tc>
        <w:tc>
          <w:tcPr>
            <w:tcW w:type="dxa" w:w="4702"/>
            <w:gridSpan w:val="2"/>
          </w:tcPr>
          <w:p>
            <w:r>
              <w:t>vom Vogelsbergkreis</w:t>
            </w:r>
          </w:p>
        </w:tc>
      </w:tr>
      <w:tr>
        <w:trPr>
          <w:cantSplit/>
        </w:trPr>
        <w:tc>
          <w:tcPr>
            <w:tcW w:type="dxa" w:w="2351"/>
          </w:tcPr>
          <w:p/>
        </w:tc>
        <w:tc>
          <w:tcPr>
            <w:tcW w:type="dxa" w:w="2351"/>
          </w:tcPr>
          <w:p/>
        </w:tc>
        <w:tc>
          <w:tcPr>
            <w:tcW w:type="dxa" w:w="2351"/>
          </w:tcPr>
          <w:p/>
        </w:tc>
        <w:tc>
          <w:tcPr>
            <w:tcW w:type="dxa" w:w="2351"/>
          </w:tcPr>
          <w:p>
            <w:r>
              <w:t>die Gemeinden</w:t>
            </w:r>
            <w:r>
              <w:br/>
            </w:r>
            <w:r>
              <w:t>Freiensteinau, Grebenau, Grebenhain, Herbstein, Lauterbach (Hessen), Lautertal (Vogelsberg), Schlitz, Schwalmtal, Ulrichstein, Wartenberg</w:t>
            </w:r>
          </w:p>
        </w:tc>
      </w:tr>
      <w:tr>
        <w:trPr>
          <w:cantSplit/>
        </w:trPr>
        <w:tc>
          <w:tcPr>
            <w:tcW w:type="dxa" w:w="2351"/>
          </w:tcPr>
          <w:p/>
        </w:tc>
        <w:tc>
          <w:tcPr>
            <w:tcW w:type="dxa" w:w="2351"/>
          </w:tcPr>
          <w:p/>
        </w:tc>
        <w:tc>
          <w:tcPr>
            <w:tcW w:type="dxa" w:w="4702"/>
            <w:gridSpan w:val="2"/>
          </w:tcPr>
          <w:p>
            <w:r>
              <w:t>(Übrige Gemeinden s. Wkr. 172, 174)</w:t>
            </w:r>
          </w:p>
        </w:tc>
      </w:tr>
      <w:tr>
        <w:trPr>
          <w:cantSplit/>
        </w:trPr>
        <w:tc>
          <w:tcPr>
            <w:tcW w:type="dxa" w:w="2351"/>
          </w:tcPr>
          <w:p>
            <w:r>
              <w:t>174</w:t>
            </w:r>
          </w:p>
        </w:tc>
        <w:tc>
          <w:tcPr>
            <w:tcW w:type="dxa" w:w="2351"/>
            <w:vMerge w:val="restart"/>
          </w:tcPr>
          <w:p>
            <w:r>
              <w:t>Main-Kinzig – Wetterau II – Schotten</w:t>
            </w:r>
          </w:p>
        </w:tc>
        <w:tc>
          <w:tcPr>
            <w:tcW w:type="dxa" w:w="4702"/>
            <w:gridSpan w:val="2"/>
          </w:tcPr>
          <w:p>
            <w:r>
              <w:t>Vom Main-Kinzig-Kreis</w:t>
            </w:r>
          </w:p>
        </w:tc>
      </w:tr>
      <w:tr>
        <w:trPr>
          <w:cantSplit/>
        </w:trPr>
        <w:tc>
          <w:tcPr>
            <w:tcW w:type="dxa" w:w="2351"/>
          </w:tcPr>
          <w:p/>
        </w:tc>
        <w:tc>
          <w:tcPr>
            <w:tcW w:type="dxa" w:w="2351"/>
            <w:vMerge/>
          </w:tcPr>
          <w:p/>
        </w:tc>
        <w:tc>
          <w:tcPr>
            <w:tcW w:type="dxa" w:w="2351"/>
          </w:tcPr>
          <w:p/>
        </w:tc>
        <w:tc>
          <w:tcPr>
            <w:tcW w:type="dxa" w:w="2351"/>
          </w:tcPr>
          <w:p>
            <w:r>
              <w:t>die Gemeinden</w:t>
            </w:r>
            <w:r>
              <w:br/>
            </w:r>
            <w:r>
              <w:t>Bad Orb, Bad Soden-Salmünster, Biebergemünd, Birstein, Brachttal, Flörsbachtal, Freigericht, Gelnhausen, Gründau, Jossgrund, Linsengericht, Schlüchtern, Sinntal, Steinau an der Straße, Wächtersbach und der Gutsbezirk Spessart</w:t>
            </w:r>
          </w:p>
        </w:tc>
      </w:tr>
      <w:tr>
        <w:trPr>
          <w:cantSplit/>
        </w:trPr>
        <w:tc>
          <w:tcPr>
            <w:tcW w:type="dxa" w:w="2351"/>
          </w:tcPr>
          <w:p/>
        </w:tc>
        <w:tc>
          <w:tcPr>
            <w:tcW w:type="dxa" w:w="2351"/>
          </w:tcPr>
          <w:p/>
        </w:tc>
        <w:tc>
          <w:tcPr>
            <w:tcW w:type="dxa" w:w="4702"/>
            <w:gridSpan w:val="2"/>
          </w:tcPr>
          <w:p>
            <w:r>
              <w:t>(Übrige Gemeinden s. Wkr. 179)</w:t>
            </w:r>
          </w:p>
        </w:tc>
      </w:tr>
      <w:tr>
        <w:trPr>
          <w:cantSplit/>
        </w:trPr>
        <w:tc>
          <w:tcPr>
            <w:tcW w:type="dxa" w:w="2351"/>
          </w:tcPr>
          <w:p/>
        </w:tc>
        <w:tc>
          <w:tcPr>
            <w:tcW w:type="dxa" w:w="2351"/>
          </w:tcPr>
          <w:p/>
        </w:tc>
        <w:tc>
          <w:tcPr>
            <w:tcW w:type="dxa" w:w="4702"/>
            <w:gridSpan w:val="2"/>
          </w:tcPr>
          <w:p>
            <w:r>
              <w:t>vom Vogelsbergkreis</w:t>
            </w:r>
          </w:p>
        </w:tc>
      </w:tr>
      <w:tr>
        <w:trPr>
          <w:cantSplit/>
        </w:trPr>
        <w:tc>
          <w:tcPr>
            <w:tcW w:type="dxa" w:w="2351"/>
          </w:tcPr>
          <w:p/>
        </w:tc>
        <w:tc>
          <w:tcPr>
            <w:tcW w:type="dxa" w:w="2351"/>
          </w:tcPr>
          <w:p/>
        </w:tc>
        <w:tc>
          <w:tcPr>
            <w:tcW w:type="dxa" w:w="2351"/>
          </w:tcPr>
          <w:p/>
        </w:tc>
        <w:tc>
          <w:tcPr>
            <w:tcW w:type="dxa" w:w="2351"/>
          </w:tcPr>
          <w:p>
            <w:r>
              <w:t>die Gemeinde Schotten</w:t>
            </w:r>
          </w:p>
        </w:tc>
      </w:tr>
      <w:tr>
        <w:trPr>
          <w:cantSplit/>
        </w:trPr>
        <w:tc>
          <w:tcPr>
            <w:tcW w:type="dxa" w:w="2351"/>
          </w:tcPr>
          <w:p/>
        </w:tc>
        <w:tc>
          <w:tcPr>
            <w:tcW w:type="dxa" w:w="2351"/>
          </w:tcPr>
          <w:p/>
        </w:tc>
        <w:tc>
          <w:tcPr>
            <w:tcW w:type="dxa" w:w="4702"/>
            <w:gridSpan w:val="2"/>
          </w:tcPr>
          <w:p>
            <w:r>
              <w:t>(Übrige Gemeinden s. Wkr. 172, 173)</w:t>
            </w:r>
          </w:p>
        </w:tc>
      </w:tr>
      <w:tr>
        <w:trPr>
          <w:cantSplit/>
        </w:trPr>
        <w:tc>
          <w:tcPr>
            <w:tcW w:type="dxa" w:w="2351"/>
          </w:tcPr>
          <w:p/>
        </w:tc>
        <w:tc>
          <w:tcPr>
            <w:tcW w:type="dxa" w:w="2351"/>
          </w:tcPr>
          <w:p/>
        </w:tc>
        <w:tc>
          <w:tcPr>
            <w:tcW w:type="dxa" w:w="4702"/>
            <w:gridSpan w:val="2"/>
          </w:tcPr>
          <w:p>
            <w:r>
              <w:t>vom Wetteraukreis</w:t>
            </w:r>
          </w:p>
        </w:tc>
      </w:tr>
      <w:tr>
        <w:trPr>
          <w:cantSplit/>
        </w:trPr>
        <w:tc>
          <w:tcPr>
            <w:tcW w:type="dxa" w:w="2351"/>
          </w:tcPr>
          <w:p/>
        </w:tc>
        <w:tc>
          <w:tcPr>
            <w:tcW w:type="dxa" w:w="2351"/>
          </w:tcPr>
          <w:p/>
        </w:tc>
        <w:tc>
          <w:tcPr>
            <w:tcW w:type="dxa" w:w="2351"/>
          </w:tcPr>
          <w:p/>
        </w:tc>
        <w:tc>
          <w:tcPr>
            <w:tcW w:type="dxa" w:w="2351"/>
          </w:tcPr>
          <w:p>
            <w:r>
              <w:t>die Gemeinden</w:t>
            </w:r>
            <w:r>
              <w:br/>
            </w:r>
            <w:r>
              <w:t>Altenstadt, Büdingen, Gedern, Glauburg, Hirzenhain, Kefenrod, Limeshain, Ortenberg</w:t>
            </w:r>
          </w:p>
        </w:tc>
      </w:tr>
      <w:tr>
        <w:trPr>
          <w:cantSplit/>
        </w:trPr>
        <w:tc>
          <w:tcPr>
            <w:tcW w:type="dxa" w:w="2351"/>
          </w:tcPr>
          <w:p/>
        </w:tc>
        <w:tc>
          <w:tcPr>
            <w:tcW w:type="dxa" w:w="2351"/>
          </w:tcPr>
          <w:p/>
        </w:tc>
        <w:tc>
          <w:tcPr>
            <w:tcW w:type="dxa" w:w="4702"/>
            <w:gridSpan w:val="2"/>
          </w:tcPr>
          <w:p>
            <w:r>
              <w:t>(Übrige Gemeinden s. Wkr. 176)</w:t>
            </w:r>
          </w:p>
        </w:tc>
      </w:tr>
      <w:tr>
        <w:trPr>
          <w:cantSplit/>
        </w:trPr>
        <w:tc>
          <w:tcPr>
            <w:tcW w:type="dxa" w:w="2351"/>
          </w:tcPr>
          <w:p>
            <w:r>
              <w:t>175</w:t>
            </w:r>
          </w:p>
        </w:tc>
        <w:tc>
          <w:tcPr>
            <w:tcW w:type="dxa" w:w="2351"/>
          </w:tcPr>
          <w:p>
            <w:r>
              <w:t>Hochtaunus</w:t>
            </w:r>
          </w:p>
        </w:tc>
        <w:tc>
          <w:tcPr>
            <w:tcW w:type="dxa" w:w="4702"/>
            <w:gridSpan w:val="2"/>
          </w:tcPr>
          <w:p>
            <w:r>
              <w:t>Vom Hochtaunuskreis</w:t>
            </w:r>
          </w:p>
        </w:tc>
      </w:tr>
      <w:tr>
        <w:trPr>
          <w:cantSplit/>
        </w:trPr>
        <w:tc>
          <w:tcPr>
            <w:tcW w:type="dxa" w:w="2351"/>
          </w:tcPr>
          <w:p/>
        </w:tc>
        <w:tc>
          <w:tcPr>
            <w:tcW w:type="dxa" w:w="2351"/>
          </w:tcPr>
          <w:p/>
        </w:tc>
        <w:tc>
          <w:tcPr>
            <w:tcW w:type="dxa" w:w="2351"/>
          </w:tcPr>
          <w:p/>
        </w:tc>
        <w:tc>
          <w:tcPr>
            <w:tcW w:type="dxa" w:w="2351"/>
          </w:tcPr>
          <w:p>
            <w:r>
              <w:t>die Gemeinden</w:t>
            </w:r>
            <w:r>
              <w:br/>
            </w:r>
            <w:r>
              <w:t>Bad Homburg v. d. Höhe, Friedrichsdorf, Glashütten, Grävenwiesbach, Neu-Anspach, Oberursel (Taunus), Schmitten im Taunus, Usingen, Wehrheim, Weilrod</w:t>
            </w:r>
          </w:p>
        </w:tc>
      </w:tr>
      <w:tr>
        <w:trPr>
          <w:cantSplit/>
        </w:trPr>
        <w:tc>
          <w:tcPr>
            <w:tcW w:type="dxa" w:w="2351"/>
          </w:tcPr>
          <w:p/>
        </w:tc>
        <w:tc>
          <w:tcPr>
            <w:tcW w:type="dxa" w:w="2351"/>
          </w:tcPr>
          <w:p/>
        </w:tc>
        <w:tc>
          <w:tcPr>
            <w:tcW w:type="dxa" w:w="4702"/>
            <w:gridSpan w:val="2"/>
          </w:tcPr>
          <w:p>
            <w:r>
              <w:t>(Übrige Gemeinden s. Wkr. 180)</w:t>
            </w:r>
          </w:p>
        </w:tc>
      </w:tr>
      <w:tr>
        <w:trPr>
          <w:cantSplit/>
        </w:trPr>
        <w:tc>
          <w:tcPr>
            <w:tcW w:type="dxa" w:w="2351"/>
          </w:tcPr>
          <w:p/>
        </w:tc>
        <w:tc>
          <w:tcPr>
            <w:tcW w:type="dxa" w:w="2351"/>
          </w:tcPr>
          <w:p/>
        </w:tc>
        <w:tc>
          <w:tcPr>
            <w:tcW w:type="dxa" w:w="4702"/>
            <w:gridSpan w:val="2"/>
          </w:tcPr>
          <w:p>
            <w:r>
              <w:t>vom Landkreis Limburg-Weilburg</w:t>
            </w:r>
          </w:p>
        </w:tc>
      </w:tr>
      <w:tr>
        <w:trPr>
          <w:cantSplit/>
        </w:trPr>
        <w:tc>
          <w:tcPr>
            <w:tcW w:type="dxa" w:w="2351"/>
          </w:tcPr>
          <w:p/>
        </w:tc>
        <w:tc>
          <w:tcPr>
            <w:tcW w:type="dxa" w:w="2351"/>
          </w:tcPr>
          <w:p/>
        </w:tc>
        <w:tc>
          <w:tcPr>
            <w:tcW w:type="dxa" w:w="2351"/>
          </w:tcPr>
          <w:p/>
        </w:tc>
        <w:tc>
          <w:tcPr>
            <w:tcW w:type="dxa" w:w="2351"/>
          </w:tcPr>
          <w:p>
            <w:r>
              <w:t>die Gemeinden</w:t>
            </w:r>
            <w:r>
              <w:br/>
            </w:r>
            <w:r>
              <w:t>Beselich, Löhnberg, Mengerskirchen, Merenberg, Runkel, Villmar, Weilburg, Weilmünster, Weinbach</w:t>
            </w:r>
          </w:p>
        </w:tc>
      </w:tr>
      <w:tr>
        <w:trPr>
          <w:cantSplit/>
        </w:trPr>
        <w:tc>
          <w:tcPr>
            <w:tcW w:type="dxa" w:w="2351"/>
          </w:tcPr>
          <w:p/>
        </w:tc>
        <w:tc>
          <w:tcPr>
            <w:tcW w:type="dxa" w:w="2351"/>
          </w:tcPr>
          <w:p/>
        </w:tc>
        <w:tc>
          <w:tcPr>
            <w:tcW w:type="dxa" w:w="4702"/>
            <w:gridSpan w:val="2"/>
          </w:tcPr>
          <w:p>
            <w:r>
              <w:t>(Übrige Gemeinden s. Wkr. 177)</w:t>
            </w:r>
          </w:p>
        </w:tc>
      </w:tr>
      <w:tr>
        <w:trPr>
          <w:cantSplit/>
        </w:trPr>
        <w:tc>
          <w:tcPr>
            <w:tcW w:type="dxa" w:w="2351"/>
          </w:tcPr>
          <w:p>
            <w:r>
              <w:t>176</w:t>
            </w:r>
          </w:p>
        </w:tc>
        <w:tc>
          <w:tcPr>
            <w:tcW w:type="dxa" w:w="2351"/>
          </w:tcPr>
          <w:p>
            <w:r>
              <w:t>Wetterau I</w:t>
            </w:r>
          </w:p>
        </w:tc>
        <w:tc>
          <w:tcPr>
            <w:tcW w:type="dxa" w:w="4702"/>
            <w:gridSpan w:val="2"/>
          </w:tcPr>
          <w:p>
            <w:r>
              <w:t>Vom Wetteraukreis</w:t>
            </w:r>
          </w:p>
        </w:tc>
      </w:tr>
      <w:tr>
        <w:trPr>
          <w:cantSplit/>
        </w:trPr>
        <w:tc>
          <w:tcPr>
            <w:tcW w:type="dxa" w:w="2351"/>
          </w:tcPr>
          <w:p/>
        </w:tc>
        <w:tc>
          <w:tcPr>
            <w:tcW w:type="dxa" w:w="2351"/>
          </w:tcPr>
          <w:p/>
        </w:tc>
        <w:tc>
          <w:tcPr>
            <w:tcW w:type="dxa" w:w="2351"/>
          </w:tcPr>
          <w:p/>
        </w:tc>
        <w:tc>
          <w:tcPr>
            <w:tcW w:type="dxa" w:w="2351"/>
          </w:tcPr>
          <w:p>
            <w:r>
              <w:t>die Gemeinden</w:t>
            </w:r>
            <w:r>
              <w:br/>
            </w:r>
            <w:r>
              <w:t>Bad Nauheim, Bad Vilbel, Butzbach, Echzell, Florstadt, Friedberg (Hessen), Karben, Münzenberg, Nidda, Niddatal, Ober-Mörlen, Ranstadt, Reichelsheim (Wetterau), Rockenberg, Rosbach v. d. Höhe, Wölfersheim, Wöllstadt</w:t>
            </w:r>
          </w:p>
        </w:tc>
      </w:tr>
      <w:tr>
        <w:trPr>
          <w:cantSplit/>
        </w:trPr>
        <w:tc>
          <w:tcPr>
            <w:tcW w:type="dxa" w:w="2351"/>
          </w:tcPr>
          <w:p/>
        </w:tc>
        <w:tc>
          <w:tcPr>
            <w:tcW w:type="dxa" w:w="2351"/>
          </w:tcPr>
          <w:p/>
        </w:tc>
        <w:tc>
          <w:tcPr>
            <w:tcW w:type="dxa" w:w="4702"/>
            <w:gridSpan w:val="2"/>
          </w:tcPr>
          <w:p>
            <w:r>
              <w:t>(Übrige Gemeinden s. Wkr. 174)</w:t>
            </w:r>
          </w:p>
        </w:tc>
      </w:tr>
      <w:tr>
        <w:trPr>
          <w:cantSplit/>
        </w:trPr>
        <w:tc>
          <w:tcPr>
            <w:tcW w:type="dxa" w:w="2351"/>
          </w:tcPr>
          <w:p>
            <w:r>
              <w:t>177</w:t>
            </w:r>
          </w:p>
        </w:tc>
        <w:tc>
          <w:tcPr>
            <w:tcW w:type="dxa" w:w="2351"/>
          </w:tcPr>
          <w:p>
            <w:r>
              <w:t>Rheingau-Taunus – Limburg</w:t>
            </w:r>
          </w:p>
        </w:tc>
        <w:tc>
          <w:tcPr>
            <w:tcW w:type="dxa" w:w="4702"/>
            <w:gridSpan w:val="2"/>
          </w:tcPr>
          <w:p>
            <w:r>
              <w:t>Rheingau-Taunus-Kreis</w:t>
            </w:r>
          </w:p>
        </w:tc>
      </w:tr>
      <w:tr>
        <w:trPr>
          <w:cantSplit/>
        </w:trPr>
        <w:tc>
          <w:tcPr>
            <w:tcW w:type="dxa" w:w="2351"/>
          </w:tcPr>
          <w:p/>
        </w:tc>
        <w:tc>
          <w:tcPr>
            <w:tcW w:type="dxa" w:w="2351"/>
          </w:tcPr>
          <w:p/>
        </w:tc>
        <w:tc>
          <w:tcPr>
            <w:tcW w:type="dxa" w:w="4702"/>
            <w:gridSpan w:val="2"/>
          </w:tcPr>
          <w:p>
            <w:r>
              <w:t>vom Landkreis Limburg-Weilburg</w:t>
            </w:r>
          </w:p>
        </w:tc>
      </w:tr>
      <w:tr>
        <w:trPr>
          <w:cantSplit/>
        </w:trPr>
        <w:tc>
          <w:tcPr>
            <w:tcW w:type="dxa" w:w="2351"/>
          </w:tcPr>
          <w:p/>
        </w:tc>
        <w:tc>
          <w:tcPr>
            <w:tcW w:type="dxa" w:w="2351"/>
          </w:tcPr>
          <w:p/>
        </w:tc>
        <w:tc>
          <w:tcPr>
            <w:tcW w:type="dxa" w:w="2351"/>
          </w:tcPr>
          <w:p/>
        </w:tc>
        <w:tc>
          <w:tcPr>
            <w:tcW w:type="dxa" w:w="2351"/>
          </w:tcPr>
          <w:p>
            <w:r>
              <w:t>die Gemeinden</w:t>
            </w:r>
            <w:r>
              <w:br/>
            </w:r>
            <w:r>
              <w:t>Bad Camberg, Brechen, Dornburg, Elbtal, Elz, Hadamar, Hünfelden, Limburg a. d. Lahn, Selters (Taunus), Waldbrunn (Westerwald)</w:t>
            </w:r>
          </w:p>
        </w:tc>
      </w:tr>
      <w:tr>
        <w:trPr>
          <w:cantSplit/>
        </w:trPr>
        <w:tc>
          <w:tcPr>
            <w:tcW w:type="dxa" w:w="2351"/>
          </w:tcPr>
          <w:p/>
        </w:tc>
        <w:tc>
          <w:tcPr>
            <w:tcW w:type="dxa" w:w="2351"/>
          </w:tcPr>
          <w:p/>
        </w:tc>
        <w:tc>
          <w:tcPr>
            <w:tcW w:type="dxa" w:w="4702"/>
            <w:gridSpan w:val="2"/>
          </w:tcPr>
          <w:p>
            <w:r>
              <w:t>(Übrige Gemeinden s. Wkr. 175)</w:t>
            </w:r>
          </w:p>
        </w:tc>
      </w:tr>
      <w:tr>
        <w:trPr>
          <w:cantSplit/>
        </w:trPr>
        <w:tc>
          <w:tcPr>
            <w:tcW w:type="dxa" w:w="2351"/>
          </w:tcPr>
          <w:p>
            <w:r>
              <w:t>178</w:t>
            </w:r>
          </w:p>
        </w:tc>
        <w:tc>
          <w:tcPr>
            <w:tcW w:type="dxa" w:w="2351"/>
          </w:tcPr>
          <w:p>
            <w:r>
              <w:t>Wiesbaden</w:t>
            </w:r>
          </w:p>
        </w:tc>
        <w:tc>
          <w:tcPr>
            <w:tcW w:type="dxa" w:w="4702"/>
            <w:gridSpan w:val="2"/>
          </w:tcPr>
          <w:p>
            <w:r>
              <w:t>Kreisfreie Stadt Wiesbaden</w:t>
            </w:r>
          </w:p>
        </w:tc>
      </w:tr>
      <w:tr>
        <w:trPr>
          <w:cantSplit/>
        </w:trPr>
        <w:tc>
          <w:tcPr>
            <w:tcW w:type="dxa" w:w="2351"/>
          </w:tcPr>
          <w:p>
            <w:r>
              <w:t>179</w:t>
            </w:r>
          </w:p>
        </w:tc>
        <w:tc>
          <w:tcPr>
            <w:tcW w:type="dxa" w:w="2351"/>
          </w:tcPr>
          <w:p>
            <w:r>
              <w:t>Hanau</w:t>
            </w:r>
          </w:p>
        </w:tc>
        <w:tc>
          <w:tcPr>
            <w:tcW w:type="dxa" w:w="4702"/>
            <w:gridSpan w:val="2"/>
          </w:tcPr>
          <w:p>
            <w:r>
              <w:t>Vom Main-Kinzig-Kreis</w:t>
            </w:r>
          </w:p>
        </w:tc>
      </w:tr>
      <w:tr>
        <w:trPr>
          <w:cantSplit/>
        </w:trPr>
        <w:tc>
          <w:tcPr>
            <w:tcW w:type="dxa" w:w="2351"/>
          </w:tcPr>
          <w:p/>
        </w:tc>
        <w:tc>
          <w:tcPr>
            <w:tcW w:type="dxa" w:w="2351"/>
          </w:tcPr>
          <w:p/>
        </w:tc>
        <w:tc>
          <w:tcPr>
            <w:tcW w:type="dxa" w:w="2351"/>
          </w:tcPr>
          <w:p/>
        </w:tc>
        <w:tc>
          <w:tcPr>
            <w:tcW w:type="dxa" w:w="2351"/>
          </w:tcPr>
          <w:p>
            <w:r>
              <w:t>die Gemeinden</w:t>
            </w:r>
            <w:r>
              <w:br/>
            </w:r>
            <w:r>
              <w:t>Bruchköbel, Erlensee, Großkrotzenburg, Hammersbach, Hanau, Hasselroth, Langenselbold, Maintal, Neuberg, Nidderau, Niederdorfelden, Rodenbach, Ronneburg, Schöneck</w:t>
            </w:r>
          </w:p>
        </w:tc>
      </w:tr>
      <w:tr>
        <w:trPr>
          <w:cantSplit/>
        </w:trPr>
        <w:tc>
          <w:tcPr>
            <w:tcW w:type="dxa" w:w="2351"/>
          </w:tcPr>
          <w:p/>
        </w:tc>
        <w:tc>
          <w:tcPr>
            <w:tcW w:type="dxa" w:w="2351"/>
          </w:tcPr>
          <w:p/>
        </w:tc>
        <w:tc>
          <w:tcPr>
            <w:tcW w:type="dxa" w:w="4702"/>
            <w:gridSpan w:val="2"/>
          </w:tcPr>
          <w:p>
            <w:r>
              <w:t>(Übrige Gemeinden s. Wkr. 174)</w:t>
            </w:r>
          </w:p>
        </w:tc>
      </w:tr>
      <w:tr>
        <w:trPr>
          <w:cantSplit/>
        </w:trPr>
        <w:tc>
          <w:tcPr>
            <w:tcW w:type="dxa" w:w="2351"/>
          </w:tcPr>
          <w:p>
            <w:r>
              <w:t>180</w:t>
            </w:r>
          </w:p>
        </w:tc>
        <w:tc>
          <w:tcPr>
            <w:tcW w:type="dxa" w:w="2351"/>
          </w:tcPr>
          <w:p>
            <w:r>
              <w:t>Main-Taunus</w:t>
            </w:r>
          </w:p>
        </w:tc>
        <w:tc>
          <w:tcPr>
            <w:tcW w:type="dxa" w:w="4702"/>
            <w:gridSpan w:val="2"/>
          </w:tcPr>
          <w:p>
            <w:r>
              <w:t>Main-Taunus-Kreis</w:t>
            </w:r>
          </w:p>
        </w:tc>
      </w:tr>
      <w:tr>
        <w:trPr>
          <w:cantSplit/>
        </w:trPr>
        <w:tc>
          <w:tcPr>
            <w:tcW w:type="dxa" w:w="2351"/>
          </w:tcPr>
          <w:p/>
        </w:tc>
        <w:tc>
          <w:tcPr>
            <w:tcW w:type="dxa" w:w="2351"/>
          </w:tcPr>
          <w:p/>
        </w:tc>
        <w:tc>
          <w:tcPr>
            <w:tcW w:type="dxa" w:w="4702"/>
            <w:gridSpan w:val="2"/>
          </w:tcPr>
          <w:p>
            <w:r>
              <w:t>vom Hochtaunuskreis</w:t>
            </w:r>
          </w:p>
        </w:tc>
      </w:tr>
      <w:tr>
        <w:trPr>
          <w:cantSplit/>
        </w:trPr>
        <w:tc>
          <w:tcPr>
            <w:tcW w:type="dxa" w:w="2351"/>
          </w:tcPr>
          <w:p/>
        </w:tc>
        <w:tc>
          <w:tcPr>
            <w:tcW w:type="dxa" w:w="2351"/>
          </w:tcPr>
          <w:p/>
        </w:tc>
        <w:tc>
          <w:tcPr>
            <w:tcW w:type="dxa" w:w="2351"/>
          </w:tcPr>
          <w:p/>
        </w:tc>
        <w:tc>
          <w:tcPr>
            <w:tcW w:type="dxa" w:w="2351"/>
          </w:tcPr>
          <w:p>
            <w:r>
              <w:t>die Gemeinden</w:t>
            </w:r>
            <w:r>
              <w:br/>
            </w:r>
            <w:r>
              <w:t>Königstein im Taunus, Kronberg im Taunus, Steinbach (Taunus)</w:t>
            </w:r>
          </w:p>
        </w:tc>
      </w:tr>
      <w:tr>
        <w:trPr>
          <w:cantSplit/>
        </w:trPr>
        <w:tc>
          <w:tcPr>
            <w:tcW w:type="dxa" w:w="2351"/>
          </w:tcPr>
          <w:p/>
        </w:tc>
        <w:tc>
          <w:tcPr>
            <w:tcW w:type="dxa" w:w="2351"/>
          </w:tcPr>
          <w:p/>
        </w:tc>
        <w:tc>
          <w:tcPr>
            <w:tcW w:type="dxa" w:w="4702"/>
            <w:gridSpan w:val="2"/>
          </w:tcPr>
          <w:p>
            <w:r>
              <w:t>(Übrige Gemeinden s. Wkr. 175)</w:t>
            </w:r>
          </w:p>
        </w:tc>
      </w:tr>
      <w:tr>
        <w:trPr>
          <w:cantSplit/>
        </w:trPr>
        <w:tc>
          <w:tcPr>
            <w:tcW w:type="dxa" w:w="2351"/>
          </w:tcPr>
          <w:p>
            <w:r>
              <w:t>181</w:t>
            </w:r>
          </w:p>
        </w:tc>
        <w:tc>
          <w:tcPr>
            <w:tcW w:type="dxa" w:w="2351"/>
          </w:tcPr>
          <w:p>
            <w:r>
              <w:t>Frankfurt am Main I</w:t>
            </w:r>
          </w:p>
        </w:tc>
        <w:tc>
          <w:tcPr>
            <w:tcW w:type="dxa" w:w="4702"/>
            <w:gridSpan w:val="2"/>
          </w:tcPr>
          <w:p>
            <w:r>
              <w:t>Von der kreisfreien Stadt Frankfurt am Main</w:t>
            </w:r>
          </w:p>
        </w:tc>
      </w:tr>
      <w:tr>
        <w:trPr>
          <w:cantSplit/>
        </w:trPr>
        <w:tc>
          <w:tcPr>
            <w:tcW w:type="dxa" w:w="2351"/>
          </w:tcPr>
          <w:p/>
        </w:tc>
        <w:tc>
          <w:tcPr>
            <w:tcW w:type="dxa" w:w="2351"/>
          </w:tcPr>
          <w:p/>
        </w:tc>
        <w:tc>
          <w:tcPr>
            <w:tcW w:type="dxa" w:w="2351"/>
          </w:tcPr>
          <w:p/>
        </w:tc>
        <w:tc>
          <w:tcPr>
            <w:tcW w:type="dxa" w:w="2351"/>
          </w:tcPr>
          <w:p>
            <w:r>
              <w:t>die Stadtteile</w:t>
            </w:r>
            <w:r>
              <w:br/>
            </w:r>
            <w:r>
              <w:t>Altstadt, Bahnhofsviertel, Bockenheim, Dornbusch, Eschersheim, Gallus, Ginnheim, Griesheim, Gutleutviertel, Hausen, Heddernheim, Höchst, Innenstadt, Nied, Niederursel, Praunheim, Rödelheim, Sindlingen, Sossenheim, Unterliederbach, Westend-Nord, Westend-Süd, Zeilsheim</w:t>
            </w:r>
          </w:p>
        </w:tc>
      </w:tr>
      <w:tr>
        <w:trPr>
          <w:cantSplit/>
        </w:trPr>
        <w:tc>
          <w:tcPr>
            <w:tcW w:type="dxa" w:w="2351"/>
          </w:tcPr>
          <w:p/>
        </w:tc>
        <w:tc>
          <w:tcPr>
            <w:tcW w:type="dxa" w:w="2351"/>
          </w:tcPr>
          <w:p/>
        </w:tc>
        <w:tc>
          <w:tcPr>
            <w:tcW w:type="dxa" w:w="4702"/>
            <w:gridSpan w:val="2"/>
          </w:tcPr>
          <w:p>
            <w:r>
              <w:t>(Übrige Stadtteile s. Wkr. 182)</w:t>
            </w:r>
          </w:p>
        </w:tc>
      </w:tr>
      <w:tr>
        <w:trPr>
          <w:cantSplit/>
        </w:trPr>
        <w:tc>
          <w:tcPr>
            <w:tcW w:type="dxa" w:w="2351"/>
          </w:tcPr>
          <w:p>
            <w:r>
              <w:t>182</w:t>
            </w:r>
          </w:p>
        </w:tc>
        <w:tc>
          <w:tcPr>
            <w:tcW w:type="dxa" w:w="2351"/>
          </w:tcPr>
          <w:p>
            <w:r>
              <w:t>Frankfurt am Main II</w:t>
            </w:r>
          </w:p>
        </w:tc>
        <w:tc>
          <w:tcPr>
            <w:tcW w:type="dxa" w:w="4702"/>
            <w:gridSpan w:val="2"/>
          </w:tcPr>
          <w:p>
            <w:r>
              <w:t>Von der kreisfreien Stadt Frankfurt am Main</w:t>
            </w:r>
          </w:p>
        </w:tc>
      </w:tr>
      <w:tr>
        <w:trPr>
          <w:cantSplit/>
        </w:trPr>
        <w:tc>
          <w:tcPr>
            <w:tcW w:type="dxa" w:w="2351"/>
          </w:tcPr>
          <w:p/>
        </w:tc>
        <w:tc>
          <w:tcPr>
            <w:tcW w:type="dxa" w:w="2351"/>
          </w:tcPr>
          <w:p/>
        </w:tc>
        <w:tc>
          <w:tcPr>
            <w:tcW w:type="dxa" w:w="2351"/>
          </w:tcPr>
          <w:p/>
        </w:tc>
        <w:tc>
          <w:tcPr>
            <w:tcW w:type="dxa" w:w="2351"/>
          </w:tcPr>
          <w:p>
            <w:r>
              <w:t>die Stadtteile</w:t>
            </w:r>
            <w:r>
              <w:br/>
            </w:r>
            <w:r>
              <w:t>Bergen-Enkheim, Berkersheim, Bonames, Bornheim, Eckenheim, Fechenheim, Flughafen, Frankfurter Berg, Harheim, Kalbach-Riedberg, Nieder-Erlenbach, Nieder-Eschbach, Niederrad, Nordend-Ost, Nordend-West, Oberrad, Ostend, Preungesheim, Riederwald, Sachsenhausen-Nord, Sachsenhausen-Süd, Schwanheim, Seckbach</w:t>
            </w:r>
          </w:p>
        </w:tc>
      </w:tr>
      <w:tr>
        <w:trPr>
          <w:cantSplit/>
        </w:trPr>
        <w:tc>
          <w:tcPr>
            <w:tcW w:type="dxa" w:w="2351"/>
          </w:tcPr>
          <w:p/>
        </w:tc>
        <w:tc>
          <w:tcPr>
            <w:tcW w:type="dxa" w:w="2351"/>
          </w:tcPr>
          <w:p/>
        </w:tc>
        <w:tc>
          <w:tcPr>
            <w:tcW w:type="dxa" w:w="4702"/>
            <w:gridSpan w:val="2"/>
          </w:tcPr>
          <w:p>
            <w:r>
              <w:t>(Übrige Stadtteile s. Wkr 181)</w:t>
            </w:r>
          </w:p>
        </w:tc>
      </w:tr>
      <w:tr>
        <w:trPr>
          <w:cantSplit/>
        </w:trPr>
        <w:tc>
          <w:tcPr>
            <w:tcW w:type="dxa" w:w="2351"/>
          </w:tcPr>
          <w:p>
            <w:r>
              <w:t>183</w:t>
            </w:r>
          </w:p>
        </w:tc>
        <w:tc>
          <w:tcPr>
            <w:tcW w:type="dxa" w:w="2351"/>
          </w:tcPr>
          <w:p>
            <w:r>
              <w:t>Groß-Gerau</w:t>
            </w:r>
          </w:p>
        </w:tc>
        <w:tc>
          <w:tcPr>
            <w:tcW w:type="dxa" w:w="4702"/>
            <w:gridSpan w:val="2"/>
          </w:tcPr>
          <w:p>
            <w:r>
              <w:t>Landkreis Groß-Gerau</w:t>
            </w:r>
          </w:p>
        </w:tc>
      </w:tr>
      <w:tr>
        <w:trPr>
          <w:cantSplit/>
        </w:trPr>
        <w:tc>
          <w:tcPr>
            <w:tcW w:type="dxa" w:w="2351"/>
          </w:tcPr>
          <w:p>
            <w:r>
              <w:t>184</w:t>
            </w:r>
          </w:p>
        </w:tc>
        <w:tc>
          <w:tcPr>
            <w:tcW w:type="dxa" w:w="2351"/>
          </w:tcPr>
          <w:p>
            <w:r>
              <w:t>Offenbach</w:t>
            </w:r>
          </w:p>
        </w:tc>
        <w:tc>
          <w:tcPr>
            <w:tcW w:type="dxa" w:w="4702"/>
            <w:gridSpan w:val="2"/>
          </w:tcPr>
          <w:p>
            <w:r>
              <w:t>Kreisfreie Stadt Offenbach am Main</w:t>
            </w:r>
          </w:p>
        </w:tc>
      </w:tr>
      <w:tr>
        <w:trPr>
          <w:cantSplit/>
        </w:trPr>
        <w:tc>
          <w:tcPr>
            <w:tcW w:type="dxa" w:w="2351"/>
          </w:tcPr>
          <w:p/>
        </w:tc>
        <w:tc>
          <w:tcPr>
            <w:tcW w:type="dxa" w:w="2351"/>
          </w:tcPr>
          <w:p/>
        </w:tc>
        <w:tc>
          <w:tcPr>
            <w:tcW w:type="dxa" w:w="4702"/>
            <w:gridSpan w:val="2"/>
          </w:tcPr>
          <w:p>
            <w:r>
              <w:t>vom Landkreis Offenbach</w:t>
            </w:r>
          </w:p>
        </w:tc>
      </w:tr>
      <w:tr>
        <w:trPr>
          <w:cantSplit/>
        </w:trPr>
        <w:tc>
          <w:tcPr>
            <w:tcW w:type="dxa" w:w="2351"/>
          </w:tcPr>
          <w:p/>
        </w:tc>
        <w:tc>
          <w:tcPr>
            <w:tcW w:type="dxa" w:w="2351"/>
          </w:tcPr>
          <w:p/>
        </w:tc>
        <w:tc>
          <w:tcPr>
            <w:tcW w:type="dxa" w:w="2351"/>
          </w:tcPr>
          <w:p/>
        </w:tc>
        <w:tc>
          <w:tcPr>
            <w:tcW w:type="dxa" w:w="2351"/>
          </w:tcPr>
          <w:p>
            <w:r>
              <w:t>die Gemeinden</w:t>
            </w:r>
            <w:r>
              <w:br/>
            </w:r>
            <w:r>
              <w:t>Dietzenbach, Dreieich, Egelsbach, Heusenstamm, Langen (Hessen), Mühlheim am Main, Neu-Isenburg, Obertshausen</w:t>
            </w:r>
          </w:p>
        </w:tc>
      </w:tr>
      <w:tr>
        <w:trPr>
          <w:cantSplit/>
        </w:trPr>
        <w:tc>
          <w:tcPr>
            <w:tcW w:type="dxa" w:w="2351"/>
          </w:tcPr>
          <w:p/>
        </w:tc>
        <w:tc>
          <w:tcPr>
            <w:tcW w:type="dxa" w:w="2351"/>
          </w:tcPr>
          <w:p/>
        </w:tc>
        <w:tc>
          <w:tcPr>
            <w:tcW w:type="dxa" w:w="4702"/>
            <w:gridSpan w:val="2"/>
          </w:tcPr>
          <w:p>
            <w:r>
              <w:t>(Übrige Gemeinden s. Wkr. 186)</w:t>
            </w:r>
          </w:p>
        </w:tc>
      </w:tr>
      <w:tr>
        <w:trPr>
          <w:cantSplit/>
        </w:trPr>
        <w:tc>
          <w:tcPr>
            <w:tcW w:type="dxa" w:w="2351"/>
          </w:tcPr>
          <w:p>
            <w:r>
              <w:t>185</w:t>
            </w:r>
          </w:p>
        </w:tc>
        <w:tc>
          <w:tcPr>
            <w:tcW w:type="dxa" w:w="2351"/>
          </w:tcPr>
          <w:p>
            <w:r>
              <w:t>Darmstadt</w:t>
            </w:r>
          </w:p>
        </w:tc>
        <w:tc>
          <w:tcPr>
            <w:tcW w:type="dxa" w:w="4702"/>
            <w:gridSpan w:val="2"/>
          </w:tcPr>
          <w:p>
            <w:r>
              <w:t>Kreisfreie Stadt Darmstadt</w:t>
            </w:r>
          </w:p>
        </w:tc>
      </w:tr>
      <w:tr>
        <w:trPr>
          <w:cantSplit/>
        </w:trPr>
        <w:tc>
          <w:tcPr>
            <w:tcW w:type="dxa" w:w="2351"/>
          </w:tcPr>
          <w:p/>
        </w:tc>
        <w:tc>
          <w:tcPr>
            <w:tcW w:type="dxa" w:w="2351"/>
          </w:tcPr>
          <w:p/>
        </w:tc>
        <w:tc>
          <w:tcPr>
            <w:tcW w:type="dxa" w:w="4702"/>
            <w:gridSpan w:val="2"/>
          </w:tcPr>
          <w:p>
            <w:r>
              <w:t>vom Landkreis Darmstadt-Dieburg</w:t>
            </w:r>
          </w:p>
        </w:tc>
      </w:tr>
      <w:tr>
        <w:trPr>
          <w:cantSplit/>
        </w:trPr>
        <w:tc>
          <w:tcPr>
            <w:tcW w:type="dxa" w:w="2351"/>
          </w:tcPr>
          <w:p/>
        </w:tc>
        <w:tc>
          <w:tcPr>
            <w:tcW w:type="dxa" w:w="2351"/>
          </w:tcPr>
          <w:p/>
        </w:tc>
        <w:tc>
          <w:tcPr>
            <w:tcW w:type="dxa" w:w="2351"/>
          </w:tcPr>
          <w:p/>
        </w:tc>
        <w:tc>
          <w:tcPr>
            <w:tcW w:type="dxa" w:w="2351"/>
          </w:tcPr>
          <w:p>
            <w:r>
              <w:t>die Gemeinden</w:t>
            </w:r>
            <w:r>
              <w:br/>
            </w:r>
            <w:r>
              <w:t>Alsbach-Hähnlein, Bickenbach, Eppertshausen, Erzhausen, Griesheim, Messel, Modautal, Mühltal, Münster (Hessen), Ober-Ramstadt, Pfungstadt, Roßdorf, Seeheim-Jugenheim, Weiterstadt</w:t>
            </w:r>
          </w:p>
        </w:tc>
      </w:tr>
      <w:tr>
        <w:trPr>
          <w:cantSplit/>
        </w:trPr>
        <w:tc>
          <w:tcPr>
            <w:tcW w:type="dxa" w:w="2351"/>
          </w:tcPr>
          <w:p/>
        </w:tc>
        <w:tc>
          <w:tcPr>
            <w:tcW w:type="dxa" w:w="2351"/>
          </w:tcPr>
          <w:p/>
        </w:tc>
        <w:tc>
          <w:tcPr>
            <w:tcW w:type="dxa" w:w="4702"/>
            <w:gridSpan w:val="2"/>
          </w:tcPr>
          <w:p>
            <w:r>
              <w:t>(Übrige Gemeinden s. Wkr. 186)</w:t>
            </w:r>
          </w:p>
        </w:tc>
      </w:tr>
      <w:tr>
        <w:trPr>
          <w:cantSplit/>
        </w:trPr>
        <w:tc>
          <w:tcPr>
            <w:tcW w:type="dxa" w:w="2351"/>
          </w:tcPr>
          <w:p>
            <w:r>
              <w:t>186</w:t>
            </w:r>
          </w:p>
        </w:tc>
        <w:tc>
          <w:tcPr>
            <w:tcW w:type="dxa" w:w="2351"/>
          </w:tcPr>
          <w:p>
            <w:r>
              <w:t>Odenwald</w:t>
            </w:r>
          </w:p>
        </w:tc>
        <w:tc>
          <w:tcPr>
            <w:tcW w:type="dxa" w:w="4702"/>
            <w:gridSpan w:val="2"/>
          </w:tcPr>
          <w:p>
            <w:r>
              <w:t>Odenwaldkreis</w:t>
            </w:r>
          </w:p>
        </w:tc>
      </w:tr>
      <w:tr>
        <w:trPr>
          <w:cantSplit/>
        </w:trPr>
        <w:tc>
          <w:tcPr>
            <w:tcW w:type="dxa" w:w="2351"/>
          </w:tcPr>
          <w:p/>
        </w:tc>
        <w:tc>
          <w:tcPr>
            <w:tcW w:type="dxa" w:w="2351"/>
          </w:tcPr>
          <w:p/>
        </w:tc>
        <w:tc>
          <w:tcPr>
            <w:tcW w:type="dxa" w:w="4702"/>
            <w:gridSpan w:val="2"/>
          </w:tcPr>
          <w:p>
            <w:r>
              <w:t>vom Landkreis Darmstadt-Dieburg</w:t>
            </w:r>
          </w:p>
        </w:tc>
      </w:tr>
      <w:tr>
        <w:trPr>
          <w:cantSplit/>
        </w:trPr>
        <w:tc>
          <w:tcPr>
            <w:tcW w:type="dxa" w:w="2351"/>
          </w:tcPr>
          <w:p/>
        </w:tc>
        <w:tc>
          <w:tcPr>
            <w:tcW w:type="dxa" w:w="2351"/>
          </w:tcPr>
          <w:p/>
        </w:tc>
        <w:tc>
          <w:tcPr>
            <w:tcW w:type="dxa" w:w="2351"/>
          </w:tcPr>
          <w:p/>
        </w:tc>
        <w:tc>
          <w:tcPr>
            <w:tcW w:type="dxa" w:w="2351"/>
          </w:tcPr>
          <w:p>
            <w:r>
              <w:t>die Gemeinden</w:t>
            </w:r>
            <w:r>
              <w:br/>
            </w:r>
            <w:r>
              <w:t>Babenhausen, Dieburg, Fischbachtal, Groß-Bieberau, Groß-Umstadt, Groß-Zimmern, Otzberg, Reinheim, Schaafheim</w:t>
            </w:r>
          </w:p>
        </w:tc>
      </w:tr>
      <w:tr>
        <w:trPr>
          <w:cantSplit/>
        </w:trPr>
        <w:tc>
          <w:tcPr>
            <w:tcW w:type="dxa" w:w="2351"/>
          </w:tcPr>
          <w:p/>
        </w:tc>
        <w:tc>
          <w:tcPr>
            <w:tcW w:type="dxa" w:w="2351"/>
          </w:tcPr>
          <w:p/>
        </w:tc>
        <w:tc>
          <w:tcPr>
            <w:tcW w:type="dxa" w:w="4702"/>
            <w:gridSpan w:val="2"/>
          </w:tcPr>
          <w:p>
            <w:r>
              <w:t>(Übrige Gemeinden s. Wkr. 185)</w:t>
            </w:r>
          </w:p>
        </w:tc>
      </w:tr>
      <w:tr>
        <w:trPr>
          <w:cantSplit/>
        </w:trPr>
        <w:tc>
          <w:tcPr>
            <w:tcW w:type="dxa" w:w="2351"/>
          </w:tcPr>
          <w:p/>
        </w:tc>
        <w:tc>
          <w:tcPr>
            <w:tcW w:type="dxa" w:w="2351"/>
          </w:tcPr>
          <w:p/>
        </w:tc>
        <w:tc>
          <w:tcPr>
            <w:tcW w:type="dxa" w:w="4702"/>
            <w:gridSpan w:val="2"/>
          </w:tcPr>
          <w:p>
            <w:r>
              <w:t>vom Landkreis Offenbach</w:t>
            </w:r>
          </w:p>
        </w:tc>
      </w:tr>
      <w:tr>
        <w:trPr>
          <w:cantSplit/>
        </w:trPr>
        <w:tc>
          <w:tcPr>
            <w:tcW w:type="dxa" w:w="2351"/>
          </w:tcPr>
          <w:p/>
        </w:tc>
        <w:tc>
          <w:tcPr>
            <w:tcW w:type="dxa" w:w="2351"/>
          </w:tcPr>
          <w:p/>
        </w:tc>
        <w:tc>
          <w:tcPr>
            <w:tcW w:type="dxa" w:w="2351"/>
          </w:tcPr>
          <w:p/>
        </w:tc>
        <w:tc>
          <w:tcPr>
            <w:tcW w:type="dxa" w:w="2351"/>
          </w:tcPr>
          <w:p>
            <w:r>
              <w:t>die Gemeinden</w:t>
            </w:r>
            <w:r>
              <w:br/>
            </w:r>
            <w:r>
              <w:t>Hainburg, Mainhausen, Rodgau, Rödermark, Seligenstadt</w:t>
            </w:r>
          </w:p>
        </w:tc>
      </w:tr>
      <w:tr>
        <w:trPr>
          <w:cantSplit/>
        </w:trPr>
        <w:tc>
          <w:tcPr>
            <w:tcW w:type="dxa" w:w="2351"/>
          </w:tcPr>
          <w:p/>
        </w:tc>
        <w:tc>
          <w:tcPr>
            <w:tcW w:type="dxa" w:w="2351"/>
          </w:tcPr>
          <w:p/>
        </w:tc>
        <w:tc>
          <w:tcPr>
            <w:tcW w:type="dxa" w:w="4702"/>
            <w:gridSpan w:val="2"/>
          </w:tcPr>
          <w:p>
            <w:r>
              <w:t>(Übrige Gemeinden s. Wkr. 184)</w:t>
            </w:r>
          </w:p>
        </w:tc>
      </w:tr>
      <w:tr>
        <w:trPr>
          <w:cantSplit/>
        </w:trPr>
        <w:tc>
          <w:tcPr>
            <w:tcW w:type="dxa" w:w="2351"/>
          </w:tcPr>
          <w:p>
            <w:r>
              <w:t>187</w:t>
            </w:r>
          </w:p>
        </w:tc>
        <w:tc>
          <w:tcPr>
            <w:tcW w:type="dxa" w:w="2351"/>
          </w:tcPr>
          <w:p>
            <w:r>
              <w:t>Bergstraße</w:t>
            </w:r>
          </w:p>
        </w:tc>
        <w:tc>
          <w:tcPr>
            <w:tcW w:type="dxa" w:w="4702"/>
            <w:gridSpan w:val="2"/>
          </w:tcPr>
          <w:p>
            <w:r>
              <w:t>Landkreis Bergstraße</w:t>
            </w:r>
          </w:p>
        </w:tc>
      </w:tr>
      <w:tr>
        <w:trPr>
          <w:cantSplit/>
        </w:trPr>
        <w:tc>
          <w:tcPr>
            <w:tcW w:type="dxa" w:w="9404"/>
            <w:gridSpan w:val="4"/>
          </w:tcPr>
          <w:p>
            <w:r>
              <w:rPr>
                <w:b/>
              </w:rPr>
              <w:t>Thüringen</w:t>
            </w:r>
          </w:p>
        </w:tc>
      </w:tr>
      <w:tr>
        <w:trPr>
          <w:cantSplit/>
        </w:trPr>
        <w:tc>
          <w:tcPr>
            <w:tcW w:type="dxa" w:w="2351"/>
          </w:tcPr>
          <w:p>
            <w:r>
              <w:t>188</w:t>
            </w:r>
          </w:p>
        </w:tc>
        <w:tc>
          <w:tcPr>
            <w:tcW w:type="dxa" w:w="2351"/>
            <w:vMerge w:val="restart"/>
          </w:tcPr>
          <w:p>
            <w:r>
              <w:t>Eichsfeld – Nordhausen –</w:t>
            </w:r>
            <w:r>
              <w:br/>
            </w:r>
            <w:r>
              <w:t>Kyffhäuserkreis</w:t>
            </w:r>
          </w:p>
        </w:tc>
        <w:tc>
          <w:tcPr>
            <w:tcW w:type="dxa" w:w="4702"/>
            <w:gridSpan w:val="2"/>
          </w:tcPr>
          <w:p>
            <w:r>
              <w:t>Landkreis Eichsfeld</w:t>
            </w:r>
          </w:p>
        </w:tc>
      </w:tr>
      <w:tr>
        <w:trPr>
          <w:cantSplit/>
        </w:trPr>
        <w:tc>
          <w:tcPr>
            <w:tcW w:type="dxa" w:w="2351"/>
          </w:tcPr>
          <w:p/>
        </w:tc>
        <w:tc>
          <w:tcPr>
            <w:tcW w:type="dxa" w:w="2351"/>
            <w:vMerge/>
          </w:tcPr>
          <w:p/>
        </w:tc>
        <w:tc>
          <w:tcPr>
            <w:tcW w:type="dxa" w:w="4702"/>
            <w:gridSpan w:val="2"/>
          </w:tcPr>
          <w:p>
            <w:r>
              <w:t>Landkreis Kyffhäuserkreis</w:t>
            </w:r>
          </w:p>
        </w:tc>
      </w:tr>
      <w:tr>
        <w:trPr>
          <w:cantSplit/>
        </w:trPr>
        <w:tc>
          <w:tcPr>
            <w:tcW w:type="dxa" w:w="2351"/>
          </w:tcPr>
          <w:p/>
        </w:tc>
        <w:tc>
          <w:tcPr>
            <w:tcW w:type="dxa" w:w="2351"/>
          </w:tcPr>
          <w:p/>
        </w:tc>
        <w:tc>
          <w:tcPr>
            <w:tcW w:type="dxa" w:w="4702"/>
            <w:gridSpan w:val="2"/>
          </w:tcPr>
          <w:p>
            <w:r>
              <w:t>Landkreis Nordhausen</w:t>
            </w:r>
          </w:p>
        </w:tc>
      </w:tr>
      <w:tr>
        <w:trPr>
          <w:cantSplit/>
        </w:trPr>
        <w:tc>
          <w:tcPr>
            <w:tcW w:type="dxa" w:w="2351"/>
          </w:tcPr>
          <w:p>
            <w:r>
              <w:t>189</w:t>
            </w:r>
          </w:p>
        </w:tc>
        <w:tc>
          <w:tcPr>
            <w:tcW w:type="dxa" w:w="2351"/>
            <w:vMerge w:val="restart"/>
          </w:tcPr>
          <w:p>
            <w:r>
              <w:t>Eisenach – Wartburgkreis –</w:t>
            </w:r>
            <w:r>
              <w:br/>
            </w:r>
            <w:r>
              <w:t>Unstrut-Hainich-Kreis</w:t>
            </w:r>
          </w:p>
        </w:tc>
        <w:tc>
          <w:tcPr>
            <w:tcW w:type="dxa" w:w="4702"/>
            <w:gridSpan w:val="2"/>
          </w:tcPr>
          <w:p>
            <w:r>
              <w:t>Landkreis Unstrut-Hainich-Kreis</w:t>
            </w:r>
          </w:p>
        </w:tc>
      </w:tr>
      <w:tr>
        <w:trPr>
          <w:cantSplit/>
        </w:trPr>
        <w:tc>
          <w:tcPr>
            <w:tcW w:type="dxa" w:w="2351"/>
          </w:tcPr>
          <w:p/>
        </w:tc>
        <w:tc>
          <w:tcPr>
            <w:tcW w:type="dxa" w:w="2351"/>
            <w:vMerge/>
          </w:tcPr>
          <w:p/>
        </w:tc>
        <w:tc>
          <w:tcPr>
            <w:tcW w:type="dxa" w:w="4702"/>
            <w:gridSpan w:val="2"/>
          </w:tcPr>
          <w:p>
            <w:r>
              <w:t>Landkreis Wartburgkreis</w:t>
            </w:r>
          </w:p>
        </w:tc>
      </w:tr>
      <w:tr>
        <w:trPr>
          <w:cantSplit/>
        </w:trPr>
        <w:tc>
          <w:tcPr>
            <w:tcW w:type="dxa" w:w="2351"/>
          </w:tcPr>
          <w:p>
            <w:r>
              <w:t>190</w:t>
            </w:r>
          </w:p>
        </w:tc>
        <w:tc>
          <w:tcPr>
            <w:tcW w:type="dxa" w:w="2351"/>
            <w:vMerge w:val="restart"/>
          </w:tcPr>
          <w:p>
            <w:r>
              <w:t>Jena – Sömmerda – Weimarer Land I</w:t>
            </w:r>
          </w:p>
        </w:tc>
        <w:tc>
          <w:tcPr>
            <w:tcW w:type="dxa" w:w="4702"/>
            <w:gridSpan w:val="2"/>
          </w:tcPr>
          <w:p>
            <w:r>
              <w:t>Kreisfreie Stadt Jena</w:t>
            </w:r>
          </w:p>
        </w:tc>
      </w:tr>
      <w:tr>
        <w:trPr>
          <w:cantSplit/>
        </w:trPr>
        <w:tc>
          <w:tcPr>
            <w:tcW w:type="dxa" w:w="2351"/>
          </w:tcPr>
          <w:p/>
        </w:tc>
        <w:tc>
          <w:tcPr>
            <w:tcW w:type="dxa" w:w="2351"/>
            <w:vMerge/>
          </w:tcPr>
          <w:p/>
        </w:tc>
        <w:tc>
          <w:tcPr>
            <w:tcW w:type="dxa" w:w="4702"/>
            <w:gridSpan w:val="2"/>
          </w:tcPr>
          <w:p>
            <w:r>
              <w:t>Landkreis Sömmerda</w:t>
            </w:r>
          </w:p>
        </w:tc>
      </w:tr>
      <w:tr>
        <w:trPr>
          <w:cantSplit/>
        </w:trPr>
        <w:tc>
          <w:tcPr>
            <w:tcW w:type="dxa" w:w="2351"/>
          </w:tcPr>
          <w:p/>
        </w:tc>
        <w:tc>
          <w:tcPr>
            <w:tcW w:type="dxa" w:w="2351"/>
          </w:tcPr>
          <w:p/>
        </w:tc>
        <w:tc>
          <w:tcPr>
            <w:tcW w:type="dxa" w:w="4702"/>
            <w:gridSpan w:val="2"/>
          </w:tcPr>
          <w:p>
            <w:r>
              <w:t>vom Landkreis Weimarer Land</w:t>
            </w:r>
          </w:p>
        </w:tc>
      </w:tr>
      <w:tr>
        <w:trPr>
          <w:cantSplit/>
        </w:trPr>
        <w:tc>
          <w:tcPr>
            <w:tcW w:type="dxa" w:w="2351"/>
          </w:tcPr>
          <w:p/>
        </w:tc>
        <w:tc>
          <w:tcPr>
            <w:tcW w:type="dxa" w:w="2351"/>
          </w:tcPr>
          <w:p/>
        </w:tc>
        <w:tc>
          <w:tcPr>
            <w:tcW w:type="dxa" w:w="2351"/>
          </w:tcPr>
          <w:p/>
        </w:tc>
        <w:tc>
          <w:tcPr>
            <w:tcW w:type="dxa" w:w="2351"/>
          </w:tcPr>
          <w:p>
            <w:r>
              <w:t>verwaltungsgemeinschaftsfreie Gemeinden</w:t>
            </w:r>
            <w:r>
              <w:br/>
            </w:r>
            <w:r>
              <w:t>Apolda, Bad Berka, Blankenhain, Ilmtal-Weinstraße</w:t>
            </w:r>
          </w:p>
        </w:tc>
      </w:tr>
      <w:tr>
        <w:trPr>
          <w:cantSplit/>
        </w:trPr>
        <w:tc>
          <w:tcPr>
            <w:tcW w:type="dxa" w:w="2351"/>
          </w:tcPr>
          <w:p/>
        </w:tc>
        <w:tc>
          <w:tcPr>
            <w:tcW w:type="dxa" w:w="2351"/>
          </w:tcPr>
          <w:p/>
        </w:tc>
        <w:tc>
          <w:tcPr>
            <w:tcW w:type="dxa" w:w="2351"/>
          </w:tcPr>
          <w:p/>
        </w:tc>
        <w:tc>
          <w:tcPr>
            <w:tcW w:type="dxa" w:w="2351"/>
          </w:tcPr>
          <w:p>
            <w:r>
              <w:t>Erfüllende Gemeinde Am Ettersberg</w:t>
            </w:r>
          </w:p>
        </w:tc>
      </w:tr>
      <w:tr>
        <w:trPr>
          <w:cantSplit/>
        </w:trPr>
        <w:tc>
          <w:tcPr>
            <w:tcW w:type="dxa" w:w="2351"/>
          </w:tcPr>
          <w:p/>
        </w:tc>
        <w:tc>
          <w:tcPr>
            <w:tcW w:type="dxa" w:w="2351"/>
          </w:tcPr>
          <w:p/>
        </w:tc>
        <w:tc>
          <w:tcPr>
            <w:tcW w:type="dxa" w:w="2351"/>
          </w:tcPr>
          <w:p/>
        </w:tc>
        <w:tc>
          <w:tcPr>
            <w:tcW w:type="dxa" w:w="2351"/>
          </w:tcPr>
          <w:p>
            <w:r>
              <w:t xml:space="preserve"> die Gemeinden</w:t>
            </w:r>
            <w:r>
              <w:br/>
            </w:r>
            <w:r>
              <w:t>Am Ettersberg, Ballstedt, Ettersburg, Neumark</w:t>
            </w:r>
          </w:p>
        </w:tc>
      </w:tr>
      <w:tr>
        <w:trPr>
          <w:cantSplit/>
        </w:trPr>
        <w:tc>
          <w:tcPr>
            <w:tcW w:type="dxa" w:w="2351"/>
          </w:tcPr>
          <w:p/>
        </w:tc>
        <w:tc>
          <w:tcPr>
            <w:tcW w:type="dxa" w:w="2351"/>
          </w:tcPr>
          <w:p/>
        </w:tc>
        <w:tc>
          <w:tcPr>
            <w:tcW w:type="dxa" w:w="2351"/>
          </w:tcPr>
          <w:p/>
        </w:tc>
        <w:tc>
          <w:tcPr>
            <w:tcW w:type="dxa" w:w="2351"/>
          </w:tcPr>
          <w:p>
            <w:r>
              <w:t>Erfüllende Gemeinde Bad Sulza</w:t>
            </w:r>
          </w:p>
        </w:tc>
      </w:tr>
      <w:tr>
        <w:trPr>
          <w:cantSplit/>
        </w:trPr>
        <w:tc>
          <w:tcPr>
            <w:tcW w:type="dxa" w:w="2351"/>
          </w:tcPr>
          <w:p/>
        </w:tc>
        <w:tc>
          <w:tcPr>
            <w:tcW w:type="dxa" w:w="2351"/>
          </w:tcPr>
          <w:p/>
        </w:tc>
        <w:tc>
          <w:tcPr>
            <w:tcW w:type="dxa" w:w="2351"/>
          </w:tcPr>
          <w:p/>
        </w:tc>
        <w:tc>
          <w:tcPr>
            <w:tcW w:type="dxa" w:w="2351"/>
          </w:tcPr>
          <w:p>
            <w:r>
              <w:t xml:space="preserve"> die Gemeinden</w:t>
            </w:r>
            <w:r>
              <w:br/>
            </w:r>
            <w:r>
              <w:t>Bad Sulza, Eberstedt, Großheringen, Niedertrebra, Obertrebra, Schmiedehausen</w:t>
            </w:r>
          </w:p>
        </w:tc>
      </w:tr>
      <w:tr>
        <w:trPr>
          <w:cantSplit/>
        </w:trPr>
        <w:tc>
          <w:tcPr>
            <w:tcW w:type="dxa" w:w="2351"/>
          </w:tcPr>
          <w:p/>
        </w:tc>
        <w:tc>
          <w:tcPr>
            <w:tcW w:type="dxa" w:w="2351"/>
          </w:tcPr>
          <w:p/>
        </w:tc>
        <w:tc>
          <w:tcPr>
            <w:tcW w:type="dxa" w:w="2351"/>
          </w:tcPr>
          <w:p/>
        </w:tc>
        <w:tc>
          <w:tcPr>
            <w:tcW w:type="dxa" w:w="2351"/>
          </w:tcPr>
          <w:p>
            <w:r>
              <w:t>Verwaltungsgemeinschaft Kranichfeld</w:t>
            </w:r>
          </w:p>
        </w:tc>
      </w:tr>
      <w:tr>
        <w:trPr>
          <w:cantSplit/>
        </w:trPr>
        <w:tc>
          <w:tcPr>
            <w:tcW w:type="dxa" w:w="2351"/>
          </w:tcPr>
          <w:p/>
        </w:tc>
        <w:tc>
          <w:tcPr>
            <w:tcW w:type="dxa" w:w="2351"/>
          </w:tcPr>
          <w:p/>
        </w:tc>
        <w:tc>
          <w:tcPr>
            <w:tcW w:type="dxa" w:w="2351"/>
          </w:tcPr>
          <w:p/>
        </w:tc>
        <w:tc>
          <w:tcPr>
            <w:tcW w:type="dxa" w:w="2351"/>
          </w:tcPr>
          <w:p>
            <w:r>
              <w:t xml:space="preserve"> die Gemeinden</w:t>
            </w:r>
            <w:r>
              <w:br/>
            </w:r>
            <w:r>
              <w:t>Hohenfelden, Klettbach, Kranichfeld, Nauendorf, Rittersdorf, Tonndorf</w:t>
            </w:r>
          </w:p>
        </w:tc>
      </w:tr>
      <w:tr>
        <w:trPr>
          <w:cantSplit/>
        </w:trPr>
        <w:tc>
          <w:tcPr>
            <w:tcW w:type="dxa" w:w="2351"/>
          </w:tcPr>
          <w:p/>
        </w:tc>
        <w:tc>
          <w:tcPr>
            <w:tcW w:type="dxa" w:w="2351"/>
          </w:tcPr>
          <w:p/>
        </w:tc>
        <w:tc>
          <w:tcPr>
            <w:tcW w:type="dxa" w:w="2351"/>
          </w:tcPr>
          <w:p/>
        </w:tc>
        <w:tc>
          <w:tcPr>
            <w:tcW w:type="dxa" w:w="2351"/>
          </w:tcPr>
          <w:p>
            <w:r>
              <w:t>Verwaltungsgemeinschaft Mellingen</w:t>
            </w:r>
          </w:p>
        </w:tc>
      </w:tr>
      <w:tr>
        <w:trPr>
          <w:cantSplit/>
        </w:trPr>
        <w:tc>
          <w:tcPr>
            <w:tcW w:type="dxa" w:w="2351"/>
          </w:tcPr>
          <w:p/>
        </w:tc>
        <w:tc>
          <w:tcPr>
            <w:tcW w:type="dxa" w:w="2351"/>
          </w:tcPr>
          <w:p/>
        </w:tc>
        <w:tc>
          <w:tcPr>
            <w:tcW w:type="dxa" w:w="2351"/>
          </w:tcPr>
          <w:p/>
        </w:tc>
        <w:tc>
          <w:tcPr>
            <w:tcW w:type="dxa" w:w="2351"/>
          </w:tcPr>
          <w:p>
            <w:r>
              <w:t xml:space="preserve"> die Gemeinden</w:t>
            </w:r>
            <w:r>
              <w:br/>
            </w:r>
            <w:r>
              <w:t>Buchfart, Döbritschen, Frankendorf, Großschwabhausen, Hammerstedt, Hetschburg, Kapellendorf, Kiliansroda, Kleinschwabhausen, Lehnstedt, Magdala, Mechelroda, Mellingen, Oettern, Umpferstedt, Vollersroda, Wiegendorf</w:t>
            </w:r>
          </w:p>
        </w:tc>
      </w:tr>
      <w:tr>
        <w:trPr>
          <w:cantSplit/>
        </w:trPr>
        <w:tc>
          <w:tcPr>
            <w:tcW w:type="dxa" w:w="2351"/>
          </w:tcPr>
          <w:p/>
        </w:tc>
        <w:tc>
          <w:tcPr>
            <w:tcW w:type="dxa" w:w="2351"/>
          </w:tcPr>
          <w:p/>
        </w:tc>
        <w:tc>
          <w:tcPr>
            <w:tcW w:type="dxa" w:w="4702"/>
            <w:gridSpan w:val="2"/>
          </w:tcPr>
          <w:p>
            <w:r>
              <w:t>(Übrige Gemeinden s. Wkr. 192)</w:t>
            </w:r>
          </w:p>
        </w:tc>
      </w:tr>
      <w:tr>
        <w:trPr>
          <w:cantSplit/>
        </w:trPr>
        <w:tc>
          <w:tcPr>
            <w:tcW w:type="dxa" w:w="2351"/>
          </w:tcPr>
          <w:p>
            <w:r>
              <w:t>191</w:t>
            </w:r>
          </w:p>
        </w:tc>
        <w:tc>
          <w:tcPr>
            <w:tcW w:type="dxa" w:w="2351"/>
          </w:tcPr>
          <w:p>
            <w:r>
              <w:t>Gotha – Ilm-Kreis</w:t>
            </w:r>
          </w:p>
        </w:tc>
        <w:tc>
          <w:tcPr>
            <w:tcW w:type="dxa" w:w="4702"/>
            <w:gridSpan w:val="2"/>
          </w:tcPr>
          <w:p>
            <w:r>
              <w:t>Landkreis Gotha</w:t>
            </w:r>
          </w:p>
        </w:tc>
      </w:tr>
      <w:tr>
        <w:trPr>
          <w:cantSplit/>
        </w:trPr>
        <w:tc>
          <w:tcPr>
            <w:tcW w:type="dxa" w:w="2351"/>
          </w:tcPr>
          <w:p/>
        </w:tc>
        <w:tc>
          <w:tcPr>
            <w:tcW w:type="dxa" w:w="2351"/>
          </w:tcPr>
          <w:p/>
        </w:tc>
        <w:tc>
          <w:tcPr>
            <w:tcW w:type="dxa" w:w="4702"/>
            <w:gridSpan w:val="2"/>
          </w:tcPr>
          <w:p>
            <w:r>
              <w:t>Landkreis Ilm-Kreis</w:t>
            </w:r>
          </w:p>
        </w:tc>
      </w:tr>
      <w:tr>
        <w:trPr>
          <w:cantSplit/>
        </w:trPr>
        <w:tc>
          <w:tcPr>
            <w:tcW w:type="dxa" w:w="2351"/>
          </w:tcPr>
          <w:p>
            <w:r>
              <w:t>192</w:t>
            </w:r>
          </w:p>
        </w:tc>
        <w:tc>
          <w:tcPr>
            <w:tcW w:type="dxa" w:w="2351"/>
            <w:vMerge w:val="restart"/>
          </w:tcPr>
          <w:p>
            <w:r>
              <w:t>Erfurt – Weimar – Weimarer Land II</w:t>
            </w:r>
          </w:p>
        </w:tc>
        <w:tc>
          <w:tcPr>
            <w:tcW w:type="dxa" w:w="4702"/>
            <w:gridSpan w:val="2"/>
          </w:tcPr>
          <w:p>
            <w:r>
              <w:t>Kreisfreie Stadt Erfurt</w:t>
            </w:r>
          </w:p>
        </w:tc>
      </w:tr>
      <w:tr>
        <w:trPr>
          <w:cantSplit/>
        </w:trPr>
        <w:tc>
          <w:tcPr>
            <w:tcW w:type="dxa" w:w="2351"/>
          </w:tcPr>
          <w:p/>
        </w:tc>
        <w:tc>
          <w:tcPr>
            <w:tcW w:type="dxa" w:w="2351"/>
            <w:vMerge/>
          </w:tcPr>
          <w:p/>
        </w:tc>
        <w:tc>
          <w:tcPr>
            <w:tcW w:type="dxa" w:w="4702"/>
            <w:gridSpan w:val="2"/>
          </w:tcPr>
          <w:p>
            <w:r>
              <w:t>Kreisfreie Stadt Weimar</w:t>
            </w:r>
          </w:p>
        </w:tc>
      </w:tr>
      <w:tr>
        <w:trPr>
          <w:cantSplit/>
        </w:trPr>
        <w:tc>
          <w:tcPr>
            <w:tcW w:type="dxa" w:w="2351"/>
          </w:tcPr>
          <w:p/>
        </w:tc>
        <w:tc>
          <w:tcPr>
            <w:tcW w:type="dxa" w:w="2351"/>
          </w:tcPr>
          <w:p/>
        </w:tc>
        <w:tc>
          <w:tcPr>
            <w:tcW w:type="dxa" w:w="4702"/>
            <w:gridSpan w:val="2"/>
          </w:tcPr>
          <w:p>
            <w:r>
              <w:t>vom Landkreis Weimarer Land</w:t>
            </w:r>
          </w:p>
        </w:tc>
      </w:tr>
      <w:tr>
        <w:trPr>
          <w:cantSplit/>
        </w:trPr>
        <w:tc>
          <w:tcPr>
            <w:tcW w:type="dxa" w:w="2351"/>
          </w:tcPr>
          <w:p/>
        </w:tc>
        <w:tc>
          <w:tcPr>
            <w:tcW w:type="dxa" w:w="2351"/>
          </w:tcPr>
          <w:p/>
        </w:tc>
        <w:tc>
          <w:tcPr>
            <w:tcW w:type="dxa" w:w="2351"/>
          </w:tcPr>
          <w:p/>
        </w:tc>
        <w:tc>
          <w:tcPr>
            <w:tcW w:type="dxa" w:w="2351"/>
          </w:tcPr>
          <w:p>
            <w:r>
              <w:t>verwaltungsgemeinschaftsfreie Gemeinde Grammetal</w:t>
            </w:r>
          </w:p>
        </w:tc>
      </w:tr>
      <w:tr>
        <w:trPr>
          <w:cantSplit/>
        </w:trPr>
        <w:tc>
          <w:tcPr>
            <w:tcW w:type="dxa" w:w="2351"/>
          </w:tcPr>
          <w:p/>
        </w:tc>
        <w:tc>
          <w:tcPr>
            <w:tcW w:type="dxa" w:w="2351"/>
          </w:tcPr>
          <w:p/>
        </w:tc>
        <w:tc>
          <w:tcPr>
            <w:tcW w:type="dxa" w:w="4702"/>
            <w:gridSpan w:val="2"/>
          </w:tcPr>
          <w:p>
            <w:r>
              <w:t>(Übrige Gemeinden s. Wkr. 190)</w:t>
            </w:r>
          </w:p>
        </w:tc>
      </w:tr>
      <w:tr>
        <w:trPr>
          <w:cantSplit/>
        </w:trPr>
        <w:tc>
          <w:tcPr>
            <w:tcW w:type="dxa" w:w="2351"/>
          </w:tcPr>
          <w:p>
            <w:r>
              <w:t>193</w:t>
            </w:r>
          </w:p>
        </w:tc>
        <w:tc>
          <w:tcPr>
            <w:tcW w:type="dxa" w:w="2351"/>
          </w:tcPr>
          <w:p>
            <w:r>
              <w:t>Gera – Greiz – Altenburger Land</w:t>
            </w:r>
          </w:p>
        </w:tc>
        <w:tc>
          <w:tcPr>
            <w:tcW w:type="dxa" w:w="4702"/>
            <w:gridSpan w:val="2"/>
          </w:tcPr>
          <w:p>
            <w:r>
              <w:t>Kreisfreie Stadt Gera</w:t>
            </w:r>
          </w:p>
        </w:tc>
      </w:tr>
      <w:tr>
        <w:trPr>
          <w:cantSplit/>
        </w:trPr>
        <w:tc>
          <w:tcPr>
            <w:tcW w:type="dxa" w:w="2351"/>
          </w:tcPr>
          <w:p/>
        </w:tc>
        <w:tc>
          <w:tcPr>
            <w:tcW w:type="dxa" w:w="2351"/>
          </w:tcPr>
          <w:p/>
        </w:tc>
        <w:tc>
          <w:tcPr>
            <w:tcW w:type="dxa" w:w="4702"/>
            <w:gridSpan w:val="2"/>
          </w:tcPr>
          <w:p>
            <w:r>
              <w:t>Landkreis Altenburger Land</w:t>
            </w:r>
          </w:p>
        </w:tc>
      </w:tr>
      <w:tr>
        <w:trPr>
          <w:cantSplit/>
        </w:trPr>
        <w:tc>
          <w:tcPr>
            <w:tcW w:type="dxa" w:w="2351"/>
          </w:tcPr>
          <w:p/>
        </w:tc>
        <w:tc>
          <w:tcPr>
            <w:tcW w:type="dxa" w:w="2351"/>
          </w:tcPr>
          <w:p/>
        </w:tc>
        <w:tc>
          <w:tcPr>
            <w:tcW w:type="dxa" w:w="4702"/>
            <w:gridSpan w:val="2"/>
          </w:tcPr>
          <w:p>
            <w:r>
              <w:t>Landkreis Greiz</w:t>
            </w:r>
          </w:p>
        </w:tc>
      </w:tr>
      <w:tr>
        <w:trPr>
          <w:cantSplit/>
        </w:trPr>
        <w:tc>
          <w:tcPr>
            <w:tcW w:type="dxa" w:w="2351"/>
          </w:tcPr>
          <w:p>
            <w:r>
              <w:t>194</w:t>
            </w:r>
          </w:p>
        </w:tc>
        <w:tc>
          <w:tcPr>
            <w:tcW w:type="dxa" w:w="2351"/>
            <w:vMerge w:val="restart"/>
          </w:tcPr>
          <w:p>
            <w:r>
              <w:t>Saalfeld-Rudolstadt –</w:t>
            </w:r>
            <w:r>
              <w:br/>
            </w:r>
            <w:r>
              <w:t>Saale-Holzland-Kreis – Saale-Orla-Kreis</w:t>
            </w:r>
          </w:p>
        </w:tc>
        <w:tc>
          <w:tcPr>
            <w:tcW w:type="dxa" w:w="4702"/>
            <w:gridSpan w:val="2"/>
          </w:tcPr>
          <w:p>
            <w:r>
              <w:t>Landkreis Saale-Holzland-Kreis</w:t>
            </w:r>
          </w:p>
        </w:tc>
      </w:tr>
      <w:tr>
        <w:trPr>
          <w:cantSplit/>
        </w:trPr>
        <w:tc>
          <w:tcPr>
            <w:tcW w:type="dxa" w:w="2351"/>
          </w:tcPr>
          <w:p/>
        </w:tc>
        <w:tc>
          <w:tcPr>
            <w:tcW w:type="dxa" w:w="2351"/>
            <w:vMerge/>
          </w:tcPr>
          <w:p/>
        </w:tc>
        <w:tc>
          <w:tcPr>
            <w:tcW w:type="dxa" w:w="4702"/>
            <w:gridSpan w:val="2"/>
          </w:tcPr>
          <w:p>
            <w:r>
              <w:t>Landkreis Saale-Orla-Kreis</w:t>
            </w:r>
          </w:p>
        </w:tc>
      </w:tr>
      <w:tr>
        <w:trPr>
          <w:cantSplit/>
        </w:trPr>
        <w:tc>
          <w:tcPr>
            <w:tcW w:type="dxa" w:w="2351"/>
          </w:tcPr>
          <w:p/>
        </w:tc>
        <w:tc>
          <w:tcPr>
            <w:tcW w:type="dxa" w:w="2351"/>
          </w:tcPr>
          <w:p/>
        </w:tc>
        <w:tc>
          <w:tcPr>
            <w:tcW w:type="dxa" w:w="4702"/>
            <w:gridSpan w:val="2"/>
          </w:tcPr>
          <w:p>
            <w:r>
              <w:t>Landkreis Saalfeld-Rudolstadt</w:t>
            </w:r>
          </w:p>
        </w:tc>
      </w:tr>
      <w:tr>
        <w:trPr>
          <w:cantSplit/>
        </w:trPr>
        <w:tc>
          <w:tcPr>
            <w:tcW w:type="dxa" w:w="2351"/>
          </w:tcPr>
          <w:p>
            <w:r>
              <w:t>195</w:t>
            </w:r>
          </w:p>
        </w:tc>
        <w:tc>
          <w:tcPr>
            <w:tcW w:type="dxa" w:w="2351"/>
            <w:vMerge w:val="restart"/>
          </w:tcPr>
          <w:p>
            <w:r>
              <w:t>Suhl – Schmalkalden-Meiningen –</w:t>
            </w:r>
            <w:r>
              <w:br/>
            </w:r>
            <w:r>
              <w:t>Hildburghausen – Sonneberg</w:t>
            </w:r>
          </w:p>
        </w:tc>
        <w:tc>
          <w:tcPr>
            <w:tcW w:type="dxa" w:w="4702"/>
            <w:gridSpan w:val="2"/>
          </w:tcPr>
          <w:p>
            <w:r>
              <w:t>Kreisfreie Stadt Suhl</w:t>
            </w:r>
          </w:p>
        </w:tc>
      </w:tr>
      <w:tr>
        <w:trPr>
          <w:cantSplit/>
        </w:trPr>
        <w:tc>
          <w:tcPr>
            <w:tcW w:type="dxa" w:w="2351"/>
          </w:tcPr>
          <w:p/>
        </w:tc>
        <w:tc>
          <w:tcPr>
            <w:tcW w:type="dxa" w:w="2351"/>
            <w:vMerge/>
          </w:tcPr>
          <w:p/>
        </w:tc>
        <w:tc>
          <w:tcPr>
            <w:tcW w:type="dxa" w:w="4702"/>
            <w:gridSpan w:val="2"/>
          </w:tcPr>
          <w:p>
            <w:r>
              <w:t>Landkreis Hildburghausen</w:t>
            </w:r>
          </w:p>
        </w:tc>
      </w:tr>
      <w:tr>
        <w:trPr>
          <w:cantSplit/>
        </w:trPr>
        <w:tc>
          <w:tcPr>
            <w:tcW w:type="dxa" w:w="2351"/>
          </w:tcPr>
          <w:p/>
        </w:tc>
        <w:tc>
          <w:tcPr>
            <w:tcW w:type="dxa" w:w="2351"/>
          </w:tcPr>
          <w:p/>
        </w:tc>
        <w:tc>
          <w:tcPr>
            <w:tcW w:type="dxa" w:w="4702"/>
            <w:gridSpan w:val="2"/>
          </w:tcPr>
          <w:p>
            <w:r>
              <w:t>Landkreis Schmalkalden-Meiningen</w:t>
            </w:r>
          </w:p>
        </w:tc>
      </w:tr>
      <w:tr>
        <w:trPr>
          <w:cantSplit/>
        </w:trPr>
        <w:tc>
          <w:tcPr>
            <w:tcW w:type="dxa" w:w="2351"/>
          </w:tcPr>
          <w:p/>
        </w:tc>
        <w:tc>
          <w:tcPr>
            <w:tcW w:type="dxa" w:w="2351"/>
          </w:tcPr>
          <w:p/>
        </w:tc>
        <w:tc>
          <w:tcPr>
            <w:tcW w:type="dxa" w:w="4702"/>
            <w:gridSpan w:val="2"/>
          </w:tcPr>
          <w:p>
            <w:r>
              <w:t>Landkreis Sonneberg</w:t>
            </w:r>
          </w:p>
        </w:tc>
      </w:tr>
      <w:tr>
        <w:trPr>
          <w:cantSplit/>
        </w:trPr>
        <w:tc>
          <w:tcPr>
            <w:tcW w:type="dxa" w:w="9404"/>
            <w:gridSpan w:val="4"/>
          </w:tcPr>
          <w:p>
            <w:r>
              <w:rPr>
                <w:b/>
              </w:rPr>
              <w:t>Rheinland-Pfalz</w:t>
            </w:r>
          </w:p>
        </w:tc>
      </w:tr>
      <w:tr>
        <w:trPr>
          <w:cantSplit/>
        </w:trPr>
        <w:tc>
          <w:tcPr>
            <w:tcW w:type="dxa" w:w="2351"/>
          </w:tcPr>
          <w:p>
            <w:r>
              <w:t>196</w:t>
            </w:r>
          </w:p>
        </w:tc>
        <w:tc>
          <w:tcPr>
            <w:tcW w:type="dxa" w:w="2351"/>
          </w:tcPr>
          <w:p>
            <w:r>
              <w:t>Neuwied</w:t>
            </w:r>
          </w:p>
        </w:tc>
        <w:tc>
          <w:tcPr>
            <w:tcW w:type="dxa" w:w="4702"/>
            <w:gridSpan w:val="2"/>
          </w:tcPr>
          <w:p>
            <w:r>
              <w:t>Landkreis Altenkirchen (Westerwald)</w:t>
            </w:r>
          </w:p>
        </w:tc>
      </w:tr>
      <w:tr>
        <w:trPr>
          <w:cantSplit/>
        </w:trPr>
        <w:tc>
          <w:tcPr>
            <w:tcW w:type="dxa" w:w="2351"/>
          </w:tcPr>
          <w:p/>
        </w:tc>
        <w:tc>
          <w:tcPr>
            <w:tcW w:type="dxa" w:w="2351"/>
          </w:tcPr>
          <w:p/>
        </w:tc>
        <w:tc>
          <w:tcPr>
            <w:tcW w:type="dxa" w:w="4702"/>
            <w:gridSpan w:val="2"/>
          </w:tcPr>
          <w:p>
            <w:r>
              <w:t>Landkreis Neuwied</w:t>
            </w:r>
          </w:p>
        </w:tc>
      </w:tr>
      <w:tr>
        <w:trPr>
          <w:cantSplit/>
        </w:trPr>
        <w:tc>
          <w:tcPr>
            <w:tcW w:type="dxa" w:w="2351"/>
          </w:tcPr>
          <w:p>
            <w:r>
              <w:t>197</w:t>
            </w:r>
          </w:p>
        </w:tc>
        <w:tc>
          <w:tcPr>
            <w:tcW w:type="dxa" w:w="2351"/>
          </w:tcPr>
          <w:p>
            <w:r>
              <w:t>Ahrweiler</w:t>
            </w:r>
          </w:p>
        </w:tc>
        <w:tc>
          <w:tcPr>
            <w:tcW w:type="dxa" w:w="4702"/>
            <w:gridSpan w:val="2"/>
          </w:tcPr>
          <w:p>
            <w:r>
              <w:t>Landkreis Ahrweiler</w:t>
            </w:r>
          </w:p>
        </w:tc>
      </w:tr>
      <w:tr>
        <w:trPr>
          <w:cantSplit/>
        </w:trPr>
        <w:tc>
          <w:tcPr>
            <w:tcW w:type="dxa" w:w="2351"/>
          </w:tcPr>
          <w:p/>
        </w:tc>
        <w:tc>
          <w:tcPr>
            <w:tcW w:type="dxa" w:w="2351"/>
          </w:tcPr>
          <w:p/>
        </w:tc>
        <w:tc>
          <w:tcPr>
            <w:tcW w:type="dxa" w:w="4702"/>
            <w:gridSpan w:val="2"/>
          </w:tcPr>
          <w:p>
            <w:r>
              <w:t>vom Landkreis Mayen-Koblenz</w:t>
            </w:r>
          </w:p>
        </w:tc>
      </w:tr>
      <w:tr>
        <w:trPr>
          <w:cantSplit/>
        </w:trPr>
        <w:tc>
          <w:tcPr>
            <w:tcW w:type="dxa" w:w="2351"/>
          </w:tcPr>
          <w:p/>
        </w:tc>
        <w:tc>
          <w:tcPr>
            <w:tcW w:type="dxa" w:w="2351"/>
          </w:tcPr>
          <w:p/>
        </w:tc>
        <w:tc>
          <w:tcPr>
            <w:tcW w:type="dxa" w:w="2351"/>
          </w:tcPr>
          <w:p/>
        </w:tc>
        <w:tc>
          <w:tcPr>
            <w:tcW w:type="dxa" w:w="2351"/>
          </w:tcPr>
          <w:p>
            <w:r>
              <w:t>verbandsfreie Gemeinden</w:t>
            </w:r>
            <w:r>
              <w:br/>
            </w:r>
            <w:r>
              <w:t>Andernach, Mayen</w:t>
            </w:r>
          </w:p>
        </w:tc>
      </w:tr>
      <w:tr>
        <w:trPr>
          <w:cantSplit/>
        </w:trPr>
        <w:tc>
          <w:tcPr>
            <w:tcW w:type="dxa" w:w="2351"/>
          </w:tcPr>
          <w:p/>
        </w:tc>
        <w:tc>
          <w:tcPr>
            <w:tcW w:type="dxa" w:w="2351"/>
          </w:tcPr>
          <w:p/>
        </w:tc>
        <w:tc>
          <w:tcPr>
            <w:tcW w:type="dxa" w:w="2351"/>
          </w:tcPr>
          <w:p/>
        </w:tc>
        <w:tc>
          <w:tcPr>
            <w:tcW w:type="dxa" w:w="2351"/>
          </w:tcPr>
          <w:p>
            <w:r>
              <w:t>Verbandsgemeinde Maifeld</w:t>
            </w:r>
          </w:p>
        </w:tc>
      </w:tr>
      <w:tr>
        <w:trPr>
          <w:cantSplit/>
        </w:trPr>
        <w:tc>
          <w:tcPr>
            <w:tcW w:type="dxa" w:w="2351"/>
          </w:tcPr>
          <w:p/>
        </w:tc>
        <w:tc>
          <w:tcPr>
            <w:tcW w:type="dxa" w:w="2351"/>
          </w:tcPr>
          <w:p/>
        </w:tc>
        <w:tc>
          <w:tcPr>
            <w:tcW w:type="dxa" w:w="2351"/>
          </w:tcPr>
          <w:p/>
        </w:tc>
        <w:tc>
          <w:tcPr>
            <w:tcW w:type="dxa" w:w="2351"/>
          </w:tcPr>
          <w:p>
            <w:r>
              <w:t xml:space="preserve"> die Gemeinden</w:t>
            </w:r>
            <w:r>
              <w:br/>
            </w:r>
            <w:r>
              <w:t>Einig, Gappenach, Gering, Gierschnach, Kalt, Kerben, Kollig, Lonnig, Mertloch, Münstermaifeld, Naunheim, Ochtendung, Pillig, Polch, Rüber, Trimbs, Welling, Wierschem</w:t>
            </w:r>
          </w:p>
        </w:tc>
      </w:tr>
      <w:tr>
        <w:trPr>
          <w:cantSplit/>
        </w:trPr>
        <w:tc>
          <w:tcPr>
            <w:tcW w:type="dxa" w:w="2351"/>
          </w:tcPr>
          <w:p/>
        </w:tc>
        <w:tc>
          <w:tcPr>
            <w:tcW w:type="dxa" w:w="2351"/>
          </w:tcPr>
          <w:p/>
        </w:tc>
        <w:tc>
          <w:tcPr>
            <w:tcW w:type="dxa" w:w="2351"/>
          </w:tcPr>
          <w:p/>
        </w:tc>
        <w:tc>
          <w:tcPr>
            <w:tcW w:type="dxa" w:w="2351"/>
          </w:tcPr>
          <w:p>
            <w:r>
              <w:t>Verbandsgemeinde Mendig</w:t>
            </w:r>
          </w:p>
        </w:tc>
      </w:tr>
      <w:tr>
        <w:trPr>
          <w:cantSplit/>
        </w:trPr>
        <w:tc>
          <w:tcPr>
            <w:tcW w:type="dxa" w:w="2351"/>
          </w:tcPr>
          <w:p/>
        </w:tc>
        <w:tc>
          <w:tcPr>
            <w:tcW w:type="dxa" w:w="2351"/>
          </w:tcPr>
          <w:p/>
        </w:tc>
        <w:tc>
          <w:tcPr>
            <w:tcW w:type="dxa" w:w="2351"/>
          </w:tcPr>
          <w:p/>
        </w:tc>
        <w:tc>
          <w:tcPr>
            <w:tcW w:type="dxa" w:w="2351"/>
          </w:tcPr>
          <w:p>
            <w:r>
              <w:t xml:space="preserve"> die Gemeinden</w:t>
            </w:r>
            <w:r>
              <w:br/>
            </w:r>
            <w:r>
              <w:t>Bell, Mendig, Rieden, Thür, Volkesfeld</w:t>
            </w:r>
          </w:p>
        </w:tc>
      </w:tr>
      <w:tr>
        <w:trPr>
          <w:cantSplit/>
        </w:trPr>
        <w:tc>
          <w:tcPr>
            <w:tcW w:type="dxa" w:w="2351"/>
          </w:tcPr>
          <w:p/>
        </w:tc>
        <w:tc>
          <w:tcPr>
            <w:tcW w:type="dxa" w:w="2351"/>
          </w:tcPr>
          <w:p/>
        </w:tc>
        <w:tc>
          <w:tcPr>
            <w:tcW w:type="dxa" w:w="2351"/>
          </w:tcPr>
          <w:p/>
        </w:tc>
        <w:tc>
          <w:tcPr>
            <w:tcW w:type="dxa" w:w="2351"/>
          </w:tcPr>
          <w:p>
            <w:r>
              <w:t>Verbandsgemeinde Pellenz</w:t>
            </w:r>
          </w:p>
        </w:tc>
      </w:tr>
      <w:tr>
        <w:trPr>
          <w:cantSplit/>
        </w:trPr>
        <w:tc>
          <w:tcPr>
            <w:tcW w:type="dxa" w:w="2351"/>
          </w:tcPr>
          <w:p/>
        </w:tc>
        <w:tc>
          <w:tcPr>
            <w:tcW w:type="dxa" w:w="2351"/>
          </w:tcPr>
          <w:p/>
        </w:tc>
        <w:tc>
          <w:tcPr>
            <w:tcW w:type="dxa" w:w="2351"/>
          </w:tcPr>
          <w:p/>
        </w:tc>
        <w:tc>
          <w:tcPr>
            <w:tcW w:type="dxa" w:w="2351"/>
          </w:tcPr>
          <w:p>
            <w:r>
              <w:t xml:space="preserve"> die Gemeinden</w:t>
            </w:r>
            <w:r>
              <w:br/>
            </w:r>
            <w:r>
              <w:t>Kretz, Kruft, Nickenich, Plaidt, Saffig</w:t>
            </w:r>
          </w:p>
        </w:tc>
      </w:tr>
      <w:tr>
        <w:trPr>
          <w:cantSplit/>
        </w:trPr>
        <w:tc>
          <w:tcPr>
            <w:tcW w:type="dxa" w:w="2351"/>
          </w:tcPr>
          <w:p/>
        </w:tc>
        <w:tc>
          <w:tcPr>
            <w:tcW w:type="dxa" w:w="2351"/>
          </w:tcPr>
          <w:p/>
        </w:tc>
        <w:tc>
          <w:tcPr>
            <w:tcW w:type="dxa" w:w="2351"/>
          </w:tcPr>
          <w:p/>
        </w:tc>
        <w:tc>
          <w:tcPr>
            <w:tcW w:type="dxa" w:w="2351"/>
          </w:tcPr>
          <w:p>
            <w:r>
              <w:t>Verbandsgemeinde Vordereifel</w:t>
            </w:r>
          </w:p>
        </w:tc>
      </w:tr>
      <w:tr>
        <w:trPr>
          <w:cantSplit/>
        </w:trPr>
        <w:tc>
          <w:tcPr>
            <w:tcW w:type="dxa" w:w="2351"/>
          </w:tcPr>
          <w:p/>
        </w:tc>
        <w:tc>
          <w:tcPr>
            <w:tcW w:type="dxa" w:w="2351"/>
          </w:tcPr>
          <w:p/>
        </w:tc>
        <w:tc>
          <w:tcPr>
            <w:tcW w:type="dxa" w:w="2351"/>
          </w:tcPr>
          <w:p/>
        </w:tc>
        <w:tc>
          <w:tcPr>
            <w:tcW w:type="dxa" w:w="2351"/>
          </w:tcPr>
          <w:p>
            <w:r>
              <w:t xml:space="preserve"> die Gemeinden</w:t>
            </w:r>
            <w:r>
              <w:br/>
            </w:r>
            <w:r>
              <w:t>Acht, Anschau, Arft, Baar, Bermel, Boos, Ditscheid, Ettringen, Hausten, Herresbach, Hirten, Kehrig, Kirchwald, Kottenheim, Langenfeld, Langscheid, Lind, Luxem, Monreal, Münk, Nachtsheim, Reudelsterz, Sankt Johann, Siebenbach, Virneburg, Weiler, Welschenbach</w:t>
            </w:r>
          </w:p>
        </w:tc>
      </w:tr>
      <w:tr>
        <w:trPr>
          <w:cantSplit/>
        </w:trPr>
        <w:tc>
          <w:tcPr>
            <w:tcW w:type="dxa" w:w="2351"/>
          </w:tcPr>
          <w:p/>
        </w:tc>
        <w:tc>
          <w:tcPr>
            <w:tcW w:type="dxa" w:w="2351"/>
          </w:tcPr>
          <w:p/>
        </w:tc>
        <w:tc>
          <w:tcPr>
            <w:tcW w:type="dxa" w:w="4702"/>
            <w:gridSpan w:val="2"/>
          </w:tcPr>
          <w:p>
            <w:r>
              <w:t>(Übrige Gemeinden s. Wkr. 198)</w:t>
            </w:r>
          </w:p>
        </w:tc>
      </w:tr>
      <w:tr>
        <w:trPr>
          <w:cantSplit/>
        </w:trPr>
        <w:tc>
          <w:tcPr>
            <w:tcW w:type="dxa" w:w="2351"/>
          </w:tcPr>
          <w:p>
            <w:r>
              <w:t>198</w:t>
            </w:r>
          </w:p>
        </w:tc>
        <w:tc>
          <w:tcPr>
            <w:tcW w:type="dxa" w:w="2351"/>
          </w:tcPr>
          <w:p>
            <w:r>
              <w:t>Koblenz</w:t>
            </w:r>
          </w:p>
        </w:tc>
        <w:tc>
          <w:tcPr>
            <w:tcW w:type="dxa" w:w="4702"/>
            <w:gridSpan w:val="2"/>
          </w:tcPr>
          <w:p>
            <w:r>
              <w:t>Kreisfreie Stadt Koblenz</w:t>
            </w:r>
          </w:p>
        </w:tc>
      </w:tr>
      <w:tr>
        <w:trPr>
          <w:cantSplit/>
        </w:trPr>
        <w:tc>
          <w:tcPr>
            <w:tcW w:type="dxa" w:w="2351"/>
          </w:tcPr>
          <w:p/>
        </w:tc>
        <w:tc>
          <w:tcPr>
            <w:tcW w:type="dxa" w:w="2351"/>
          </w:tcPr>
          <w:p/>
        </w:tc>
        <w:tc>
          <w:tcPr>
            <w:tcW w:type="dxa" w:w="4702"/>
            <w:gridSpan w:val="2"/>
          </w:tcPr>
          <w:p>
            <w:r>
              <w:t>vom Landkreis Mayen-Koblenz</w:t>
            </w:r>
          </w:p>
        </w:tc>
      </w:tr>
      <w:tr>
        <w:trPr>
          <w:cantSplit/>
        </w:trPr>
        <w:tc>
          <w:tcPr>
            <w:tcW w:type="dxa" w:w="2351"/>
          </w:tcPr>
          <w:p/>
        </w:tc>
        <w:tc>
          <w:tcPr>
            <w:tcW w:type="dxa" w:w="2351"/>
          </w:tcPr>
          <w:p/>
        </w:tc>
        <w:tc>
          <w:tcPr>
            <w:tcW w:type="dxa" w:w="2351"/>
          </w:tcPr>
          <w:p/>
        </w:tc>
        <w:tc>
          <w:tcPr>
            <w:tcW w:type="dxa" w:w="2351"/>
          </w:tcPr>
          <w:p>
            <w:r>
              <w:t>verbandsfreie Gemeinde Bendorf</w:t>
            </w:r>
          </w:p>
        </w:tc>
      </w:tr>
      <w:tr>
        <w:trPr>
          <w:cantSplit/>
        </w:trPr>
        <w:tc>
          <w:tcPr>
            <w:tcW w:type="dxa" w:w="2351"/>
          </w:tcPr>
          <w:p/>
        </w:tc>
        <w:tc>
          <w:tcPr>
            <w:tcW w:type="dxa" w:w="2351"/>
          </w:tcPr>
          <w:p/>
        </w:tc>
        <w:tc>
          <w:tcPr>
            <w:tcW w:type="dxa" w:w="2351"/>
          </w:tcPr>
          <w:p/>
        </w:tc>
        <w:tc>
          <w:tcPr>
            <w:tcW w:type="dxa" w:w="2351"/>
          </w:tcPr>
          <w:p>
            <w:r>
              <w:t>Verbandsgemeinde Rhein-Mosel</w:t>
            </w:r>
          </w:p>
        </w:tc>
      </w:tr>
      <w:tr>
        <w:trPr>
          <w:cantSplit/>
        </w:trPr>
        <w:tc>
          <w:tcPr>
            <w:tcW w:type="dxa" w:w="2351"/>
          </w:tcPr>
          <w:p/>
        </w:tc>
        <w:tc>
          <w:tcPr>
            <w:tcW w:type="dxa" w:w="2351"/>
          </w:tcPr>
          <w:p/>
        </w:tc>
        <w:tc>
          <w:tcPr>
            <w:tcW w:type="dxa" w:w="2351"/>
          </w:tcPr>
          <w:p/>
        </w:tc>
        <w:tc>
          <w:tcPr>
            <w:tcW w:type="dxa" w:w="2351"/>
          </w:tcPr>
          <w:p>
            <w:r>
              <w:t xml:space="preserve"> die Gemeinden</w:t>
            </w:r>
            <w:r>
              <w:br/>
            </w:r>
            <w:r>
              <w:t>Alken, Brey, Brodenbach, Burgen, Dieblich, Hatzenport, Kobern-Gondorf, Lehmen, Löf, Macken, Niederfell, Nörtershausen, Oberfell, Rhens, Spay, Waldesch, Winningen, Wolken</w:t>
            </w:r>
          </w:p>
        </w:tc>
      </w:tr>
      <w:tr>
        <w:trPr>
          <w:cantSplit/>
        </w:trPr>
        <w:tc>
          <w:tcPr>
            <w:tcW w:type="dxa" w:w="2351"/>
          </w:tcPr>
          <w:p/>
        </w:tc>
        <w:tc>
          <w:tcPr>
            <w:tcW w:type="dxa" w:w="2351"/>
          </w:tcPr>
          <w:p/>
        </w:tc>
        <w:tc>
          <w:tcPr>
            <w:tcW w:type="dxa" w:w="2351"/>
          </w:tcPr>
          <w:p/>
        </w:tc>
        <w:tc>
          <w:tcPr>
            <w:tcW w:type="dxa" w:w="2351"/>
          </w:tcPr>
          <w:p>
            <w:r>
              <w:t>Verbandsgemeinde Vallendar</w:t>
            </w:r>
          </w:p>
        </w:tc>
      </w:tr>
      <w:tr>
        <w:trPr>
          <w:cantSplit/>
        </w:trPr>
        <w:tc>
          <w:tcPr>
            <w:tcW w:type="dxa" w:w="2351"/>
          </w:tcPr>
          <w:p/>
        </w:tc>
        <w:tc>
          <w:tcPr>
            <w:tcW w:type="dxa" w:w="2351"/>
          </w:tcPr>
          <w:p/>
        </w:tc>
        <w:tc>
          <w:tcPr>
            <w:tcW w:type="dxa" w:w="2351"/>
          </w:tcPr>
          <w:p/>
        </w:tc>
        <w:tc>
          <w:tcPr>
            <w:tcW w:type="dxa" w:w="2351"/>
          </w:tcPr>
          <w:p>
            <w:r>
              <w:t xml:space="preserve"> die Gemeinden</w:t>
            </w:r>
            <w:r>
              <w:br/>
            </w:r>
            <w:r>
              <w:t>Niederwerth, Urbar, Vallendar, Weitersburg</w:t>
            </w:r>
          </w:p>
        </w:tc>
      </w:tr>
      <w:tr>
        <w:trPr>
          <w:cantSplit/>
        </w:trPr>
        <w:tc>
          <w:tcPr>
            <w:tcW w:type="dxa" w:w="2351"/>
          </w:tcPr>
          <w:p/>
        </w:tc>
        <w:tc>
          <w:tcPr>
            <w:tcW w:type="dxa" w:w="2351"/>
          </w:tcPr>
          <w:p/>
        </w:tc>
        <w:tc>
          <w:tcPr>
            <w:tcW w:type="dxa" w:w="2351"/>
          </w:tcPr>
          <w:p/>
        </w:tc>
        <w:tc>
          <w:tcPr>
            <w:tcW w:type="dxa" w:w="2351"/>
          </w:tcPr>
          <w:p>
            <w:r>
              <w:t>Verbandsgemeinde Weißenthurm</w:t>
            </w:r>
          </w:p>
        </w:tc>
      </w:tr>
      <w:tr>
        <w:trPr>
          <w:cantSplit/>
        </w:trPr>
        <w:tc>
          <w:tcPr>
            <w:tcW w:type="dxa" w:w="2351"/>
          </w:tcPr>
          <w:p/>
        </w:tc>
        <w:tc>
          <w:tcPr>
            <w:tcW w:type="dxa" w:w="2351"/>
          </w:tcPr>
          <w:p/>
        </w:tc>
        <w:tc>
          <w:tcPr>
            <w:tcW w:type="dxa" w:w="2351"/>
          </w:tcPr>
          <w:p/>
        </w:tc>
        <w:tc>
          <w:tcPr>
            <w:tcW w:type="dxa" w:w="2351"/>
          </w:tcPr>
          <w:p>
            <w:r>
              <w:t xml:space="preserve"> die Gemeinden</w:t>
            </w:r>
            <w:r>
              <w:br/>
            </w:r>
            <w:r>
              <w:t>Bassenheim, Kaltenengers, Kettig, Mülheim-Kärlich, Sankt Sebastian, Urmitz, Weißenthurm</w:t>
            </w:r>
          </w:p>
        </w:tc>
      </w:tr>
      <w:tr>
        <w:trPr>
          <w:cantSplit/>
        </w:trPr>
        <w:tc>
          <w:tcPr>
            <w:tcW w:type="dxa" w:w="2351"/>
          </w:tcPr>
          <w:p/>
        </w:tc>
        <w:tc>
          <w:tcPr>
            <w:tcW w:type="dxa" w:w="2351"/>
          </w:tcPr>
          <w:p/>
        </w:tc>
        <w:tc>
          <w:tcPr>
            <w:tcW w:type="dxa" w:w="4702"/>
            <w:gridSpan w:val="2"/>
          </w:tcPr>
          <w:p>
            <w:r>
              <w:t>(Übrige Gemeinden s. Wkr. 197)</w:t>
            </w:r>
          </w:p>
        </w:tc>
      </w:tr>
      <w:tr>
        <w:trPr>
          <w:cantSplit/>
        </w:trPr>
        <w:tc>
          <w:tcPr>
            <w:tcW w:type="dxa" w:w="2351"/>
          </w:tcPr>
          <w:p/>
        </w:tc>
        <w:tc>
          <w:tcPr>
            <w:tcW w:type="dxa" w:w="2351"/>
          </w:tcPr>
          <w:p/>
        </w:tc>
        <w:tc>
          <w:tcPr>
            <w:tcW w:type="dxa" w:w="4702"/>
            <w:gridSpan w:val="2"/>
          </w:tcPr>
          <w:p>
            <w:r>
              <w:t>vom Rhein-Lahn-Kreis</w:t>
            </w:r>
          </w:p>
        </w:tc>
      </w:tr>
      <w:tr>
        <w:trPr>
          <w:cantSplit/>
        </w:trPr>
        <w:tc>
          <w:tcPr>
            <w:tcW w:type="dxa" w:w="2351"/>
          </w:tcPr>
          <w:p/>
        </w:tc>
        <w:tc>
          <w:tcPr>
            <w:tcW w:type="dxa" w:w="2351"/>
          </w:tcPr>
          <w:p/>
        </w:tc>
        <w:tc>
          <w:tcPr>
            <w:tcW w:type="dxa" w:w="2351"/>
          </w:tcPr>
          <w:p/>
        </w:tc>
        <w:tc>
          <w:tcPr>
            <w:tcW w:type="dxa" w:w="2351"/>
          </w:tcPr>
          <w:p>
            <w:r>
              <w:t>verbandsfreie Gemeinde Lahnstein</w:t>
            </w:r>
          </w:p>
        </w:tc>
      </w:tr>
      <w:tr>
        <w:trPr>
          <w:cantSplit/>
        </w:trPr>
        <w:tc>
          <w:tcPr>
            <w:tcW w:type="dxa" w:w="2351"/>
          </w:tcPr>
          <w:p/>
        </w:tc>
        <w:tc>
          <w:tcPr>
            <w:tcW w:type="dxa" w:w="2351"/>
          </w:tcPr>
          <w:p/>
        </w:tc>
        <w:tc>
          <w:tcPr>
            <w:tcW w:type="dxa" w:w="2351"/>
          </w:tcPr>
          <w:p/>
        </w:tc>
        <w:tc>
          <w:tcPr>
            <w:tcW w:type="dxa" w:w="2351"/>
          </w:tcPr>
          <w:p>
            <w:r>
              <w:t>Verbandsgemeinde Loreley</w:t>
            </w:r>
          </w:p>
        </w:tc>
      </w:tr>
      <w:tr>
        <w:trPr>
          <w:cantSplit/>
        </w:trPr>
        <w:tc>
          <w:tcPr>
            <w:tcW w:type="dxa" w:w="2351"/>
          </w:tcPr>
          <w:p/>
        </w:tc>
        <w:tc>
          <w:tcPr>
            <w:tcW w:type="dxa" w:w="2351"/>
          </w:tcPr>
          <w:p/>
        </w:tc>
        <w:tc>
          <w:tcPr>
            <w:tcW w:type="dxa" w:w="2351"/>
          </w:tcPr>
          <w:p/>
        </w:tc>
        <w:tc>
          <w:tcPr>
            <w:tcW w:type="dxa" w:w="2351"/>
          </w:tcPr>
          <w:p>
            <w:r>
              <w:t xml:space="preserve"> die Gemeinden</w:t>
            </w:r>
            <w:r>
              <w:br/>
            </w:r>
            <w:r>
              <w:t>Auel, Bornich, Braubach, Dachsenhausen, Dahlheim, Dörscheid, Filsen, Kamp-Bornhofen, Kaub, Kestert, Lierschied, Lykershausen, Nochern, Osterspai, Patersberg, Prath, Reichenberg, Reitzenhain, Loreleystadt Sankt Goarshausen, Sauerthal, Weisel, Weyer</w:t>
            </w:r>
          </w:p>
        </w:tc>
      </w:tr>
      <w:tr>
        <w:trPr>
          <w:cantSplit/>
        </w:trPr>
        <w:tc>
          <w:tcPr>
            <w:tcW w:type="dxa" w:w="2351"/>
          </w:tcPr>
          <w:p/>
        </w:tc>
        <w:tc>
          <w:tcPr>
            <w:tcW w:type="dxa" w:w="2351"/>
          </w:tcPr>
          <w:p/>
        </w:tc>
        <w:tc>
          <w:tcPr>
            <w:tcW w:type="dxa" w:w="4702"/>
            <w:gridSpan w:val="2"/>
          </w:tcPr>
          <w:p>
            <w:r>
              <w:t>von der Verbandsgemeinde Bad Ems-Nassau</w:t>
            </w:r>
          </w:p>
        </w:tc>
      </w:tr>
      <w:tr>
        <w:trPr>
          <w:cantSplit/>
        </w:trPr>
        <w:tc>
          <w:tcPr>
            <w:tcW w:type="dxa" w:w="2351"/>
          </w:tcPr>
          <w:p/>
        </w:tc>
        <w:tc>
          <w:tcPr>
            <w:tcW w:type="dxa" w:w="2351"/>
          </w:tcPr>
          <w:p/>
        </w:tc>
        <w:tc>
          <w:tcPr>
            <w:tcW w:type="dxa" w:w="2351"/>
          </w:tcPr>
          <w:p/>
        </w:tc>
        <w:tc>
          <w:tcPr>
            <w:tcW w:type="dxa" w:w="2351"/>
          </w:tcPr>
          <w:p>
            <w:r>
              <w:t xml:space="preserve"> die Gemeinden</w:t>
            </w:r>
            <w:r>
              <w:br/>
            </w:r>
            <w:r>
              <w:t>Arzbach, Bad Ems, Becheln, Dausenau, Fachbach, Frücht, Kemmenau, Miellen, Nievern</w:t>
            </w:r>
          </w:p>
        </w:tc>
      </w:tr>
      <w:tr>
        <w:trPr>
          <w:cantSplit/>
        </w:trPr>
        <w:tc>
          <w:tcPr>
            <w:tcW w:type="dxa" w:w="2351"/>
          </w:tcPr>
          <w:p/>
        </w:tc>
        <w:tc>
          <w:tcPr>
            <w:tcW w:type="dxa" w:w="2351"/>
          </w:tcPr>
          <w:p/>
        </w:tc>
        <w:tc>
          <w:tcPr>
            <w:tcW w:type="dxa" w:w="4702"/>
            <w:gridSpan w:val="2"/>
          </w:tcPr>
          <w:p>
            <w:r>
              <w:t>(Übrige Gemeinden s. Wkr. 203)</w:t>
            </w:r>
          </w:p>
        </w:tc>
      </w:tr>
      <w:tr>
        <w:trPr>
          <w:cantSplit/>
        </w:trPr>
        <w:tc>
          <w:tcPr>
            <w:tcW w:type="dxa" w:w="2351"/>
          </w:tcPr>
          <w:p>
            <w:r>
              <w:t>199</w:t>
            </w:r>
          </w:p>
        </w:tc>
        <w:tc>
          <w:tcPr>
            <w:tcW w:type="dxa" w:w="2351"/>
          </w:tcPr>
          <w:p>
            <w:r>
              <w:t>Mosel/Rhein-Hunsrück</w:t>
            </w:r>
          </w:p>
        </w:tc>
        <w:tc>
          <w:tcPr>
            <w:tcW w:type="dxa" w:w="4702"/>
            <w:gridSpan w:val="2"/>
          </w:tcPr>
          <w:p>
            <w:r>
              <w:t>Landkreis Cochem-Zell</w:t>
            </w:r>
          </w:p>
        </w:tc>
      </w:tr>
      <w:tr>
        <w:trPr>
          <w:cantSplit/>
        </w:trPr>
        <w:tc>
          <w:tcPr>
            <w:tcW w:type="dxa" w:w="2351"/>
          </w:tcPr>
          <w:p/>
        </w:tc>
        <w:tc>
          <w:tcPr>
            <w:tcW w:type="dxa" w:w="2351"/>
          </w:tcPr>
          <w:p/>
        </w:tc>
        <w:tc>
          <w:tcPr>
            <w:tcW w:type="dxa" w:w="4702"/>
            <w:gridSpan w:val="2"/>
          </w:tcPr>
          <w:p>
            <w:r>
              <w:t>Rhein-Hunsrück-Kreis</w:t>
            </w:r>
          </w:p>
        </w:tc>
      </w:tr>
      <w:tr>
        <w:trPr>
          <w:cantSplit/>
        </w:trPr>
        <w:tc>
          <w:tcPr>
            <w:tcW w:type="dxa" w:w="2351"/>
          </w:tcPr>
          <w:p/>
        </w:tc>
        <w:tc>
          <w:tcPr>
            <w:tcW w:type="dxa" w:w="2351"/>
          </w:tcPr>
          <w:p/>
        </w:tc>
        <w:tc>
          <w:tcPr>
            <w:tcW w:type="dxa" w:w="4702"/>
            <w:gridSpan w:val="2"/>
          </w:tcPr>
          <w:p>
            <w:r>
              <w:t>vom Landkreis Bernkastel-Wittlich</w:t>
            </w:r>
          </w:p>
        </w:tc>
      </w:tr>
      <w:tr>
        <w:trPr>
          <w:cantSplit/>
        </w:trPr>
        <w:tc>
          <w:tcPr>
            <w:tcW w:type="dxa" w:w="2351"/>
          </w:tcPr>
          <w:p/>
        </w:tc>
        <w:tc>
          <w:tcPr>
            <w:tcW w:type="dxa" w:w="2351"/>
          </w:tcPr>
          <w:p/>
        </w:tc>
        <w:tc>
          <w:tcPr>
            <w:tcW w:type="dxa" w:w="2351"/>
          </w:tcPr>
          <w:p/>
        </w:tc>
        <w:tc>
          <w:tcPr>
            <w:tcW w:type="dxa" w:w="2351"/>
          </w:tcPr>
          <w:p>
            <w:r>
              <w:t>verbandsfreie Gemeinde Morbach</w:t>
            </w:r>
          </w:p>
        </w:tc>
      </w:tr>
      <w:tr>
        <w:trPr>
          <w:cantSplit/>
        </w:trPr>
        <w:tc>
          <w:tcPr>
            <w:tcW w:type="dxa" w:w="2351"/>
          </w:tcPr>
          <w:p/>
        </w:tc>
        <w:tc>
          <w:tcPr>
            <w:tcW w:type="dxa" w:w="2351"/>
          </w:tcPr>
          <w:p/>
        </w:tc>
        <w:tc>
          <w:tcPr>
            <w:tcW w:type="dxa" w:w="2351"/>
          </w:tcPr>
          <w:p/>
        </w:tc>
        <w:tc>
          <w:tcPr>
            <w:tcW w:type="dxa" w:w="2351"/>
          </w:tcPr>
          <w:p>
            <w:r>
              <w:t>Verbandsgemeinde Bernkastel-Kues</w:t>
            </w:r>
          </w:p>
        </w:tc>
      </w:tr>
      <w:tr>
        <w:trPr>
          <w:cantSplit/>
        </w:trPr>
        <w:tc>
          <w:tcPr>
            <w:tcW w:type="dxa" w:w="2351"/>
          </w:tcPr>
          <w:p/>
        </w:tc>
        <w:tc>
          <w:tcPr>
            <w:tcW w:type="dxa" w:w="2351"/>
          </w:tcPr>
          <w:p/>
        </w:tc>
        <w:tc>
          <w:tcPr>
            <w:tcW w:type="dxa" w:w="2351"/>
          </w:tcPr>
          <w:p/>
        </w:tc>
        <w:tc>
          <w:tcPr>
            <w:tcW w:type="dxa" w:w="2351"/>
          </w:tcPr>
          <w:p>
            <w:r>
              <w:t xml:space="preserve"> die Gemeinden</w:t>
            </w:r>
            <w:r>
              <w:br/>
            </w:r>
            <w:r>
              <w:t>Bernkastel-Kues, Brauneberg, Burgen, Erden, Gornhausen, Graach an der Mosel, Hochscheid, Kesten, Kleinich, Kommen, Lieser, Lösnich, Longkamp, Maring-Noviand, Minheim, Monzelfeld, Mülheim (Mosel), Neumagen-Dhron, Piesport, Ürzig, Veldenz, Wintrich, Zeltingen-Rachtig</w:t>
            </w:r>
          </w:p>
        </w:tc>
      </w:tr>
      <w:tr>
        <w:trPr>
          <w:cantSplit/>
        </w:trPr>
        <w:tc>
          <w:tcPr>
            <w:tcW w:type="dxa" w:w="2351"/>
          </w:tcPr>
          <w:p/>
        </w:tc>
        <w:tc>
          <w:tcPr>
            <w:tcW w:type="dxa" w:w="2351"/>
          </w:tcPr>
          <w:p/>
        </w:tc>
        <w:tc>
          <w:tcPr>
            <w:tcW w:type="dxa" w:w="2351"/>
          </w:tcPr>
          <w:p/>
        </w:tc>
        <w:tc>
          <w:tcPr>
            <w:tcW w:type="dxa" w:w="2351"/>
          </w:tcPr>
          <w:p>
            <w:r>
              <w:t>Verbandsgemeinde Thalfang am Erbeskopf</w:t>
            </w:r>
          </w:p>
        </w:tc>
      </w:tr>
      <w:tr>
        <w:trPr>
          <w:cantSplit/>
        </w:trPr>
        <w:tc>
          <w:tcPr>
            <w:tcW w:type="dxa" w:w="2351"/>
          </w:tcPr>
          <w:p/>
        </w:tc>
        <w:tc>
          <w:tcPr>
            <w:tcW w:type="dxa" w:w="2351"/>
          </w:tcPr>
          <w:p/>
        </w:tc>
        <w:tc>
          <w:tcPr>
            <w:tcW w:type="dxa" w:w="2351"/>
          </w:tcPr>
          <w:p/>
        </w:tc>
        <w:tc>
          <w:tcPr>
            <w:tcW w:type="dxa" w:w="2351"/>
          </w:tcPr>
          <w:p>
            <w:r>
              <w:t xml:space="preserve"> die Gemeinden</w:t>
            </w:r>
            <w:r>
              <w:br/>
            </w:r>
            <w:r>
              <w:t>Berglicht, Breit, Büdlich, Burtscheid, Deuselbach, Dhronecken, Etgert, Gielert, Gräfendhron, Heidenburg, Hilscheid, Horath, Immert, Lückenburg, Malborn, Merschbach, Neunkirchen, Rorodt, Schönberg, Talling, Thalfang</w:t>
            </w:r>
          </w:p>
        </w:tc>
      </w:tr>
      <w:tr>
        <w:trPr>
          <w:cantSplit/>
        </w:trPr>
        <w:tc>
          <w:tcPr>
            <w:tcW w:type="dxa" w:w="2351"/>
          </w:tcPr>
          <w:p/>
        </w:tc>
        <w:tc>
          <w:tcPr>
            <w:tcW w:type="dxa" w:w="2351"/>
          </w:tcPr>
          <w:p/>
        </w:tc>
        <w:tc>
          <w:tcPr>
            <w:tcW w:type="dxa" w:w="2351"/>
          </w:tcPr>
          <w:p/>
        </w:tc>
        <w:tc>
          <w:tcPr>
            <w:tcW w:type="dxa" w:w="2351"/>
          </w:tcPr>
          <w:p>
            <w:r>
              <w:t>von der Verbandsgemeinde Traben-Trarbach</w:t>
            </w:r>
          </w:p>
        </w:tc>
      </w:tr>
      <w:tr>
        <w:trPr>
          <w:cantSplit/>
        </w:trPr>
        <w:tc>
          <w:tcPr>
            <w:tcW w:type="dxa" w:w="2351"/>
          </w:tcPr>
          <w:p/>
        </w:tc>
        <w:tc>
          <w:tcPr>
            <w:tcW w:type="dxa" w:w="2351"/>
          </w:tcPr>
          <w:p/>
        </w:tc>
        <w:tc>
          <w:tcPr>
            <w:tcW w:type="dxa" w:w="2351"/>
          </w:tcPr>
          <w:p/>
        </w:tc>
        <w:tc>
          <w:tcPr>
            <w:tcW w:type="dxa" w:w="2351"/>
          </w:tcPr>
          <w:p>
            <w:r>
              <w:t xml:space="preserve"> die Gemeinden</w:t>
            </w:r>
            <w:r>
              <w:br/>
            </w:r>
            <w:r>
              <w:t>Burg (Mosel), Enkirch, Irmenach, Lötzbeuren, Starkenburg, Traben-Trarbach</w:t>
            </w:r>
          </w:p>
        </w:tc>
      </w:tr>
      <w:tr>
        <w:trPr>
          <w:cantSplit/>
        </w:trPr>
        <w:tc>
          <w:tcPr>
            <w:tcW w:type="dxa" w:w="2351"/>
          </w:tcPr>
          <w:p/>
        </w:tc>
        <w:tc>
          <w:tcPr>
            <w:tcW w:type="dxa" w:w="2351"/>
          </w:tcPr>
          <w:p/>
        </w:tc>
        <w:tc>
          <w:tcPr>
            <w:tcW w:type="dxa" w:w="4702"/>
            <w:gridSpan w:val="2"/>
          </w:tcPr>
          <w:p>
            <w:r>
              <w:t>(Übrige Gemeinden s. Wkr. 201)</w:t>
            </w:r>
          </w:p>
        </w:tc>
      </w:tr>
      <w:tr>
        <w:trPr>
          <w:cantSplit/>
        </w:trPr>
        <w:tc>
          <w:tcPr>
            <w:tcW w:type="dxa" w:w="2351"/>
          </w:tcPr>
          <w:p>
            <w:r>
              <w:t>200</w:t>
            </w:r>
          </w:p>
        </w:tc>
        <w:tc>
          <w:tcPr>
            <w:tcW w:type="dxa" w:w="2351"/>
          </w:tcPr>
          <w:p>
            <w:r>
              <w:t>Kreuznach</w:t>
            </w:r>
          </w:p>
        </w:tc>
        <w:tc>
          <w:tcPr>
            <w:tcW w:type="dxa" w:w="4702"/>
            <w:gridSpan w:val="2"/>
          </w:tcPr>
          <w:p>
            <w:r>
              <w:t>Landkreis Bad Kreuznach</w:t>
            </w:r>
          </w:p>
        </w:tc>
      </w:tr>
      <w:tr>
        <w:trPr>
          <w:cantSplit/>
        </w:trPr>
        <w:tc>
          <w:tcPr>
            <w:tcW w:type="dxa" w:w="2351"/>
          </w:tcPr>
          <w:p/>
        </w:tc>
        <w:tc>
          <w:tcPr>
            <w:tcW w:type="dxa" w:w="2351"/>
          </w:tcPr>
          <w:p/>
        </w:tc>
        <w:tc>
          <w:tcPr>
            <w:tcW w:type="dxa" w:w="4702"/>
            <w:gridSpan w:val="2"/>
          </w:tcPr>
          <w:p>
            <w:r>
              <w:t>Landkreis Birkenfeld</w:t>
            </w:r>
          </w:p>
        </w:tc>
      </w:tr>
      <w:tr>
        <w:trPr>
          <w:cantSplit/>
        </w:trPr>
        <w:tc>
          <w:tcPr>
            <w:tcW w:type="dxa" w:w="2351"/>
          </w:tcPr>
          <w:p>
            <w:r>
              <w:t>201</w:t>
            </w:r>
          </w:p>
        </w:tc>
        <w:tc>
          <w:tcPr>
            <w:tcW w:type="dxa" w:w="2351"/>
          </w:tcPr>
          <w:p>
            <w:r>
              <w:t>Bitburg</w:t>
            </w:r>
          </w:p>
        </w:tc>
        <w:tc>
          <w:tcPr>
            <w:tcW w:type="dxa" w:w="4702"/>
            <w:gridSpan w:val="2"/>
          </w:tcPr>
          <w:p>
            <w:r>
              <w:t>Eifelkreis Bitburg-Prüm</w:t>
            </w:r>
          </w:p>
        </w:tc>
      </w:tr>
      <w:tr>
        <w:trPr>
          <w:cantSplit/>
        </w:trPr>
        <w:tc>
          <w:tcPr>
            <w:tcW w:type="dxa" w:w="2351"/>
          </w:tcPr>
          <w:p/>
        </w:tc>
        <w:tc>
          <w:tcPr>
            <w:tcW w:type="dxa" w:w="2351"/>
          </w:tcPr>
          <w:p/>
        </w:tc>
        <w:tc>
          <w:tcPr>
            <w:tcW w:type="dxa" w:w="4702"/>
            <w:gridSpan w:val="2"/>
          </w:tcPr>
          <w:p>
            <w:r>
              <w:t>Landkreis Vulkaneifel</w:t>
            </w:r>
          </w:p>
        </w:tc>
      </w:tr>
      <w:tr>
        <w:trPr>
          <w:cantSplit/>
        </w:trPr>
        <w:tc>
          <w:tcPr>
            <w:tcW w:type="dxa" w:w="2351"/>
          </w:tcPr>
          <w:p/>
        </w:tc>
        <w:tc>
          <w:tcPr>
            <w:tcW w:type="dxa" w:w="2351"/>
          </w:tcPr>
          <w:p/>
        </w:tc>
        <w:tc>
          <w:tcPr>
            <w:tcW w:type="dxa" w:w="4702"/>
            <w:gridSpan w:val="2"/>
          </w:tcPr>
          <w:p>
            <w:r>
              <w:t>vom Landkreis Bernkastel-Wittlich</w:t>
            </w:r>
          </w:p>
        </w:tc>
      </w:tr>
      <w:tr>
        <w:trPr>
          <w:cantSplit/>
        </w:trPr>
        <w:tc>
          <w:tcPr>
            <w:tcW w:type="dxa" w:w="2351"/>
          </w:tcPr>
          <w:p/>
        </w:tc>
        <w:tc>
          <w:tcPr>
            <w:tcW w:type="dxa" w:w="2351"/>
          </w:tcPr>
          <w:p/>
        </w:tc>
        <w:tc>
          <w:tcPr>
            <w:tcW w:type="dxa" w:w="2351"/>
          </w:tcPr>
          <w:p/>
        </w:tc>
        <w:tc>
          <w:tcPr>
            <w:tcW w:type="dxa" w:w="2351"/>
          </w:tcPr>
          <w:p>
            <w:r>
              <w:t>verbandsfreie Gemeinde Wittlich</w:t>
            </w:r>
          </w:p>
        </w:tc>
      </w:tr>
      <w:tr>
        <w:trPr>
          <w:cantSplit/>
        </w:trPr>
        <w:tc>
          <w:tcPr>
            <w:tcW w:type="dxa" w:w="2351"/>
          </w:tcPr>
          <w:p/>
        </w:tc>
        <w:tc>
          <w:tcPr>
            <w:tcW w:type="dxa" w:w="2351"/>
          </w:tcPr>
          <w:p/>
        </w:tc>
        <w:tc>
          <w:tcPr>
            <w:tcW w:type="dxa" w:w="2351"/>
          </w:tcPr>
          <w:p/>
        </w:tc>
        <w:tc>
          <w:tcPr>
            <w:tcW w:type="dxa" w:w="2351"/>
          </w:tcPr>
          <w:p>
            <w:r>
              <w:t>Verbandsgemeinde Wittlich-Land</w:t>
            </w:r>
          </w:p>
        </w:tc>
      </w:tr>
      <w:tr>
        <w:trPr>
          <w:cantSplit/>
        </w:trPr>
        <w:tc>
          <w:tcPr>
            <w:tcW w:type="dxa" w:w="2351"/>
          </w:tcPr>
          <w:p/>
        </w:tc>
        <w:tc>
          <w:tcPr>
            <w:tcW w:type="dxa" w:w="2351"/>
          </w:tcPr>
          <w:p/>
        </w:tc>
        <w:tc>
          <w:tcPr>
            <w:tcW w:type="dxa" w:w="2351"/>
          </w:tcPr>
          <w:p/>
        </w:tc>
        <w:tc>
          <w:tcPr>
            <w:tcW w:type="dxa" w:w="2351"/>
          </w:tcPr>
          <w:p>
            <w:r>
              <w:t xml:space="preserve"> die Gemeinden</w:t>
            </w:r>
            <w:r>
              <w:br/>
            </w:r>
            <w:r>
              <w:t>Altrich, Arenrath, Bergweiler, Bettenfeld, Binsfeld, Bruch, Dierfeld, Dierscheid, Dodenburg, Dreis, Eckfeld, Eisenschmitt, Esch, Gipperath, Gladbach, Greimerath, Großlittgen, Hasborn, Heckenmünster, Heidweiler, Hetzerath, Hupperath, Karl, Klausen, Landscheid, Laufeld,</w:t>
            </w:r>
          </w:p>
        </w:tc>
      </w:tr>
      <w:tr>
        <w:trPr>
          <w:cantSplit/>
        </w:trPr>
        <w:tc>
          <w:tcPr>
            <w:tcW w:type="dxa" w:w="2351"/>
          </w:tcPr>
          <w:p/>
        </w:tc>
        <w:tc>
          <w:tcPr>
            <w:tcW w:type="dxa" w:w="2351"/>
          </w:tcPr>
          <w:p/>
        </w:tc>
        <w:tc>
          <w:tcPr>
            <w:tcW w:type="dxa" w:w="2351"/>
          </w:tcPr>
          <w:p/>
        </w:tc>
        <w:tc>
          <w:tcPr>
            <w:tcW w:type="dxa" w:w="2351"/>
          </w:tcPr>
          <w:p>
            <w:r>
              <w:t xml:space="preserve"> Manderscheid, Meerfeld, Minderlittgen, Musweiler, Niederöfflingen, Niederscheidweiler, Niersbach, Oberöfflingen, Oberscheidweiler, Osann-Monzel, Pantenburg, Platten, Plein, Rivenich, Salmtal, Schladt, Schwarzenborn, Sehlem, Wallscheid</w:t>
            </w:r>
          </w:p>
        </w:tc>
      </w:tr>
      <w:tr>
        <w:trPr>
          <w:cantSplit/>
        </w:trPr>
        <w:tc>
          <w:tcPr>
            <w:tcW w:type="dxa" w:w="2351"/>
          </w:tcPr>
          <w:p/>
        </w:tc>
        <w:tc>
          <w:tcPr>
            <w:tcW w:type="dxa" w:w="2351"/>
          </w:tcPr>
          <w:p/>
        </w:tc>
        <w:tc>
          <w:tcPr>
            <w:tcW w:type="dxa" w:w="2351"/>
          </w:tcPr>
          <w:p/>
        </w:tc>
        <w:tc>
          <w:tcPr>
            <w:tcW w:type="dxa" w:w="2351"/>
          </w:tcPr>
          <w:p>
            <w:r>
              <w:t>von der Verbandsgemeinde Traben-Trarbach</w:t>
            </w:r>
          </w:p>
        </w:tc>
      </w:tr>
      <w:tr>
        <w:trPr>
          <w:cantSplit/>
        </w:trPr>
        <w:tc>
          <w:tcPr>
            <w:tcW w:type="dxa" w:w="2351"/>
          </w:tcPr>
          <w:p/>
        </w:tc>
        <w:tc>
          <w:tcPr>
            <w:tcW w:type="dxa" w:w="2351"/>
          </w:tcPr>
          <w:p/>
        </w:tc>
        <w:tc>
          <w:tcPr>
            <w:tcW w:type="dxa" w:w="2351"/>
          </w:tcPr>
          <w:p/>
        </w:tc>
        <w:tc>
          <w:tcPr>
            <w:tcW w:type="dxa" w:w="2351"/>
          </w:tcPr>
          <w:p>
            <w:r>
              <w:t xml:space="preserve"> die Gemeinden</w:t>
            </w:r>
            <w:r>
              <w:br/>
            </w:r>
            <w:r>
              <w:t>Bausendorf, Bengel, Diefenbach, Flußbach, Hontheim, Kinderbeuern, Kinheim, Kröv, Reil, Willwerscheid</w:t>
            </w:r>
          </w:p>
        </w:tc>
      </w:tr>
      <w:tr>
        <w:trPr>
          <w:cantSplit/>
        </w:trPr>
        <w:tc>
          <w:tcPr>
            <w:tcW w:type="dxa" w:w="2351"/>
          </w:tcPr>
          <w:p/>
        </w:tc>
        <w:tc>
          <w:tcPr>
            <w:tcW w:type="dxa" w:w="2351"/>
          </w:tcPr>
          <w:p/>
        </w:tc>
        <w:tc>
          <w:tcPr>
            <w:tcW w:type="dxa" w:w="4702"/>
            <w:gridSpan w:val="2"/>
          </w:tcPr>
          <w:p>
            <w:r>
              <w:t>(Übrige Gemeinden s. Wkr. 199)</w:t>
            </w:r>
          </w:p>
        </w:tc>
      </w:tr>
      <w:tr>
        <w:trPr>
          <w:cantSplit/>
        </w:trPr>
        <w:tc>
          <w:tcPr>
            <w:tcW w:type="dxa" w:w="2351"/>
          </w:tcPr>
          <w:p>
            <w:r>
              <w:t>202</w:t>
            </w:r>
          </w:p>
        </w:tc>
        <w:tc>
          <w:tcPr>
            <w:tcW w:type="dxa" w:w="2351"/>
          </w:tcPr>
          <w:p>
            <w:r>
              <w:t>Trier</w:t>
            </w:r>
          </w:p>
        </w:tc>
        <w:tc>
          <w:tcPr>
            <w:tcW w:type="dxa" w:w="4702"/>
            <w:gridSpan w:val="2"/>
          </w:tcPr>
          <w:p>
            <w:r>
              <w:t>Kreisfreie Stadt Trier</w:t>
            </w:r>
          </w:p>
        </w:tc>
      </w:tr>
      <w:tr>
        <w:trPr>
          <w:cantSplit/>
        </w:trPr>
        <w:tc>
          <w:tcPr>
            <w:tcW w:type="dxa" w:w="2351"/>
          </w:tcPr>
          <w:p/>
        </w:tc>
        <w:tc>
          <w:tcPr>
            <w:tcW w:type="dxa" w:w="2351"/>
          </w:tcPr>
          <w:p/>
        </w:tc>
        <w:tc>
          <w:tcPr>
            <w:tcW w:type="dxa" w:w="4702"/>
            <w:gridSpan w:val="2"/>
          </w:tcPr>
          <w:p>
            <w:r>
              <w:t>Landkreis Trier-Saarburg</w:t>
            </w:r>
          </w:p>
        </w:tc>
      </w:tr>
      <w:tr>
        <w:trPr>
          <w:cantSplit/>
        </w:trPr>
        <w:tc>
          <w:tcPr>
            <w:tcW w:type="dxa" w:w="2351"/>
          </w:tcPr>
          <w:p>
            <w:r>
              <w:t>203</w:t>
            </w:r>
          </w:p>
        </w:tc>
        <w:tc>
          <w:tcPr>
            <w:tcW w:type="dxa" w:w="2351"/>
          </w:tcPr>
          <w:p>
            <w:r>
              <w:t>Montabaur</w:t>
            </w:r>
          </w:p>
        </w:tc>
        <w:tc>
          <w:tcPr>
            <w:tcW w:type="dxa" w:w="4702"/>
            <w:gridSpan w:val="2"/>
          </w:tcPr>
          <w:p>
            <w:r>
              <w:t>Westerwaldkreis</w:t>
            </w:r>
          </w:p>
        </w:tc>
      </w:tr>
      <w:tr>
        <w:trPr>
          <w:cantSplit/>
        </w:trPr>
        <w:tc>
          <w:tcPr>
            <w:tcW w:type="dxa" w:w="2351"/>
          </w:tcPr>
          <w:p/>
        </w:tc>
        <w:tc>
          <w:tcPr>
            <w:tcW w:type="dxa" w:w="2351"/>
          </w:tcPr>
          <w:p/>
        </w:tc>
        <w:tc>
          <w:tcPr>
            <w:tcW w:type="dxa" w:w="4702"/>
            <w:gridSpan w:val="2"/>
          </w:tcPr>
          <w:p>
            <w:r>
              <w:t>vom Rhein-Lahn-Kreis</w:t>
            </w:r>
          </w:p>
        </w:tc>
      </w:tr>
      <w:tr>
        <w:trPr>
          <w:cantSplit/>
        </w:trPr>
        <w:tc>
          <w:tcPr>
            <w:tcW w:type="dxa" w:w="2351"/>
          </w:tcPr>
          <w:p/>
        </w:tc>
        <w:tc>
          <w:tcPr>
            <w:tcW w:type="dxa" w:w="2351"/>
          </w:tcPr>
          <w:p/>
        </w:tc>
        <w:tc>
          <w:tcPr>
            <w:tcW w:type="dxa" w:w="2351"/>
          </w:tcPr>
          <w:p/>
        </w:tc>
        <w:tc>
          <w:tcPr>
            <w:tcW w:type="dxa" w:w="2351"/>
          </w:tcPr>
          <w:p>
            <w:r>
              <w:t>Verbandsgemeinde Aar-Einrich</w:t>
            </w:r>
          </w:p>
        </w:tc>
      </w:tr>
      <w:tr>
        <w:trPr>
          <w:cantSplit/>
        </w:trPr>
        <w:tc>
          <w:tcPr>
            <w:tcW w:type="dxa" w:w="2351"/>
          </w:tcPr>
          <w:p/>
        </w:tc>
        <w:tc>
          <w:tcPr>
            <w:tcW w:type="dxa" w:w="2351"/>
          </w:tcPr>
          <w:p/>
        </w:tc>
        <w:tc>
          <w:tcPr>
            <w:tcW w:type="dxa" w:w="2351"/>
          </w:tcPr>
          <w:p/>
        </w:tc>
        <w:tc>
          <w:tcPr>
            <w:tcW w:type="dxa" w:w="2351"/>
          </w:tcPr>
          <w:p>
            <w:r>
              <w:t xml:space="preserve"> die Gemeinden</w:t>
            </w:r>
            <w:r>
              <w:br/>
            </w:r>
            <w:r>
              <w:t>Allendorf, Berghausen, Berndroth, Biebrich, Bremberg, Burgschwalbach, Dörsdorf, Ebertshausen, Eisighofen, Ergeshausen, Flacht, Gutenacker, Hahnstätten, Herold, Kaltenholzhausen, Katzenelnbogen, Klingelbach, Kördorf, Lohrheim, Mittelfischbach, Mudershausen, Netzbach, Niederneisen, Niedertiefenbach, Oberfischbach, Oberneisen, Reckenroth, Rettert, Roth, Schiesheim, Schönborn</w:t>
            </w:r>
          </w:p>
        </w:tc>
      </w:tr>
      <w:tr>
        <w:trPr>
          <w:cantSplit/>
        </w:trPr>
        <w:tc>
          <w:tcPr>
            <w:tcW w:type="dxa" w:w="2351"/>
          </w:tcPr>
          <w:p/>
        </w:tc>
        <w:tc>
          <w:tcPr>
            <w:tcW w:type="dxa" w:w="2351"/>
          </w:tcPr>
          <w:p/>
        </w:tc>
        <w:tc>
          <w:tcPr>
            <w:tcW w:type="dxa" w:w="2351"/>
          </w:tcPr>
          <w:p/>
        </w:tc>
        <w:tc>
          <w:tcPr>
            <w:tcW w:type="dxa" w:w="2351"/>
          </w:tcPr>
          <w:p>
            <w:r>
              <w:t>Verbandsgemeinde Diez</w:t>
            </w:r>
          </w:p>
        </w:tc>
      </w:tr>
      <w:tr>
        <w:trPr>
          <w:cantSplit/>
        </w:trPr>
        <w:tc>
          <w:tcPr>
            <w:tcW w:type="dxa" w:w="2351"/>
          </w:tcPr>
          <w:p/>
        </w:tc>
        <w:tc>
          <w:tcPr>
            <w:tcW w:type="dxa" w:w="2351"/>
          </w:tcPr>
          <w:p/>
        </w:tc>
        <w:tc>
          <w:tcPr>
            <w:tcW w:type="dxa" w:w="2351"/>
          </w:tcPr>
          <w:p/>
        </w:tc>
        <w:tc>
          <w:tcPr>
            <w:tcW w:type="dxa" w:w="2351"/>
          </w:tcPr>
          <w:p>
            <w:r>
              <w:t xml:space="preserve"> die Gemeinden</w:t>
            </w:r>
            <w:r>
              <w:br/>
            </w:r>
            <w:r>
              <w:t>Altendiez, Aull, Balduinstein, Birlenbach, Charlottenberg, Cramberg, Diez, Dörnberg, Eppenrod, Geilnau, Gückingen, Hambach, Heistenbach, Hirschberg, Holzappel, Holzheim, Horhausen, Isselbach, Langenscheid, Laurenburg, Scheidt, Steinsberg, Wasenbach</w:t>
            </w:r>
          </w:p>
        </w:tc>
      </w:tr>
      <w:tr>
        <w:trPr>
          <w:cantSplit/>
        </w:trPr>
        <w:tc>
          <w:tcPr>
            <w:tcW w:type="dxa" w:w="2351"/>
          </w:tcPr>
          <w:p/>
        </w:tc>
        <w:tc>
          <w:tcPr>
            <w:tcW w:type="dxa" w:w="2351"/>
          </w:tcPr>
          <w:p/>
        </w:tc>
        <w:tc>
          <w:tcPr>
            <w:tcW w:type="dxa" w:w="2351"/>
          </w:tcPr>
          <w:p/>
        </w:tc>
        <w:tc>
          <w:tcPr>
            <w:tcW w:type="dxa" w:w="2351"/>
          </w:tcPr>
          <w:p>
            <w:r>
              <w:t>Verbandsgemeinde Nastätten</w:t>
            </w:r>
          </w:p>
        </w:tc>
      </w:tr>
      <w:tr>
        <w:trPr>
          <w:cantSplit/>
        </w:trPr>
        <w:tc>
          <w:tcPr>
            <w:tcW w:type="dxa" w:w="2351"/>
          </w:tcPr>
          <w:p/>
        </w:tc>
        <w:tc>
          <w:tcPr>
            <w:tcW w:type="dxa" w:w="2351"/>
          </w:tcPr>
          <w:p/>
        </w:tc>
        <w:tc>
          <w:tcPr>
            <w:tcW w:type="dxa" w:w="2351"/>
          </w:tcPr>
          <w:p/>
        </w:tc>
        <w:tc>
          <w:tcPr>
            <w:tcW w:type="dxa" w:w="2351"/>
          </w:tcPr>
          <w:p>
            <w:r>
              <w:t xml:space="preserve"> die Gemeinden</w:t>
            </w:r>
            <w:r>
              <w:br/>
            </w:r>
            <w:r>
              <w:t>Berg, Bettendorf, Bogel, Buch, Diethardt, Ehr, Endlichhofen, Eschbach, Gemmerich, Hainau, Himmighofen, Holzhausen an der Haide, Hunzel, Kasdorf, Kehlbach, Lautert, Lipporn, Marienfels, Miehlen, Nastätten, Niederbachheim, Niederwallmenach, Oberbachheim, Obertiefenbach, Oberwallmenach, Oelsberg, Rettershain, Ruppertshofen, Strüth, Weidenbach, Welterod, Winterwerb</w:t>
            </w:r>
          </w:p>
        </w:tc>
      </w:tr>
      <w:tr>
        <w:trPr>
          <w:cantSplit/>
        </w:trPr>
        <w:tc>
          <w:tcPr>
            <w:tcW w:type="dxa" w:w="2351"/>
          </w:tcPr>
          <w:p/>
        </w:tc>
        <w:tc>
          <w:tcPr>
            <w:tcW w:type="dxa" w:w="2351"/>
          </w:tcPr>
          <w:p/>
        </w:tc>
        <w:tc>
          <w:tcPr>
            <w:tcW w:type="dxa" w:w="2351"/>
          </w:tcPr>
          <w:p/>
        </w:tc>
        <w:tc>
          <w:tcPr>
            <w:tcW w:type="dxa" w:w="2351"/>
          </w:tcPr>
          <w:p>
            <w:r>
              <w:t>von der Verbandsgemeinde Bad Ems-Nassau</w:t>
            </w:r>
          </w:p>
        </w:tc>
      </w:tr>
      <w:tr>
        <w:trPr>
          <w:cantSplit/>
        </w:trPr>
        <w:tc>
          <w:tcPr>
            <w:tcW w:type="dxa" w:w="2351"/>
          </w:tcPr>
          <w:p/>
        </w:tc>
        <w:tc>
          <w:tcPr>
            <w:tcW w:type="dxa" w:w="2351"/>
          </w:tcPr>
          <w:p/>
        </w:tc>
        <w:tc>
          <w:tcPr>
            <w:tcW w:type="dxa" w:w="2351"/>
          </w:tcPr>
          <w:p/>
        </w:tc>
        <w:tc>
          <w:tcPr>
            <w:tcW w:type="dxa" w:w="2351"/>
          </w:tcPr>
          <w:p>
            <w:r>
              <w:t xml:space="preserve"> die Gemeinden</w:t>
            </w:r>
            <w:r>
              <w:br/>
            </w:r>
            <w:r>
              <w:t>Attenhausen, Dessighofen, Dienethal, Dornholzhausen, Geisig, Hömberg, Lollschied, Misselberg, Nassau, Obernhof, Oberwies, Pohl, Schweighausen, Seelbach, Singhofen, Sulzbach, Weinähr, Winden, Zimmerschied</w:t>
            </w:r>
          </w:p>
        </w:tc>
      </w:tr>
      <w:tr>
        <w:trPr>
          <w:cantSplit/>
        </w:trPr>
        <w:tc>
          <w:tcPr>
            <w:tcW w:type="dxa" w:w="2351"/>
          </w:tcPr>
          <w:p/>
        </w:tc>
        <w:tc>
          <w:tcPr>
            <w:tcW w:type="dxa" w:w="2351"/>
          </w:tcPr>
          <w:p/>
        </w:tc>
        <w:tc>
          <w:tcPr>
            <w:tcW w:type="dxa" w:w="4702"/>
            <w:gridSpan w:val="2"/>
          </w:tcPr>
          <w:p>
            <w:r>
              <w:t>(Übrige Gemeinden s. Wkr. 198)</w:t>
            </w:r>
          </w:p>
        </w:tc>
      </w:tr>
      <w:tr>
        <w:trPr>
          <w:cantSplit/>
        </w:trPr>
        <w:tc>
          <w:tcPr>
            <w:tcW w:type="dxa" w:w="2351"/>
          </w:tcPr>
          <w:p>
            <w:r>
              <w:t>204</w:t>
            </w:r>
          </w:p>
        </w:tc>
        <w:tc>
          <w:tcPr>
            <w:tcW w:type="dxa" w:w="2351"/>
          </w:tcPr>
          <w:p>
            <w:r>
              <w:t>Mainz</w:t>
            </w:r>
          </w:p>
        </w:tc>
        <w:tc>
          <w:tcPr>
            <w:tcW w:type="dxa" w:w="4702"/>
            <w:gridSpan w:val="2"/>
          </w:tcPr>
          <w:p>
            <w:r>
              <w:t>Kreisfreie Stadt Mainz</w:t>
            </w:r>
          </w:p>
        </w:tc>
      </w:tr>
      <w:tr>
        <w:trPr>
          <w:cantSplit/>
        </w:trPr>
        <w:tc>
          <w:tcPr>
            <w:tcW w:type="dxa" w:w="2351"/>
          </w:tcPr>
          <w:p/>
        </w:tc>
        <w:tc>
          <w:tcPr>
            <w:tcW w:type="dxa" w:w="2351"/>
          </w:tcPr>
          <w:p/>
        </w:tc>
        <w:tc>
          <w:tcPr>
            <w:tcW w:type="dxa" w:w="4702"/>
            <w:gridSpan w:val="2"/>
          </w:tcPr>
          <w:p>
            <w:r>
              <w:t>vom Landkreis Mainz-Bingen</w:t>
            </w:r>
          </w:p>
        </w:tc>
      </w:tr>
      <w:tr>
        <w:trPr>
          <w:cantSplit/>
        </w:trPr>
        <w:tc>
          <w:tcPr>
            <w:tcW w:type="dxa" w:w="2351"/>
          </w:tcPr>
          <w:p/>
        </w:tc>
        <w:tc>
          <w:tcPr>
            <w:tcW w:type="dxa" w:w="2351"/>
          </w:tcPr>
          <w:p/>
        </w:tc>
        <w:tc>
          <w:tcPr>
            <w:tcW w:type="dxa" w:w="2351"/>
          </w:tcPr>
          <w:p/>
        </w:tc>
        <w:tc>
          <w:tcPr>
            <w:tcW w:type="dxa" w:w="2351"/>
          </w:tcPr>
          <w:p>
            <w:r>
              <w:t>verbandsfreie Gemeinden</w:t>
            </w:r>
            <w:r>
              <w:br/>
            </w:r>
            <w:r>
              <w:t>Bingen am Rhein, Budenheim, Ingelheim am Rhein</w:t>
            </w:r>
          </w:p>
        </w:tc>
      </w:tr>
      <w:tr>
        <w:trPr>
          <w:cantSplit/>
        </w:trPr>
        <w:tc>
          <w:tcPr>
            <w:tcW w:type="dxa" w:w="2351"/>
          </w:tcPr>
          <w:p/>
        </w:tc>
        <w:tc>
          <w:tcPr>
            <w:tcW w:type="dxa" w:w="2351"/>
          </w:tcPr>
          <w:p/>
        </w:tc>
        <w:tc>
          <w:tcPr>
            <w:tcW w:type="dxa" w:w="2351"/>
          </w:tcPr>
          <w:p/>
        </w:tc>
        <w:tc>
          <w:tcPr>
            <w:tcW w:type="dxa" w:w="2351"/>
          </w:tcPr>
          <w:p>
            <w:r>
              <w:t>Verbandsgemeinde Gau-Algesheim</w:t>
            </w:r>
          </w:p>
        </w:tc>
      </w:tr>
      <w:tr>
        <w:trPr>
          <w:cantSplit/>
        </w:trPr>
        <w:tc>
          <w:tcPr>
            <w:tcW w:type="dxa" w:w="2351"/>
          </w:tcPr>
          <w:p/>
        </w:tc>
        <w:tc>
          <w:tcPr>
            <w:tcW w:type="dxa" w:w="2351"/>
          </w:tcPr>
          <w:p/>
        </w:tc>
        <w:tc>
          <w:tcPr>
            <w:tcW w:type="dxa" w:w="2351"/>
          </w:tcPr>
          <w:p/>
        </w:tc>
        <w:tc>
          <w:tcPr>
            <w:tcW w:type="dxa" w:w="2351"/>
          </w:tcPr>
          <w:p>
            <w:r>
              <w:t xml:space="preserve"> die Gemeinden</w:t>
            </w:r>
            <w:r>
              <w:br/>
            </w:r>
            <w:r>
              <w:t>Appenheim, Bubenheim, Engelstadt, Gau-Algesheim, Nieder-Hilbersheim, Ober-Hilbersheim, Ockenheim, Schwabenheim an der Selz</w:t>
            </w:r>
          </w:p>
        </w:tc>
      </w:tr>
      <w:tr>
        <w:trPr>
          <w:cantSplit/>
        </w:trPr>
        <w:tc>
          <w:tcPr>
            <w:tcW w:type="dxa" w:w="2351"/>
          </w:tcPr>
          <w:p/>
        </w:tc>
        <w:tc>
          <w:tcPr>
            <w:tcW w:type="dxa" w:w="2351"/>
          </w:tcPr>
          <w:p/>
        </w:tc>
        <w:tc>
          <w:tcPr>
            <w:tcW w:type="dxa" w:w="2351"/>
          </w:tcPr>
          <w:p/>
        </w:tc>
        <w:tc>
          <w:tcPr>
            <w:tcW w:type="dxa" w:w="2351"/>
          </w:tcPr>
          <w:p>
            <w:r>
              <w:t>Verbandsgemeinde Nieder-Olm</w:t>
            </w:r>
          </w:p>
        </w:tc>
      </w:tr>
      <w:tr>
        <w:trPr>
          <w:cantSplit/>
        </w:trPr>
        <w:tc>
          <w:tcPr>
            <w:tcW w:type="dxa" w:w="2351"/>
          </w:tcPr>
          <w:p/>
        </w:tc>
        <w:tc>
          <w:tcPr>
            <w:tcW w:type="dxa" w:w="2351"/>
          </w:tcPr>
          <w:p/>
        </w:tc>
        <w:tc>
          <w:tcPr>
            <w:tcW w:type="dxa" w:w="2351"/>
          </w:tcPr>
          <w:p/>
        </w:tc>
        <w:tc>
          <w:tcPr>
            <w:tcW w:type="dxa" w:w="2351"/>
          </w:tcPr>
          <w:p>
            <w:r>
              <w:t xml:space="preserve"> die Gemeinden</w:t>
            </w:r>
            <w:r>
              <w:br/>
            </w:r>
            <w:r>
              <w:t>Essenheim, Jugenheim in Rheinhessen, Klein-Winternheim, Nieder-Olm, Ober-Olm, Sörgenloch, Stadecken-Elsheim, Zornheim</w:t>
            </w:r>
          </w:p>
        </w:tc>
      </w:tr>
      <w:tr>
        <w:trPr>
          <w:cantSplit/>
        </w:trPr>
        <w:tc>
          <w:tcPr>
            <w:tcW w:type="dxa" w:w="2351"/>
          </w:tcPr>
          <w:p/>
        </w:tc>
        <w:tc>
          <w:tcPr>
            <w:tcW w:type="dxa" w:w="2351"/>
          </w:tcPr>
          <w:p/>
        </w:tc>
        <w:tc>
          <w:tcPr>
            <w:tcW w:type="dxa" w:w="2351"/>
          </w:tcPr>
          <w:p/>
        </w:tc>
        <w:tc>
          <w:tcPr>
            <w:tcW w:type="dxa" w:w="2351"/>
          </w:tcPr>
          <w:p>
            <w:r>
              <w:t>Verbandsgemeinde Rhein-Nahe</w:t>
            </w:r>
          </w:p>
        </w:tc>
      </w:tr>
      <w:tr>
        <w:trPr>
          <w:cantSplit/>
        </w:trPr>
        <w:tc>
          <w:tcPr>
            <w:tcW w:type="dxa" w:w="2351"/>
          </w:tcPr>
          <w:p/>
        </w:tc>
        <w:tc>
          <w:tcPr>
            <w:tcW w:type="dxa" w:w="2351"/>
          </w:tcPr>
          <w:p/>
        </w:tc>
        <w:tc>
          <w:tcPr>
            <w:tcW w:type="dxa" w:w="2351"/>
          </w:tcPr>
          <w:p/>
        </w:tc>
        <w:tc>
          <w:tcPr>
            <w:tcW w:type="dxa" w:w="2351"/>
          </w:tcPr>
          <w:p>
            <w:r>
              <w:t xml:space="preserve"> die Gemeinden</w:t>
            </w:r>
            <w:r>
              <w:br/>
            </w:r>
            <w:r>
              <w:t>Bacharach, Breitscheid, Manubach, Münster-Sarmsheim, Niederheimbach, Oberdiebach, Oberheimbach, Trechtingshausen, Waldalgesheim, Weiler bei Bingen</w:t>
            </w:r>
          </w:p>
        </w:tc>
      </w:tr>
      <w:tr>
        <w:trPr>
          <w:cantSplit/>
        </w:trPr>
        <w:tc>
          <w:tcPr>
            <w:tcW w:type="dxa" w:w="2351"/>
          </w:tcPr>
          <w:p/>
        </w:tc>
        <w:tc>
          <w:tcPr>
            <w:tcW w:type="dxa" w:w="2351"/>
          </w:tcPr>
          <w:p/>
        </w:tc>
        <w:tc>
          <w:tcPr>
            <w:tcW w:type="dxa" w:w="4702"/>
            <w:gridSpan w:val="2"/>
          </w:tcPr>
          <w:p>
            <w:r>
              <w:t>(Übrige Gemeinden s. Wkr. 205)</w:t>
            </w:r>
          </w:p>
        </w:tc>
      </w:tr>
      <w:tr>
        <w:trPr>
          <w:cantSplit/>
        </w:trPr>
        <w:tc>
          <w:tcPr>
            <w:tcW w:type="dxa" w:w="2351"/>
          </w:tcPr>
          <w:p>
            <w:r>
              <w:t>205</w:t>
            </w:r>
          </w:p>
        </w:tc>
        <w:tc>
          <w:tcPr>
            <w:tcW w:type="dxa" w:w="2351"/>
          </w:tcPr>
          <w:p>
            <w:r>
              <w:t>Worms</w:t>
            </w:r>
          </w:p>
        </w:tc>
        <w:tc>
          <w:tcPr>
            <w:tcW w:type="dxa" w:w="4702"/>
            <w:gridSpan w:val="2"/>
          </w:tcPr>
          <w:p>
            <w:r>
              <w:t>Kreisfreie Stadt Worms</w:t>
            </w:r>
          </w:p>
        </w:tc>
      </w:tr>
      <w:tr>
        <w:trPr>
          <w:cantSplit/>
        </w:trPr>
        <w:tc>
          <w:tcPr>
            <w:tcW w:type="dxa" w:w="2351"/>
          </w:tcPr>
          <w:p/>
        </w:tc>
        <w:tc>
          <w:tcPr>
            <w:tcW w:type="dxa" w:w="2351"/>
          </w:tcPr>
          <w:p/>
        </w:tc>
        <w:tc>
          <w:tcPr>
            <w:tcW w:type="dxa" w:w="4702"/>
            <w:gridSpan w:val="2"/>
          </w:tcPr>
          <w:p>
            <w:r>
              <w:t>Landkreis Alzey-Worms</w:t>
            </w:r>
          </w:p>
        </w:tc>
      </w:tr>
      <w:tr>
        <w:trPr>
          <w:cantSplit/>
        </w:trPr>
        <w:tc>
          <w:tcPr>
            <w:tcW w:type="dxa" w:w="2351"/>
          </w:tcPr>
          <w:p/>
        </w:tc>
        <w:tc>
          <w:tcPr>
            <w:tcW w:type="dxa" w:w="2351"/>
          </w:tcPr>
          <w:p/>
        </w:tc>
        <w:tc>
          <w:tcPr>
            <w:tcW w:type="dxa" w:w="4702"/>
            <w:gridSpan w:val="2"/>
          </w:tcPr>
          <w:p>
            <w:r>
              <w:t>vom Landkreis Mainz-Bingen</w:t>
            </w:r>
          </w:p>
        </w:tc>
      </w:tr>
      <w:tr>
        <w:trPr>
          <w:cantSplit/>
        </w:trPr>
        <w:tc>
          <w:tcPr>
            <w:tcW w:type="dxa" w:w="2351"/>
          </w:tcPr>
          <w:p/>
        </w:tc>
        <w:tc>
          <w:tcPr>
            <w:tcW w:type="dxa" w:w="2351"/>
          </w:tcPr>
          <w:p/>
        </w:tc>
        <w:tc>
          <w:tcPr>
            <w:tcW w:type="dxa" w:w="2351"/>
          </w:tcPr>
          <w:p/>
        </w:tc>
        <w:tc>
          <w:tcPr>
            <w:tcW w:type="dxa" w:w="2351"/>
          </w:tcPr>
          <w:p>
            <w:r>
              <w:t>Verbandsgemeinde Bodenheim</w:t>
            </w:r>
          </w:p>
        </w:tc>
      </w:tr>
      <w:tr>
        <w:trPr>
          <w:cantSplit/>
        </w:trPr>
        <w:tc>
          <w:tcPr>
            <w:tcW w:type="dxa" w:w="2351"/>
          </w:tcPr>
          <w:p/>
        </w:tc>
        <w:tc>
          <w:tcPr>
            <w:tcW w:type="dxa" w:w="2351"/>
          </w:tcPr>
          <w:p/>
        </w:tc>
        <w:tc>
          <w:tcPr>
            <w:tcW w:type="dxa" w:w="2351"/>
          </w:tcPr>
          <w:p/>
        </w:tc>
        <w:tc>
          <w:tcPr>
            <w:tcW w:type="dxa" w:w="2351"/>
          </w:tcPr>
          <w:p>
            <w:r>
              <w:t xml:space="preserve"> die Gemeinden</w:t>
            </w:r>
            <w:r>
              <w:br/>
            </w:r>
            <w:r>
              <w:t>Bodenheim, Gau-Bischofsheim, Harxheim, Lörzweiler, Nackenheim</w:t>
            </w:r>
          </w:p>
        </w:tc>
      </w:tr>
      <w:tr>
        <w:trPr>
          <w:cantSplit/>
        </w:trPr>
        <w:tc>
          <w:tcPr>
            <w:tcW w:type="dxa" w:w="2351"/>
          </w:tcPr>
          <w:p/>
        </w:tc>
        <w:tc>
          <w:tcPr>
            <w:tcW w:type="dxa" w:w="2351"/>
          </w:tcPr>
          <w:p/>
        </w:tc>
        <w:tc>
          <w:tcPr>
            <w:tcW w:type="dxa" w:w="2351"/>
          </w:tcPr>
          <w:p/>
        </w:tc>
        <w:tc>
          <w:tcPr>
            <w:tcW w:type="dxa" w:w="2351"/>
          </w:tcPr>
          <w:p>
            <w:r>
              <w:t>Verbandsgemeinde Rhein-Selz</w:t>
            </w:r>
          </w:p>
        </w:tc>
      </w:tr>
      <w:tr>
        <w:trPr>
          <w:cantSplit/>
        </w:trPr>
        <w:tc>
          <w:tcPr>
            <w:tcW w:type="dxa" w:w="2351"/>
          </w:tcPr>
          <w:p/>
        </w:tc>
        <w:tc>
          <w:tcPr>
            <w:tcW w:type="dxa" w:w="2351"/>
          </w:tcPr>
          <w:p/>
        </w:tc>
        <w:tc>
          <w:tcPr>
            <w:tcW w:type="dxa" w:w="2351"/>
          </w:tcPr>
          <w:p/>
        </w:tc>
        <w:tc>
          <w:tcPr>
            <w:tcW w:type="dxa" w:w="2351"/>
          </w:tcPr>
          <w:p>
            <w:r>
              <w:t xml:space="preserve"> die Gemeinden</w:t>
            </w:r>
            <w:r>
              <w:br/>
            </w:r>
            <w:r>
              <w:t>Dalheim, Dexheim, Dienheim, Dolgesheim, Dorn-Dürkheim, Eimsheim, Friesenheim, Guntersblum, Hahnheim, Hillesheim, Köngernheim, Ludwigshöhe, Mommenheim, Nierstein, Oppenheim, Selzen, Uelversheim, Undenheim, Weinolsheim, Wintersheim</w:t>
            </w:r>
          </w:p>
        </w:tc>
      </w:tr>
      <w:tr>
        <w:trPr>
          <w:cantSplit/>
        </w:trPr>
        <w:tc>
          <w:tcPr>
            <w:tcW w:type="dxa" w:w="2351"/>
          </w:tcPr>
          <w:p/>
        </w:tc>
        <w:tc>
          <w:tcPr>
            <w:tcW w:type="dxa" w:w="2351"/>
          </w:tcPr>
          <w:p/>
        </w:tc>
        <w:tc>
          <w:tcPr>
            <w:tcW w:type="dxa" w:w="2351"/>
          </w:tcPr>
          <w:p/>
        </w:tc>
        <w:tc>
          <w:tcPr>
            <w:tcW w:type="dxa" w:w="2351"/>
          </w:tcPr>
          <w:p>
            <w:r>
              <w:t>Verbandsgemeinde Sprendlingen-Gensingen</w:t>
            </w:r>
          </w:p>
        </w:tc>
      </w:tr>
      <w:tr>
        <w:trPr>
          <w:cantSplit/>
        </w:trPr>
        <w:tc>
          <w:tcPr>
            <w:tcW w:type="dxa" w:w="2351"/>
          </w:tcPr>
          <w:p/>
        </w:tc>
        <w:tc>
          <w:tcPr>
            <w:tcW w:type="dxa" w:w="2351"/>
          </w:tcPr>
          <w:p/>
        </w:tc>
        <w:tc>
          <w:tcPr>
            <w:tcW w:type="dxa" w:w="2351"/>
          </w:tcPr>
          <w:p/>
        </w:tc>
        <w:tc>
          <w:tcPr>
            <w:tcW w:type="dxa" w:w="2351"/>
          </w:tcPr>
          <w:p>
            <w:r>
              <w:t xml:space="preserve"> die Gemeinden</w:t>
            </w:r>
            <w:r>
              <w:br/>
            </w:r>
            <w:r>
              <w:t>Aspisheim, Badenheim, Gensingen, Grolsheim, Horrweiler, Sankt Johann, Sprendlingen, Welgesheim, Wolfsheim, Zotzenheim</w:t>
            </w:r>
          </w:p>
        </w:tc>
      </w:tr>
      <w:tr>
        <w:trPr>
          <w:cantSplit/>
        </w:trPr>
        <w:tc>
          <w:tcPr>
            <w:tcW w:type="dxa" w:w="2351"/>
          </w:tcPr>
          <w:p/>
        </w:tc>
        <w:tc>
          <w:tcPr>
            <w:tcW w:type="dxa" w:w="2351"/>
          </w:tcPr>
          <w:p/>
        </w:tc>
        <w:tc>
          <w:tcPr>
            <w:tcW w:type="dxa" w:w="4702"/>
            <w:gridSpan w:val="2"/>
          </w:tcPr>
          <w:p>
            <w:r>
              <w:t>(Übrige Gemeinden s. Wkr. 204)</w:t>
            </w:r>
          </w:p>
        </w:tc>
      </w:tr>
      <w:tr>
        <w:trPr>
          <w:cantSplit/>
        </w:trPr>
        <w:tc>
          <w:tcPr>
            <w:tcW w:type="dxa" w:w="2351"/>
          </w:tcPr>
          <w:p>
            <w:r>
              <w:t>206</w:t>
            </w:r>
          </w:p>
        </w:tc>
        <w:tc>
          <w:tcPr>
            <w:tcW w:type="dxa" w:w="2351"/>
          </w:tcPr>
          <w:p>
            <w:r>
              <w:t>Ludwigshafen/Frankenthal</w:t>
            </w:r>
          </w:p>
        </w:tc>
        <w:tc>
          <w:tcPr>
            <w:tcW w:type="dxa" w:w="4702"/>
            <w:gridSpan w:val="2"/>
          </w:tcPr>
          <w:p>
            <w:r>
              <w:t>Kreisfreie Stadt Frankenthal (Pfalz)</w:t>
            </w:r>
          </w:p>
        </w:tc>
      </w:tr>
      <w:tr>
        <w:trPr>
          <w:cantSplit/>
        </w:trPr>
        <w:tc>
          <w:tcPr>
            <w:tcW w:type="dxa" w:w="2351"/>
          </w:tcPr>
          <w:p/>
        </w:tc>
        <w:tc>
          <w:tcPr>
            <w:tcW w:type="dxa" w:w="2351"/>
          </w:tcPr>
          <w:p/>
        </w:tc>
        <w:tc>
          <w:tcPr>
            <w:tcW w:type="dxa" w:w="4702"/>
            <w:gridSpan w:val="2"/>
          </w:tcPr>
          <w:p>
            <w:r>
              <w:t>Kreisfreie Stadt Ludwigshafen am Rhein</w:t>
            </w:r>
          </w:p>
        </w:tc>
      </w:tr>
      <w:tr>
        <w:trPr>
          <w:cantSplit/>
        </w:trPr>
        <w:tc>
          <w:tcPr>
            <w:tcW w:type="dxa" w:w="2351"/>
          </w:tcPr>
          <w:p/>
        </w:tc>
        <w:tc>
          <w:tcPr>
            <w:tcW w:type="dxa" w:w="2351"/>
          </w:tcPr>
          <w:p/>
        </w:tc>
        <w:tc>
          <w:tcPr>
            <w:tcW w:type="dxa" w:w="4702"/>
            <w:gridSpan w:val="2"/>
          </w:tcPr>
          <w:p>
            <w:r>
              <w:t>vom Rhein-Pfalz-Kreis</w:t>
            </w:r>
          </w:p>
        </w:tc>
      </w:tr>
      <w:tr>
        <w:trPr>
          <w:cantSplit/>
        </w:trPr>
        <w:tc>
          <w:tcPr>
            <w:tcW w:type="dxa" w:w="2351"/>
          </w:tcPr>
          <w:p/>
        </w:tc>
        <w:tc>
          <w:tcPr>
            <w:tcW w:type="dxa" w:w="2351"/>
          </w:tcPr>
          <w:p/>
        </w:tc>
        <w:tc>
          <w:tcPr>
            <w:tcW w:type="dxa" w:w="2351"/>
          </w:tcPr>
          <w:p/>
        </w:tc>
        <w:tc>
          <w:tcPr>
            <w:tcW w:type="dxa" w:w="2351"/>
          </w:tcPr>
          <w:p>
            <w:r>
              <w:t>verbandsfreie Gemeinden</w:t>
            </w:r>
            <w:r>
              <w:br/>
            </w:r>
            <w:r>
              <w:t>Bobenheim-Roxheim, Böhl-Iggelheim, Limburgerhof, Mutterstadt</w:t>
            </w:r>
          </w:p>
        </w:tc>
      </w:tr>
      <w:tr>
        <w:trPr>
          <w:cantSplit/>
        </w:trPr>
        <w:tc>
          <w:tcPr>
            <w:tcW w:type="dxa" w:w="2351"/>
          </w:tcPr>
          <w:p/>
        </w:tc>
        <w:tc>
          <w:tcPr>
            <w:tcW w:type="dxa" w:w="2351"/>
          </w:tcPr>
          <w:p/>
        </w:tc>
        <w:tc>
          <w:tcPr>
            <w:tcW w:type="dxa" w:w="2351"/>
          </w:tcPr>
          <w:p/>
        </w:tc>
        <w:tc>
          <w:tcPr>
            <w:tcW w:type="dxa" w:w="2351"/>
          </w:tcPr>
          <w:p>
            <w:r>
              <w:t>Verbandsgemeinde Dannstadt-Schauernheim</w:t>
            </w:r>
          </w:p>
        </w:tc>
      </w:tr>
      <w:tr>
        <w:trPr>
          <w:cantSplit/>
        </w:trPr>
        <w:tc>
          <w:tcPr>
            <w:tcW w:type="dxa" w:w="2351"/>
          </w:tcPr>
          <w:p/>
        </w:tc>
        <w:tc>
          <w:tcPr>
            <w:tcW w:type="dxa" w:w="2351"/>
          </w:tcPr>
          <w:p/>
        </w:tc>
        <w:tc>
          <w:tcPr>
            <w:tcW w:type="dxa" w:w="2351"/>
          </w:tcPr>
          <w:p/>
        </w:tc>
        <w:tc>
          <w:tcPr>
            <w:tcW w:type="dxa" w:w="2351"/>
          </w:tcPr>
          <w:p>
            <w:r>
              <w:t xml:space="preserve"> die Gemeinden</w:t>
            </w:r>
            <w:r>
              <w:br/>
            </w:r>
            <w:r>
              <w:t>Dannstadt-Schauernheim, Hochdorf-Assenheim, Rödersheim-Gronau</w:t>
            </w:r>
          </w:p>
        </w:tc>
      </w:tr>
      <w:tr>
        <w:trPr>
          <w:cantSplit/>
        </w:trPr>
        <w:tc>
          <w:tcPr>
            <w:tcW w:type="dxa" w:w="2351"/>
          </w:tcPr>
          <w:p/>
        </w:tc>
        <w:tc>
          <w:tcPr>
            <w:tcW w:type="dxa" w:w="2351"/>
          </w:tcPr>
          <w:p/>
        </w:tc>
        <w:tc>
          <w:tcPr>
            <w:tcW w:type="dxa" w:w="2351"/>
          </w:tcPr>
          <w:p/>
        </w:tc>
        <w:tc>
          <w:tcPr>
            <w:tcW w:type="dxa" w:w="2351"/>
          </w:tcPr>
          <w:p>
            <w:r>
              <w:t>Verbandsgemeinde Lambsheim-Heßheim</w:t>
            </w:r>
          </w:p>
        </w:tc>
      </w:tr>
      <w:tr>
        <w:trPr>
          <w:cantSplit/>
        </w:trPr>
        <w:tc>
          <w:tcPr>
            <w:tcW w:type="dxa" w:w="2351"/>
          </w:tcPr>
          <w:p/>
        </w:tc>
        <w:tc>
          <w:tcPr>
            <w:tcW w:type="dxa" w:w="2351"/>
          </w:tcPr>
          <w:p/>
        </w:tc>
        <w:tc>
          <w:tcPr>
            <w:tcW w:type="dxa" w:w="2351"/>
          </w:tcPr>
          <w:p/>
        </w:tc>
        <w:tc>
          <w:tcPr>
            <w:tcW w:type="dxa" w:w="2351"/>
          </w:tcPr>
          <w:p>
            <w:r>
              <w:t xml:space="preserve"> die Gemeinden</w:t>
            </w:r>
            <w:r>
              <w:br/>
            </w:r>
            <w:r>
              <w:t>Beindersheim, Großniedesheim, Heßheim, Heuchelheim bei Frankenthal, Kleinniedesheim, Lambsheim</w:t>
            </w:r>
          </w:p>
        </w:tc>
      </w:tr>
      <w:tr>
        <w:trPr>
          <w:cantSplit/>
        </w:trPr>
        <w:tc>
          <w:tcPr>
            <w:tcW w:type="dxa" w:w="2351"/>
          </w:tcPr>
          <w:p/>
        </w:tc>
        <w:tc>
          <w:tcPr>
            <w:tcW w:type="dxa" w:w="2351"/>
          </w:tcPr>
          <w:p/>
        </w:tc>
        <w:tc>
          <w:tcPr>
            <w:tcW w:type="dxa" w:w="2351"/>
          </w:tcPr>
          <w:p/>
        </w:tc>
        <w:tc>
          <w:tcPr>
            <w:tcW w:type="dxa" w:w="2351"/>
          </w:tcPr>
          <w:p>
            <w:r>
              <w:t>Verbandsgemeinde Maxdorf</w:t>
            </w:r>
          </w:p>
        </w:tc>
      </w:tr>
      <w:tr>
        <w:trPr>
          <w:cantSplit/>
        </w:trPr>
        <w:tc>
          <w:tcPr>
            <w:tcW w:type="dxa" w:w="2351"/>
          </w:tcPr>
          <w:p/>
        </w:tc>
        <w:tc>
          <w:tcPr>
            <w:tcW w:type="dxa" w:w="2351"/>
          </w:tcPr>
          <w:p/>
        </w:tc>
        <w:tc>
          <w:tcPr>
            <w:tcW w:type="dxa" w:w="2351"/>
          </w:tcPr>
          <w:p/>
        </w:tc>
        <w:tc>
          <w:tcPr>
            <w:tcW w:type="dxa" w:w="2351"/>
          </w:tcPr>
          <w:p>
            <w:r>
              <w:t xml:space="preserve"> die Gemeinden</w:t>
            </w:r>
            <w:r>
              <w:br/>
            </w:r>
            <w:r>
              <w:t>Birkenheide, Fußgönheim, Maxdorf</w:t>
            </w:r>
          </w:p>
        </w:tc>
      </w:tr>
      <w:tr>
        <w:trPr>
          <w:cantSplit/>
        </w:trPr>
        <w:tc>
          <w:tcPr>
            <w:tcW w:type="dxa" w:w="2351"/>
          </w:tcPr>
          <w:p/>
        </w:tc>
        <w:tc>
          <w:tcPr>
            <w:tcW w:type="dxa" w:w="2351"/>
          </w:tcPr>
          <w:p/>
        </w:tc>
        <w:tc>
          <w:tcPr>
            <w:tcW w:type="dxa" w:w="2351"/>
          </w:tcPr>
          <w:p/>
        </w:tc>
        <w:tc>
          <w:tcPr>
            <w:tcW w:type="dxa" w:w="2351"/>
          </w:tcPr>
          <w:p>
            <w:r>
              <w:t>von der Verbandsgemeinde Rheinauen</w:t>
            </w:r>
          </w:p>
        </w:tc>
      </w:tr>
      <w:tr>
        <w:trPr>
          <w:cantSplit/>
        </w:trPr>
        <w:tc>
          <w:tcPr>
            <w:tcW w:type="dxa" w:w="2351"/>
          </w:tcPr>
          <w:p/>
        </w:tc>
        <w:tc>
          <w:tcPr>
            <w:tcW w:type="dxa" w:w="2351"/>
          </w:tcPr>
          <w:p/>
        </w:tc>
        <w:tc>
          <w:tcPr>
            <w:tcW w:type="dxa" w:w="2351"/>
          </w:tcPr>
          <w:p/>
        </w:tc>
        <w:tc>
          <w:tcPr>
            <w:tcW w:type="dxa" w:w="2351"/>
          </w:tcPr>
          <w:p>
            <w:r>
              <w:t xml:space="preserve"> die Gemeinden</w:t>
            </w:r>
            <w:r>
              <w:br/>
            </w:r>
            <w:r>
              <w:t>Altrip, Neuhofen</w:t>
            </w:r>
          </w:p>
        </w:tc>
      </w:tr>
      <w:tr>
        <w:trPr>
          <w:cantSplit/>
        </w:trPr>
        <w:tc>
          <w:tcPr>
            <w:tcW w:type="dxa" w:w="2351"/>
          </w:tcPr>
          <w:p/>
        </w:tc>
        <w:tc>
          <w:tcPr>
            <w:tcW w:type="dxa" w:w="2351"/>
          </w:tcPr>
          <w:p/>
        </w:tc>
        <w:tc>
          <w:tcPr>
            <w:tcW w:type="dxa" w:w="4702"/>
            <w:gridSpan w:val="2"/>
          </w:tcPr>
          <w:p>
            <w:r>
              <w:t>(Übrige Gemeinden s. Wkr. 207)</w:t>
            </w:r>
          </w:p>
        </w:tc>
      </w:tr>
      <w:tr>
        <w:trPr>
          <w:cantSplit/>
        </w:trPr>
        <w:tc>
          <w:tcPr>
            <w:tcW w:type="dxa" w:w="2351"/>
          </w:tcPr>
          <w:p>
            <w:r>
              <w:t>207</w:t>
            </w:r>
          </w:p>
        </w:tc>
        <w:tc>
          <w:tcPr>
            <w:tcW w:type="dxa" w:w="2351"/>
          </w:tcPr>
          <w:p>
            <w:r>
              <w:t>Neustadt – Speyer</w:t>
            </w:r>
          </w:p>
        </w:tc>
        <w:tc>
          <w:tcPr>
            <w:tcW w:type="dxa" w:w="4702"/>
            <w:gridSpan w:val="2"/>
          </w:tcPr>
          <w:p>
            <w:r>
              <w:t>Kreisfreie Stadt Neustadt an der Weinstraße</w:t>
            </w:r>
          </w:p>
        </w:tc>
      </w:tr>
      <w:tr>
        <w:trPr>
          <w:cantSplit/>
        </w:trPr>
        <w:tc>
          <w:tcPr>
            <w:tcW w:type="dxa" w:w="2351"/>
          </w:tcPr>
          <w:p/>
        </w:tc>
        <w:tc>
          <w:tcPr>
            <w:tcW w:type="dxa" w:w="2351"/>
          </w:tcPr>
          <w:p/>
        </w:tc>
        <w:tc>
          <w:tcPr>
            <w:tcW w:type="dxa" w:w="4702"/>
            <w:gridSpan w:val="2"/>
          </w:tcPr>
          <w:p>
            <w:r>
              <w:t>Kreisfreie Stadt Speyer</w:t>
            </w:r>
          </w:p>
        </w:tc>
      </w:tr>
      <w:tr>
        <w:trPr>
          <w:cantSplit/>
        </w:trPr>
        <w:tc>
          <w:tcPr>
            <w:tcW w:type="dxa" w:w="2351"/>
          </w:tcPr>
          <w:p/>
        </w:tc>
        <w:tc>
          <w:tcPr>
            <w:tcW w:type="dxa" w:w="2351"/>
          </w:tcPr>
          <w:p/>
        </w:tc>
        <w:tc>
          <w:tcPr>
            <w:tcW w:type="dxa" w:w="4702"/>
            <w:gridSpan w:val="2"/>
          </w:tcPr>
          <w:p>
            <w:r>
              <w:t>Landkreis Bad Dürkheim</w:t>
            </w:r>
          </w:p>
        </w:tc>
      </w:tr>
      <w:tr>
        <w:trPr>
          <w:cantSplit/>
        </w:trPr>
        <w:tc>
          <w:tcPr>
            <w:tcW w:type="dxa" w:w="2351"/>
          </w:tcPr>
          <w:p/>
        </w:tc>
        <w:tc>
          <w:tcPr>
            <w:tcW w:type="dxa" w:w="2351"/>
          </w:tcPr>
          <w:p/>
        </w:tc>
        <w:tc>
          <w:tcPr>
            <w:tcW w:type="dxa" w:w="4702"/>
            <w:gridSpan w:val="2"/>
          </w:tcPr>
          <w:p>
            <w:r>
              <w:t>vom Rhein-Pfalz-Kreis</w:t>
            </w:r>
          </w:p>
        </w:tc>
      </w:tr>
      <w:tr>
        <w:trPr>
          <w:cantSplit/>
        </w:trPr>
        <w:tc>
          <w:tcPr>
            <w:tcW w:type="dxa" w:w="2351"/>
          </w:tcPr>
          <w:p/>
        </w:tc>
        <w:tc>
          <w:tcPr>
            <w:tcW w:type="dxa" w:w="2351"/>
          </w:tcPr>
          <w:p/>
        </w:tc>
        <w:tc>
          <w:tcPr>
            <w:tcW w:type="dxa" w:w="2351"/>
          </w:tcPr>
          <w:p/>
        </w:tc>
        <w:tc>
          <w:tcPr>
            <w:tcW w:type="dxa" w:w="2351"/>
          </w:tcPr>
          <w:p>
            <w:r>
              <w:t>verbandsfreie Gemeinde Schifferstadt</w:t>
            </w:r>
          </w:p>
        </w:tc>
      </w:tr>
      <w:tr>
        <w:trPr>
          <w:cantSplit/>
        </w:trPr>
        <w:tc>
          <w:tcPr>
            <w:tcW w:type="dxa" w:w="2351"/>
          </w:tcPr>
          <w:p/>
        </w:tc>
        <w:tc>
          <w:tcPr>
            <w:tcW w:type="dxa" w:w="2351"/>
          </w:tcPr>
          <w:p/>
        </w:tc>
        <w:tc>
          <w:tcPr>
            <w:tcW w:type="dxa" w:w="2351"/>
          </w:tcPr>
          <w:p/>
        </w:tc>
        <w:tc>
          <w:tcPr>
            <w:tcW w:type="dxa" w:w="2351"/>
          </w:tcPr>
          <w:p>
            <w:r>
              <w:t>Verbandsgemeinde Römerberg-Dudenhofen</w:t>
            </w:r>
          </w:p>
        </w:tc>
      </w:tr>
      <w:tr>
        <w:trPr>
          <w:cantSplit/>
        </w:trPr>
        <w:tc>
          <w:tcPr>
            <w:tcW w:type="dxa" w:w="2351"/>
          </w:tcPr>
          <w:p/>
        </w:tc>
        <w:tc>
          <w:tcPr>
            <w:tcW w:type="dxa" w:w="2351"/>
          </w:tcPr>
          <w:p/>
        </w:tc>
        <w:tc>
          <w:tcPr>
            <w:tcW w:type="dxa" w:w="2351"/>
          </w:tcPr>
          <w:p/>
        </w:tc>
        <w:tc>
          <w:tcPr>
            <w:tcW w:type="dxa" w:w="2351"/>
          </w:tcPr>
          <w:p>
            <w:r>
              <w:t xml:space="preserve"> die Gemeinden</w:t>
            </w:r>
            <w:r>
              <w:br/>
            </w:r>
            <w:r>
              <w:t>Dudenhofen, Hanhofen, Harthausen, Römerberg</w:t>
            </w:r>
          </w:p>
        </w:tc>
      </w:tr>
      <w:tr>
        <w:trPr>
          <w:cantSplit/>
        </w:trPr>
        <w:tc>
          <w:tcPr>
            <w:tcW w:type="dxa" w:w="2351"/>
          </w:tcPr>
          <w:p/>
        </w:tc>
        <w:tc>
          <w:tcPr>
            <w:tcW w:type="dxa" w:w="2351"/>
          </w:tcPr>
          <w:p/>
        </w:tc>
        <w:tc>
          <w:tcPr>
            <w:tcW w:type="dxa" w:w="2351"/>
          </w:tcPr>
          <w:p/>
        </w:tc>
        <w:tc>
          <w:tcPr>
            <w:tcW w:type="dxa" w:w="2351"/>
          </w:tcPr>
          <w:p>
            <w:r>
              <w:t>von der Verbandsgemeinde Rheinauen</w:t>
            </w:r>
          </w:p>
        </w:tc>
      </w:tr>
      <w:tr>
        <w:trPr>
          <w:cantSplit/>
        </w:trPr>
        <w:tc>
          <w:tcPr>
            <w:tcW w:type="dxa" w:w="2351"/>
          </w:tcPr>
          <w:p/>
        </w:tc>
        <w:tc>
          <w:tcPr>
            <w:tcW w:type="dxa" w:w="2351"/>
          </w:tcPr>
          <w:p/>
        </w:tc>
        <w:tc>
          <w:tcPr>
            <w:tcW w:type="dxa" w:w="2351"/>
          </w:tcPr>
          <w:p/>
        </w:tc>
        <w:tc>
          <w:tcPr>
            <w:tcW w:type="dxa" w:w="2351"/>
          </w:tcPr>
          <w:p>
            <w:r>
              <w:t xml:space="preserve"> die Gemeinden</w:t>
            </w:r>
            <w:r>
              <w:br/>
            </w:r>
            <w:r>
              <w:t>Otterstadt, Waldsee</w:t>
            </w:r>
          </w:p>
        </w:tc>
      </w:tr>
      <w:tr>
        <w:trPr>
          <w:cantSplit/>
        </w:trPr>
        <w:tc>
          <w:tcPr>
            <w:tcW w:type="dxa" w:w="2351"/>
          </w:tcPr>
          <w:p/>
        </w:tc>
        <w:tc>
          <w:tcPr>
            <w:tcW w:type="dxa" w:w="2351"/>
          </w:tcPr>
          <w:p/>
        </w:tc>
        <w:tc>
          <w:tcPr>
            <w:tcW w:type="dxa" w:w="4702"/>
            <w:gridSpan w:val="2"/>
          </w:tcPr>
          <w:p>
            <w:r>
              <w:t>(Übrige Gemeinden s. Wkr. 206)</w:t>
            </w:r>
          </w:p>
        </w:tc>
      </w:tr>
      <w:tr>
        <w:trPr>
          <w:cantSplit/>
        </w:trPr>
        <w:tc>
          <w:tcPr>
            <w:tcW w:type="dxa" w:w="2351"/>
          </w:tcPr>
          <w:p>
            <w:r>
              <w:t>208</w:t>
            </w:r>
          </w:p>
        </w:tc>
        <w:tc>
          <w:tcPr>
            <w:tcW w:type="dxa" w:w="2351"/>
          </w:tcPr>
          <w:p>
            <w:r>
              <w:t>Kaiserslautern</w:t>
            </w:r>
          </w:p>
        </w:tc>
        <w:tc>
          <w:tcPr>
            <w:tcW w:type="dxa" w:w="4702"/>
            <w:gridSpan w:val="2"/>
          </w:tcPr>
          <w:p>
            <w:r>
              <w:t>Kreisfreie Stadt Kaiserslautern</w:t>
            </w:r>
          </w:p>
        </w:tc>
      </w:tr>
      <w:tr>
        <w:trPr>
          <w:cantSplit/>
        </w:trPr>
        <w:tc>
          <w:tcPr>
            <w:tcW w:type="dxa" w:w="2351"/>
          </w:tcPr>
          <w:p/>
        </w:tc>
        <w:tc>
          <w:tcPr>
            <w:tcW w:type="dxa" w:w="2351"/>
          </w:tcPr>
          <w:p/>
        </w:tc>
        <w:tc>
          <w:tcPr>
            <w:tcW w:type="dxa" w:w="4702"/>
            <w:gridSpan w:val="2"/>
          </w:tcPr>
          <w:p>
            <w:r>
              <w:t>Donnersbergkreis</w:t>
            </w:r>
          </w:p>
        </w:tc>
      </w:tr>
      <w:tr>
        <w:trPr>
          <w:cantSplit/>
        </w:trPr>
        <w:tc>
          <w:tcPr>
            <w:tcW w:type="dxa" w:w="2351"/>
          </w:tcPr>
          <w:p/>
        </w:tc>
        <w:tc>
          <w:tcPr>
            <w:tcW w:type="dxa" w:w="2351"/>
          </w:tcPr>
          <w:p/>
        </w:tc>
        <w:tc>
          <w:tcPr>
            <w:tcW w:type="dxa" w:w="4702"/>
            <w:gridSpan w:val="2"/>
          </w:tcPr>
          <w:p>
            <w:r>
              <w:t>Landkreis Kusel</w:t>
            </w:r>
          </w:p>
        </w:tc>
      </w:tr>
      <w:tr>
        <w:trPr>
          <w:cantSplit/>
        </w:trPr>
        <w:tc>
          <w:tcPr>
            <w:tcW w:type="dxa" w:w="2351"/>
          </w:tcPr>
          <w:p/>
        </w:tc>
        <w:tc>
          <w:tcPr>
            <w:tcW w:type="dxa" w:w="2351"/>
          </w:tcPr>
          <w:p/>
        </w:tc>
        <w:tc>
          <w:tcPr>
            <w:tcW w:type="dxa" w:w="4702"/>
            <w:gridSpan w:val="2"/>
          </w:tcPr>
          <w:p>
            <w:r>
              <w:t>vom Landkreis Kaiserslautern</w:t>
            </w:r>
          </w:p>
        </w:tc>
      </w:tr>
      <w:tr>
        <w:trPr>
          <w:cantSplit/>
        </w:trPr>
        <w:tc>
          <w:tcPr>
            <w:tcW w:type="dxa" w:w="2351"/>
          </w:tcPr>
          <w:p/>
        </w:tc>
        <w:tc>
          <w:tcPr>
            <w:tcW w:type="dxa" w:w="2351"/>
          </w:tcPr>
          <w:p/>
        </w:tc>
        <w:tc>
          <w:tcPr>
            <w:tcW w:type="dxa" w:w="2351"/>
          </w:tcPr>
          <w:p/>
        </w:tc>
        <w:tc>
          <w:tcPr>
            <w:tcW w:type="dxa" w:w="2351"/>
          </w:tcPr>
          <w:p>
            <w:r>
              <w:t>Verbandsgemeinde Enkenbach-Alsenborn</w:t>
            </w:r>
          </w:p>
        </w:tc>
      </w:tr>
      <w:tr>
        <w:trPr>
          <w:cantSplit/>
        </w:trPr>
        <w:tc>
          <w:tcPr>
            <w:tcW w:type="dxa" w:w="2351"/>
          </w:tcPr>
          <w:p/>
        </w:tc>
        <w:tc>
          <w:tcPr>
            <w:tcW w:type="dxa" w:w="2351"/>
          </w:tcPr>
          <w:p/>
        </w:tc>
        <w:tc>
          <w:tcPr>
            <w:tcW w:type="dxa" w:w="2351"/>
          </w:tcPr>
          <w:p/>
        </w:tc>
        <w:tc>
          <w:tcPr>
            <w:tcW w:type="dxa" w:w="2351"/>
          </w:tcPr>
          <w:p>
            <w:r>
              <w:t xml:space="preserve"> die Gemeinden</w:t>
            </w:r>
            <w:r>
              <w:br/>
            </w:r>
            <w:r>
              <w:t>Enkenbach-Alsenborn, Fischbach, Frankenstein, Hochspeyer, Mehlingen, Neuhemsbach, Sembach, Waldleiningen</w:t>
            </w:r>
          </w:p>
        </w:tc>
      </w:tr>
      <w:tr>
        <w:trPr>
          <w:cantSplit/>
        </w:trPr>
        <w:tc>
          <w:tcPr>
            <w:tcW w:type="dxa" w:w="2351"/>
          </w:tcPr>
          <w:p/>
        </w:tc>
        <w:tc>
          <w:tcPr>
            <w:tcW w:type="dxa" w:w="2351"/>
          </w:tcPr>
          <w:p/>
        </w:tc>
        <w:tc>
          <w:tcPr>
            <w:tcW w:type="dxa" w:w="2351"/>
          </w:tcPr>
          <w:p/>
        </w:tc>
        <w:tc>
          <w:tcPr>
            <w:tcW w:type="dxa" w:w="2351"/>
          </w:tcPr>
          <w:p>
            <w:r>
              <w:t>Verbandsgemeinde Otterbach-Otterberg</w:t>
            </w:r>
          </w:p>
        </w:tc>
      </w:tr>
      <w:tr>
        <w:trPr>
          <w:cantSplit/>
        </w:trPr>
        <w:tc>
          <w:tcPr>
            <w:tcW w:type="dxa" w:w="2351"/>
          </w:tcPr>
          <w:p/>
        </w:tc>
        <w:tc>
          <w:tcPr>
            <w:tcW w:type="dxa" w:w="2351"/>
          </w:tcPr>
          <w:p/>
        </w:tc>
        <w:tc>
          <w:tcPr>
            <w:tcW w:type="dxa" w:w="2351"/>
          </w:tcPr>
          <w:p/>
        </w:tc>
        <w:tc>
          <w:tcPr>
            <w:tcW w:type="dxa" w:w="2351"/>
          </w:tcPr>
          <w:p>
            <w:r>
              <w:t xml:space="preserve"> die Gemeinden</w:t>
            </w:r>
            <w:r>
              <w:br/>
            </w:r>
            <w:r>
              <w:t>Frankelbach, Heiligenmoschel, Hirschhorn/Pfalz, Katzweiler, Mehlbach, Niederkirchen, Olsbrücken, Otterbach, Otterberg, Schallodenbach, Schneckenhausen, Sulzbachtal</w:t>
            </w:r>
          </w:p>
        </w:tc>
      </w:tr>
      <w:tr>
        <w:trPr>
          <w:cantSplit/>
        </w:trPr>
        <w:tc>
          <w:tcPr>
            <w:tcW w:type="dxa" w:w="2351"/>
          </w:tcPr>
          <w:p/>
        </w:tc>
        <w:tc>
          <w:tcPr>
            <w:tcW w:type="dxa" w:w="2351"/>
          </w:tcPr>
          <w:p/>
        </w:tc>
        <w:tc>
          <w:tcPr>
            <w:tcW w:type="dxa" w:w="2351"/>
          </w:tcPr>
          <w:p/>
        </w:tc>
        <w:tc>
          <w:tcPr>
            <w:tcW w:type="dxa" w:w="2351"/>
          </w:tcPr>
          <w:p>
            <w:r>
              <w:t>Verbandsgemeinde Weilerbach</w:t>
            </w:r>
          </w:p>
        </w:tc>
      </w:tr>
      <w:tr>
        <w:trPr>
          <w:cantSplit/>
        </w:trPr>
        <w:tc>
          <w:tcPr>
            <w:tcW w:type="dxa" w:w="2351"/>
          </w:tcPr>
          <w:p/>
        </w:tc>
        <w:tc>
          <w:tcPr>
            <w:tcW w:type="dxa" w:w="2351"/>
          </w:tcPr>
          <w:p/>
        </w:tc>
        <w:tc>
          <w:tcPr>
            <w:tcW w:type="dxa" w:w="2351"/>
          </w:tcPr>
          <w:p/>
        </w:tc>
        <w:tc>
          <w:tcPr>
            <w:tcW w:type="dxa" w:w="2351"/>
          </w:tcPr>
          <w:p>
            <w:r>
              <w:t xml:space="preserve"> die Gemeinden</w:t>
            </w:r>
            <w:r>
              <w:br/>
            </w:r>
            <w:r>
              <w:t>Erzenhausen, Eulenbis, Kollweiler, Mackenbach, Reichenbach-Steegen, Rodenbach, Schwedelbach, Weilerbach</w:t>
            </w:r>
          </w:p>
        </w:tc>
      </w:tr>
      <w:tr>
        <w:trPr>
          <w:cantSplit/>
        </w:trPr>
        <w:tc>
          <w:tcPr>
            <w:tcW w:type="dxa" w:w="2351"/>
          </w:tcPr>
          <w:p/>
        </w:tc>
        <w:tc>
          <w:tcPr>
            <w:tcW w:type="dxa" w:w="2351"/>
          </w:tcPr>
          <w:p/>
        </w:tc>
        <w:tc>
          <w:tcPr>
            <w:tcW w:type="dxa" w:w="4702"/>
            <w:gridSpan w:val="2"/>
          </w:tcPr>
          <w:p>
            <w:r>
              <w:t>(Übrige Gemeinden s. Wkr. 209)</w:t>
            </w:r>
          </w:p>
        </w:tc>
      </w:tr>
      <w:tr>
        <w:trPr>
          <w:cantSplit/>
        </w:trPr>
        <w:tc>
          <w:tcPr>
            <w:tcW w:type="dxa" w:w="2351"/>
          </w:tcPr>
          <w:p>
            <w:r>
              <w:t>209</w:t>
            </w:r>
          </w:p>
        </w:tc>
        <w:tc>
          <w:tcPr>
            <w:tcW w:type="dxa" w:w="2351"/>
          </w:tcPr>
          <w:p>
            <w:r>
              <w:t>Pirmasens</w:t>
            </w:r>
          </w:p>
        </w:tc>
        <w:tc>
          <w:tcPr>
            <w:tcW w:type="dxa" w:w="4702"/>
            <w:gridSpan w:val="2"/>
          </w:tcPr>
          <w:p>
            <w:r>
              <w:t>Kreisfreie Stadt Pirmasens</w:t>
            </w:r>
          </w:p>
        </w:tc>
      </w:tr>
      <w:tr>
        <w:trPr>
          <w:cantSplit/>
        </w:trPr>
        <w:tc>
          <w:tcPr>
            <w:tcW w:type="dxa" w:w="2351"/>
          </w:tcPr>
          <w:p/>
        </w:tc>
        <w:tc>
          <w:tcPr>
            <w:tcW w:type="dxa" w:w="2351"/>
          </w:tcPr>
          <w:p/>
        </w:tc>
        <w:tc>
          <w:tcPr>
            <w:tcW w:type="dxa" w:w="4702"/>
            <w:gridSpan w:val="2"/>
          </w:tcPr>
          <w:p>
            <w:r>
              <w:t>Kreisfreie Stadt Zweibrücken</w:t>
            </w:r>
          </w:p>
        </w:tc>
      </w:tr>
      <w:tr>
        <w:trPr>
          <w:cantSplit/>
        </w:trPr>
        <w:tc>
          <w:tcPr>
            <w:tcW w:type="dxa" w:w="2351"/>
          </w:tcPr>
          <w:p/>
        </w:tc>
        <w:tc>
          <w:tcPr>
            <w:tcW w:type="dxa" w:w="2351"/>
          </w:tcPr>
          <w:p/>
        </w:tc>
        <w:tc>
          <w:tcPr>
            <w:tcW w:type="dxa" w:w="4702"/>
            <w:gridSpan w:val="2"/>
          </w:tcPr>
          <w:p>
            <w:r>
              <w:t>Landkreis Südwestpfalz</w:t>
            </w:r>
          </w:p>
        </w:tc>
      </w:tr>
      <w:tr>
        <w:trPr>
          <w:cantSplit/>
        </w:trPr>
        <w:tc>
          <w:tcPr>
            <w:tcW w:type="dxa" w:w="2351"/>
          </w:tcPr>
          <w:p/>
        </w:tc>
        <w:tc>
          <w:tcPr>
            <w:tcW w:type="dxa" w:w="2351"/>
          </w:tcPr>
          <w:p/>
        </w:tc>
        <w:tc>
          <w:tcPr>
            <w:tcW w:type="dxa" w:w="4702"/>
            <w:gridSpan w:val="2"/>
          </w:tcPr>
          <w:p>
            <w:r>
              <w:t>vom Landkreis Kaiserslautern</w:t>
            </w:r>
          </w:p>
        </w:tc>
      </w:tr>
      <w:tr>
        <w:trPr>
          <w:cantSplit/>
        </w:trPr>
        <w:tc>
          <w:tcPr>
            <w:tcW w:type="dxa" w:w="2351"/>
          </w:tcPr>
          <w:p/>
        </w:tc>
        <w:tc>
          <w:tcPr>
            <w:tcW w:type="dxa" w:w="2351"/>
          </w:tcPr>
          <w:p/>
        </w:tc>
        <w:tc>
          <w:tcPr>
            <w:tcW w:type="dxa" w:w="2351"/>
          </w:tcPr>
          <w:p/>
        </w:tc>
        <w:tc>
          <w:tcPr>
            <w:tcW w:type="dxa" w:w="2351"/>
          </w:tcPr>
          <w:p>
            <w:r>
              <w:t>Verbandsgemeinde Bruchmühlbach-Miesau</w:t>
            </w:r>
          </w:p>
        </w:tc>
      </w:tr>
      <w:tr>
        <w:trPr>
          <w:cantSplit/>
        </w:trPr>
        <w:tc>
          <w:tcPr>
            <w:tcW w:type="dxa" w:w="2351"/>
          </w:tcPr>
          <w:p/>
        </w:tc>
        <w:tc>
          <w:tcPr>
            <w:tcW w:type="dxa" w:w="2351"/>
          </w:tcPr>
          <w:p/>
        </w:tc>
        <w:tc>
          <w:tcPr>
            <w:tcW w:type="dxa" w:w="2351"/>
          </w:tcPr>
          <w:p/>
        </w:tc>
        <w:tc>
          <w:tcPr>
            <w:tcW w:type="dxa" w:w="2351"/>
          </w:tcPr>
          <w:p>
            <w:r>
              <w:t xml:space="preserve"> die Gemeinden</w:t>
            </w:r>
            <w:r>
              <w:br/>
            </w:r>
            <w:r>
              <w:t>Bruchmühlbach-Miesau, Gerhardsbrunn, Lambsborn, Langwieden, Martinshöhe</w:t>
            </w:r>
          </w:p>
        </w:tc>
      </w:tr>
      <w:tr>
        <w:trPr>
          <w:cantSplit/>
        </w:trPr>
        <w:tc>
          <w:tcPr>
            <w:tcW w:type="dxa" w:w="2351"/>
          </w:tcPr>
          <w:p/>
        </w:tc>
        <w:tc>
          <w:tcPr>
            <w:tcW w:type="dxa" w:w="2351"/>
          </w:tcPr>
          <w:p/>
        </w:tc>
        <w:tc>
          <w:tcPr>
            <w:tcW w:type="dxa" w:w="2351"/>
          </w:tcPr>
          <w:p/>
        </w:tc>
        <w:tc>
          <w:tcPr>
            <w:tcW w:type="dxa" w:w="2351"/>
          </w:tcPr>
          <w:p>
            <w:r>
              <w:t>Verbandsgemeinde Landstuhl</w:t>
            </w:r>
          </w:p>
        </w:tc>
      </w:tr>
      <w:tr>
        <w:trPr>
          <w:cantSplit/>
        </w:trPr>
        <w:tc>
          <w:tcPr>
            <w:tcW w:type="dxa" w:w="2351"/>
          </w:tcPr>
          <w:p/>
        </w:tc>
        <w:tc>
          <w:tcPr>
            <w:tcW w:type="dxa" w:w="2351"/>
          </w:tcPr>
          <w:p/>
        </w:tc>
        <w:tc>
          <w:tcPr>
            <w:tcW w:type="dxa" w:w="2351"/>
          </w:tcPr>
          <w:p/>
        </w:tc>
        <w:tc>
          <w:tcPr>
            <w:tcW w:type="dxa" w:w="2351"/>
          </w:tcPr>
          <w:p>
            <w:r>
              <w:t xml:space="preserve"> die Gemeinden</w:t>
            </w:r>
            <w:r>
              <w:br/>
            </w:r>
            <w:r>
              <w:t>Bann, Hauptstuhl, Kindsbach, Krickenbach, Landstuhl, Linden, Mittelbrunn, Oberarnbach, Queidersbach, Schopp, Stelzenberg, Trippstadt</w:t>
            </w:r>
          </w:p>
        </w:tc>
      </w:tr>
      <w:tr>
        <w:trPr>
          <w:cantSplit/>
        </w:trPr>
        <w:tc>
          <w:tcPr>
            <w:tcW w:type="dxa" w:w="2351"/>
          </w:tcPr>
          <w:p/>
        </w:tc>
        <w:tc>
          <w:tcPr>
            <w:tcW w:type="dxa" w:w="2351"/>
          </w:tcPr>
          <w:p/>
        </w:tc>
        <w:tc>
          <w:tcPr>
            <w:tcW w:type="dxa" w:w="2351"/>
          </w:tcPr>
          <w:p/>
        </w:tc>
        <w:tc>
          <w:tcPr>
            <w:tcW w:type="dxa" w:w="2351"/>
          </w:tcPr>
          <w:p>
            <w:r>
              <w:t>Verbandsgemeinde Ramstein-Miesenbach</w:t>
            </w:r>
          </w:p>
        </w:tc>
      </w:tr>
      <w:tr>
        <w:trPr>
          <w:cantSplit/>
        </w:trPr>
        <w:tc>
          <w:tcPr>
            <w:tcW w:type="dxa" w:w="2351"/>
          </w:tcPr>
          <w:p/>
        </w:tc>
        <w:tc>
          <w:tcPr>
            <w:tcW w:type="dxa" w:w="2351"/>
          </w:tcPr>
          <w:p/>
        </w:tc>
        <w:tc>
          <w:tcPr>
            <w:tcW w:type="dxa" w:w="2351"/>
          </w:tcPr>
          <w:p/>
        </w:tc>
        <w:tc>
          <w:tcPr>
            <w:tcW w:type="dxa" w:w="2351"/>
          </w:tcPr>
          <w:p>
            <w:r>
              <w:t xml:space="preserve"> die Gemeinden</w:t>
            </w:r>
            <w:r>
              <w:br/>
            </w:r>
            <w:r>
              <w:t>Hütschenhausen, Kottweiler-Schwanden, Niedermohr, Ramstein-Miesenbach, Steinwenden</w:t>
            </w:r>
          </w:p>
        </w:tc>
      </w:tr>
      <w:tr>
        <w:trPr>
          <w:cantSplit/>
        </w:trPr>
        <w:tc>
          <w:tcPr>
            <w:tcW w:type="dxa" w:w="2351"/>
          </w:tcPr>
          <w:p/>
        </w:tc>
        <w:tc>
          <w:tcPr>
            <w:tcW w:type="dxa" w:w="2351"/>
          </w:tcPr>
          <w:p/>
        </w:tc>
        <w:tc>
          <w:tcPr>
            <w:tcW w:type="dxa" w:w="4702"/>
            <w:gridSpan w:val="2"/>
          </w:tcPr>
          <w:p>
            <w:r>
              <w:t>(Übrige Gemeinden s. Wkr. 208)</w:t>
            </w:r>
          </w:p>
        </w:tc>
      </w:tr>
      <w:tr>
        <w:trPr>
          <w:cantSplit/>
        </w:trPr>
        <w:tc>
          <w:tcPr>
            <w:tcW w:type="dxa" w:w="2351"/>
          </w:tcPr>
          <w:p>
            <w:r>
              <w:t>210</w:t>
            </w:r>
          </w:p>
        </w:tc>
        <w:tc>
          <w:tcPr>
            <w:tcW w:type="dxa" w:w="2351"/>
          </w:tcPr>
          <w:p>
            <w:r>
              <w:t>Südpfalz</w:t>
            </w:r>
          </w:p>
        </w:tc>
        <w:tc>
          <w:tcPr>
            <w:tcW w:type="dxa" w:w="4702"/>
            <w:gridSpan w:val="2"/>
          </w:tcPr>
          <w:p>
            <w:r>
              <w:t>Kreisfreie Stadt Landau in der Pfalz</w:t>
            </w:r>
          </w:p>
        </w:tc>
      </w:tr>
      <w:tr>
        <w:trPr>
          <w:cantSplit/>
        </w:trPr>
        <w:tc>
          <w:tcPr>
            <w:tcW w:type="dxa" w:w="2351"/>
          </w:tcPr>
          <w:p/>
        </w:tc>
        <w:tc>
          <w:tcPr>
            <w:tcW w:type="dxa" w:w="2351"/>
          </w:tcPr>
          <w:p/>
        </w:tc>
        <w:tc>
          <w:tcPr>
            <w:tcW w:type="dxa" w:w="4702"/>
            <w:gridSpan w:val="2"/>
          </w:tcPr>
          <w:p>
            <w:r>
              <w:t>Landkreis Germersheim</w:t>
            </w:r>
          </w:p>
        </w:tc>
      </w:tr>
      <w:tr>
        <w:trPr>
          <w:cantSplit/>
        </w:trPr>
        <w:tc>
          <w:tcPr>
            <w:tcW w:type="dxa" w:w="2351"/>
          </w:tcPr>
          <w:p/>
        </w:tc>
        <w:tc>
          <w:tcPr>
            <w:tcW w:type="dxa" w:w="2351"/>
          </w:tcPr>
          <w:p/>
        </w:tc>
        <w:tc>
          <w:tcPr>
            <w:tcW w:type="dxa" w:w="4702"/>
            <w:gridSpan w:val="2"/>
          </w:tcPr>
          <w:p>
            <w:r>
              <w:t>Landkreis Südliche Weinstraße</w:t>
            </w:r>
          </w:p>
        </w:tc>
      </w:tr>
      <w:tr>
        <w:trPr>
          <w:cantSplit/>
        </w:trPr>
        <w:tc>
          <w:tcPr>
            <w:tcW w:type="dxa" w:w="9404"/>
            <w:gridSpan w:val="4"/>
          </w:tcPr>
          <w:p>
            <w:r>
              <w:rPr>
                <w:b/>
              </w:rPr>
              <w:t>Bayern</w:t>
            </w:r>
          </w:p>
        </w:tc>
      </w:tr>
      <w:tr>
        <w:trPr>
          <w:cantSplit/>
        </w:trPr>
        <w:tc>
          <w:tcPr>
            <w:tcW w:type="dxa" w:w="2351"/>
          </w:tcPr>
          <w:p>
            <w:r>
              <w:t>211</w:t>
            </w:r>
          </w:p>
        </w:tc>
        <w:tc>
          <w:tcPr>
            <w:tcW w:type="dxa" w:w="2351"/>
          </w:tcPr>
          <w:p>
            <w:r>
              <w:t>Altötting</w:t>
            </w:r>
          </w:p>
        </w:tc>
        <w:tc>
          <w:tcPr>
            <w:tcW w:type="dxa" w:w="4702"/>
            <w:gridSpan w:val="2"/>
          </w:tcPr>
          <w:p>
            <w:r>
              <w:t>Landkreis Altötting</w:t>
            </w:r>
          </w:p>
        </w:tc>
      </w:tr>
      <w:tr>
        <w:trPr>
          <w:cantSplit/>
        </w:trPr>
        <w:tc>
          <w:tcPr>
            <w:tcW w:type="dxa" w:w="2351"/>
          </w:tcPr>
          <w:p/>
        </w:tc>
        <w:tc>
          <w:tcPr>
            <w:tcW w:type="dxa" w:w="2351"/>
          </w:tcPr>
          <w:p/>
        </w:tc>
        <w:tc>
          <w:tcPr>
            <w:tcW w:type="dxa" w:w="4702"/>
            <w:gridSpan w:val="2"/>
          </w:tcPr>
          <w:p>
            <w:r>
              <w:t>Landkreis Mühldorf a. Inn</w:t>
            </w:r>
          </w:p>
        </w:tc>
      </w:tr>
      <w:tr>
        <w:trPr>
          <w:cantSplit/>
        </w:trPr>
        <w:tc>
          <w:tcPr>
            <w:tcW w:type="dxa" w:w="2351"/>
          </w:tcPr>
          <w:p>
            <w:r>
              <w:t>212</w:t>
            </w:r>
          </w:p>
        </w:tc>
        <w:tc>
          <w:tcPr>
            <w:tcW w:type="dxa" w:w="2351"/>
          </w:tcPr>
          <w:p>
            <w:r>
              <w:t>Erding – Ebersberg</w:t>
            </w:r>
          </w:p>
        </w:tc>
        <w:tc>
          <w:tcPr>
            <w:tcW w:type="dxa" w:w="4702"/>
            <w:gridSpan w:val="2"/>
          </w:tcPr>
          <w:p>
            <w:r>
              <w:t>Landkreis Ebersberg</w:t>
            </w:r>
          </w:p>
        </w:tc>
      </w:tr>
      <w:tr>
        <w:trPr>
          <w:cantSplit/>
        </w:trPr>
        <w:tc>
          <w:tcPr>
            <w:tcW w:type="dxa" w:w="2351"/>
          </w:tcPr>
          <w:p/>
        </w:tc>
        <w:tc>
          <w:tcPr>
            <w:tcW w:type="dxa" w:w="2351"/>
          </w:tcPr>
          <w:p/>
        </w:tc>
        <w:tc>
          <w:tcPr>
            <w:tcW w:type="dxa" w:w="4702"/>
            <w:gridSpan w:val="2"/>
          </w:tcPr>
          <w:p>
            <w:r>
              <w:t>Landkreis Erding</w:t>
            </w:r>
          </w:p>
        </w:tc>
      </w:tr>
      <w:tr>
        <w:trPr>
          <w:cantSplit/>
        </w:trPr>
        <w:tc>
          <w:tcPr>
            <w:tcW w:type="dxa" w:w="2351"/>
          </w:tcPr>
          <w:p>
            <w:r>
              <w:t>213</w:t>
            </w:r>
          </w:p>
        </w:tc>
        <w:tc>
          <w:tcPr>
            <w:tcW w:type="dxa" w:w="2351"/>
          </w:tcPr>
          <w:p>
            <w:r>
              <w:t>Freising</w:t>
            </w:r>
          </w:p>
        </w:tc>
        <w:tc>
          <w:tcPr>
            <w:tcW w:type="dxa" w:w="4702"/>
            <w:gridSpan w:val="2"/>
          </w:tcPr>
          <w:p>
            <w:r>
              <w:t>Landkreis Freising</w:t>
            </w:r>
          </w:p>
        </w:tc>
      </w:tr>
      <w:tr>
        <w:trPr>
          <w:cantSplit/>
        </w:trPr>
        <w:tc>
          <w:tcPr>
            <w:tcW w:type="dxa" w:w="2351"/>
          </w:tcPr>
          <w:p/>
        </w:tc>
        <w:tc>
          <w:tcPr>
            <w:tcW w:type="dxa" w:w="2351"/>
          </w:tcPr>
          <w:p/>
        </w:tc>
        <w:tc>
          <w:tcPr>
            <w:tcW w:type="dxa" w:w="4702"/>
            <w:gridSpan w:val="2"/>
          </w:tcPr>
          <w:p>
            <w:r>
              <w:t>Landkreis Pfaffenhofen a. d. Ilm</w:t>
            </w:r>
          </w:p>
        </w:tc>
      </w:tr>
      <w:tr>
        <w:trPr>
          <w:cantSplit/>
        </w:trPr>
        <w:tc>
          <w:tcPr>
            <w:tcW w:type="dxa" w:w="2351"/>
          </w:tcPr>
          <w:p/>
        </w:tc>
        <w:tc>
          <w:tcPr>
            <w:tcW w:type="dxa" w:w="2351"/>
          </w:tcPr>
          <w:p/>
        </w:tc>
        <w:tc>
          <w:tcPr>
            <w:tcW w:type="dxa" w:w="4702"/>
            <w:gridSpan w:val="2"/>
          </w:tcPr>
          <w:p>
            <w:r>
              <w:t>vom Landkreis Neuburg-Schrobenhausen</w:t>
            </w:r>
          </w:p>
        </w:tc>
      </w:tr>
      <w:tr>
        <w:trPr>
          <w:cantSplit/>
        </w:trPr>
        <w:tc>
          <w:tcPr>
            <w:tcW w:type="dxa" w:w="2351"/>
          </w:tcPr>
          <w:p/>
        </w:tc>
        <w:tc>
          <w:tcPr>
            <w:tcW w:type="dxa" w:w="2351"/>
          </w:tcPr>
          <w:p/>
        </w:tc>
        <w:tc>
          <w:tcPr>
            <w:tcW w:type="dxa" w:w="2351"/>
          </w:tcPr>
          <w:p/>
        </w:tc>
        <w:tc>
          <w:tcPr>
            <w:tcW w:type="dxa" w:w="2351"/>
          </w:tcPr>
          <w:p>
            <w:r>
              <w:t>die Gemeinden</w:t>
            </w:r>
            <w:r>
              <w:br/>
            </w:r>
            <w:r>
              <w:t>Aresing, Schrobenhausen</w:t>
            </w:r>
          </w:p>
        </w:tc>
      </w:tr>
      <w:tr>
        <w:trPr>
          <w:cantSplit/>
        </w:trPr>
        <w:tc>
          <w:tcPr>
            <w:tcW w:type="dxa" w:w="2351"/>
          </w:tcPr>
          <w:p/>
        </w:tc>
        <w:tc>
          <w:tcPr>
            <w:tcW w:type="dxa" w:w="2351"/>
          </w:tcPr>
          <w:p/>
        </w:tc>
        <w:tc>
          <w:tcPr>
            <w:tcW w:type="dxa" w:w="2351"/>
          </w:tcPr>
          <w:p/>
        </w:tc>
        <w:tc>
          <w:tcPr>
            <w:tcW w:type="dxa" w:w="2351"/>
          </w:tcPr>
          <w:p>
            <w:r>
              <w:t>Verwaltungsgemeinschaft Schrobenhausen</w:t>
            </w:r>
          </w:p>
        </w:tc>
      </w:tr>
      <w:tr>
        <w:trPr>
          <w:cantSplit/>
        </w:trPr>
        <w:tc>
          <w:tcPr>
            <w:tcW w:type="dxa" w:w="2351"/>
          </w:tcPr>
          <w:p/>
        </w:tc>
        <w:tc>
          <w:tcPr>
            <w:tcW w:type="dxa" w:w="2351"/>
          </w:tcPr>
          <w:p/>
        </w:tc>
        <w:tc>
          <w:tcPr>
            <w:tcW w:type="dxa" w:w="2351"/>
          </w:tcPr>
          <w:p/>
        </w:tc>
        <w:tc>
          <w:tcPr>
            <w:tcW w:type="dxa" w:w="2351"/>
          </w:tcPr>
          <w:p>
            <w:r>
              <w:t xml:space="preserve"> die Gemeinden</w:t>
            </w:r>
            <w:r>
              <w:br/>
            </w:r>
            <w:r>
              <w:t>Berg im Gau, Brunnen, Gachenbach, Langenmosen, Waidhofen</w:t>
            </w:r>
          </w:p>
        </w:tc>
      </w:tr>
      <w:tr>
        <w:trPr>
          <w:cantSplit/>
        </w:trPr>
        <w:tc>
          <w:tcPr>
            <w:tcW w:type="dxa" w:w="2351"/>
          </w:tcPr>
          <w:p/>
        </w:tc>
        <w:tc>
          <w:tcPr>
            <w:tcW w:type="dxa" w:w="2351"/>
          </w:tcPr>
          <w:p/>
        </w:tc>
        <w:tc>
          <w:tcPr>
            <w:tcW w:type="dxa" w:w="4702"/>
            <w:gridSpan w:val="2"/>
          </w:tcPr>
          <w:p>
            <w:r>
              <w:t>(Übrige Gemeinden s. Wkr. 215)</w:t>
            </w:r>
          </w:p>
        </w:tc>
      </w:tr>
      <w:tr>
        <w:trPr>
          <w:cantSplit/>
        </w:trPr>
        <w:tc>
          <w:tcPr>
            <w:tcW w:type="dxa" w:w="2351"/>
          </w:tcPr>
          <w:p>
            <w:r>
              <w:t>214</w:t>
            </w:r>
          </w:p>
        </w:tc>
        <w:tc>
          <w:tcPr>
            <w:tcW w:type="dxa" w:w="2351"/>
          </w:tcPr>
          <w:p>
            <w:r>
              <w:t>Fürstenfeldbruck</w:t>
            </w:r>
          </w:p>
        </w:tc>
        <w:tc>
          <w:tcPr>
            <w:tcW w:type="dxa" w:w="4702"/>
            <w:gridSpan w:val="2"/>
          </w:tcPr>
          <w:p>
            <w:r>
              <w:t>Landkreis Dachau</w:t>
            </w:r>
          </w:p>
        </w:tc>
      </w:tr>
      <w:tr>
        <w:trPr>
          <w:cantSplit/>
        </w:trPr>
        <w:tc>
          <w:tcPr>
            <w:tcW w:type="dxa" w:w="2351"/>
          </w:tcPr>
          <w:p/>
        </w:tc>
        <w:tc>
          <w:tcPr>
            <w:tcW w:type="dxa" w:w="2351"/>
          </w:tcPr>
          <w:p/>
        </w:tc>
        <w:tc>
          <w:tcPr>
            <w:tcW w:type="dxa" w:w="4702"/>
            <w:gridSpan w:val="2"/>
          </w:tcPr>
          <w:p>
            <w:r>
              <w:t>vom Landkreis Fürstenfeldbruck</w:t>
            </w:r>
          </w:p>
        </w:tc>
      </w:tr>
      <w:tr>
        <w:trPr>
          <w:cantSplit/>
        </w:trPr>
        <w:tc>
          <w:tcPr>
            <w:tcW w:type="dxa" w:w="2351"/>
          </w:tcPr>
          <w:p/>
        </w:tc>
        <w:tc>
          <w:tcPr>
            <w:tcW w:type="dxa" w:w="2351"/>
          </w:tcPr>
          <w:p/>
        </w:tc>
        <w:tc>
          <w:tcPr>
            <w:tcW w:type="dxa" w:w="2351"/>
          </w:tcPr>
          <w:p/>
        </w:tc>
        <w:tc>
          <w:tcPr>
            <w:tcW w:type="dxa" w:w="2351"/>
          </w:tcPr>
          <w:p>
            <w:r>
              <w:t>die Gemeinden</w:t>
            </w:r>
            <w:r>
              <w:br/>
            </w:r>
            <w:r>
              <w:t>Alling, Egenhofen, Eichenau, Emmering, Fürstenfeldbruck, Gröbenzell, Maisach, Moorenweis, Olching, Puchheim, Türkenfeld</w:t>
            </w:r>
          </w:p>
        </w:tc>
      </w:tr>
      <w:tr>
        <w:trPr>
          <w:cantSplit/>
        </w:trPr>
        <w:tc>
          <w:tcPr>
            <w:tcW w:type="dxa" w:w="2351"/>
          </w:tcPr>
          <w:p/>
        </w:tc>
        <w:tc>
          <w:tcPr>
            <w:tcW w:type="dxa" w:w="2351"/>
          </w:tcPr>
          <w:p/>
        </w:tc>
        <w:tc>
          <w:tcPr>
            <w:tcW w:type="dxa" w:w="2351"/>
          </w:tcPr>
          <w:p/>
        </w:tc>
        <w:tc>
          <w:tcPr>
            <w:tcW w:type="dxa" w:w="2351"/>
          </w:tcPr>
          <w:p>
            <w:r>
              <w:t>Verwaltungsgemeinschaft Grafrath</w:t>
            </w:r>
          </w:p>
        </w:tc>
      </w:tr>
      <w:tr>
        <w:trPr>
          <w:cantSplit/>
        </w:trPr>
        <w:tc>
          <w:tcPr>
            <w:tcW w:type="dxa" w:w="2351"/>
          </w:tcPr>
          <w:p/>
        </w:tc>
        <w:tc>
          <w:tcPr>
            <w:tcW w:type="dxa" w:w="2351"/>
          </w:tcPr>
          <w:p/>
        </w:tc>
        <w:tc>
          <w:tcPr>
            <w:tcW w:type="dxa" w:w="2351"/>
          </w:tcPr>
          <w:p/>
        </w:tc>
        <w:tc>
          <w:tcPr>
            <w:tcW w:type="dxa" w:w="2351"/>
          </w:tcPr>
          <w:p>
            <w:r>
              <w:t xml:space="preserve"> die Gemeinden</w:t>
            </w:r>
            <w:r>
              <w:br/>
            </w:r>
            <w:r>
              <w:t>Grafrath, Kottgeisering, Schöngeising</w:t>
            </w:r>
          </w:p>
        </w:tc>
      </w:tr>
      <w:tr>
        <w:trPr>
          <w:cantSplit/>
        </w:trPr>
        <w:tc>
          <w:tcPr>
            <w:tcW w:type="dxa" w:w="2351"/>
          </w:tcPr>
          <w:p/>
        </w:tc>
        <w:tc>
          <w:tcPr>
            <w:tcW w:type="dxa" w:w="2351"/>
          </w:tcPr>
          <w:p/>
        </w:tc>
        <w:tc>
          <w:tcPr>
            <w:tcW w:type="dxa" w:w="2351"/>
          </w:tcPr>
          <w:p/>
        </w:tc>
        <w:tc>
          <w:tcPr>
            <w:tcW w:type="dxa" w:w="2351"/>
          </w:tcPr>
          <w:p>
            <w:r>
              <w:t>Verwaltungsgemeinschaft Mammendorf</w:t>
            </w:r>
          </w:p>
        </w:tc>
      </w:tr>
      <w:tr>
        <w:trPr>
          <w:cantSplit/>
        </w:trPr>
        <w:tc>
          <w:tcPr>
            <w:tcW w:type="dxa" w:w="2351"/>
          </w:tcPr>
          <w:p/>
        </w:tc>
        <w:tc>
          <w:tcPr>
            <w:tcW w:type="dxa" w:w="2351"/>
          </w:tcPr>
          <w:p/>
        </w:tc>
        <w:tc>
          <w:tcPr>
            <w:tcW w:type="dxa" w:w="2351"/>
          </w:tcPr>
          <w:p/>
        </w:tc>
        <w:tc>
          <w:tcPr>
            <w:tcW w:type="dxa" w:w="2351"/>
          </w:tcPr>
          <w:p>
            <w:r>
              <w:t xml:space="preserve"> die Gemeinden</w:t>
            </w:r>
            <w:r>
              <w:br/>
            </w:r>
            <w:r>
              <w:t>Adelshofen, Althegnenberg, Hattenhofen, Jesenwang, Landsberied, Mammendorf, Mittelstetten, Oberschweinbach</w:t>
            </w:r>
          </w:p>
        </w:tc>
      </w:tr>
      <w:tr>
        <w:trPr>
          <w:cantSplit/>
        </w:trPr>
        <w:tc>
          <w:tcPr>
            <w:tcW w:type="dxa" w:w="2351"/>
          </w:tcPr>
          <w:p/>
        </w:tc>
        <w:tc>
          <w:tcPr>
            <w:tcW w:type="dxa" w:w="2351"/>
          </w:tcPr>
          <w:p/>
        </w:tc>
        <w:tc>
          <w:tcPr>
            <w:tcW w:type="dxa" w:w="4702"/>
            <w:gridSpan w:val="2"/>
          </w:tcPr>
          <w:p>
            <w:r>
              <w:t>(Übrige Gemeinde s. Wkr. 223)</w:t>
            </w:r>
          </w:p>
        </w:tc>
      </w:tr>
      <w:tr>
        <w:trPr>
          <w:cantSplit/>
        </w:trPr>
        <w:tc>
          <w:tcPr>
            <w:tcW w:type="dxa" w:w="2351"/>
          </w:tcPr>
          <w:p>
            <w:r>
              <w:t>215</w:t>
            </w:r>
          </w:p>
        </w:tc>
        <w:tc>
          <w:tcPr>
            <w:tcW w:type="dxa" w:w="2351"/>
          </w:tcPr>
          <w:p>
            <w:r>
              <w:t>Ingolstadt</w:t>
            </w:r>
          </w:p>
        </w:tc>
        <w:tc>
          <w:tcPr>
            <w:tcW w:type="dxa" w:w="4702"/>
            <w:gridSpan w:val="2"/>
          </w:tcPr>
          <w:p>
            <w:r>
              <w:t>Kreisfreie Stadt Ingolstadt</w:t>
            </w:r>
          </w:p>
        </w:tc>
      </w:tr>
      <w:tr>
        <w:trPr>
          <w:cantSplit/>
        </w:trPr>
        <w:tc>
          <w:tcPr>
            <w:tcW w:type="dxa" w:w="2351"/>
          </w:tcPr>
          <w:p/>
        </w:tc>
        <w:tc>
          <w:tcPr>
            <w:tcW w:type="dxa" w:w="2351"/>
          </w:tcPr>
          <w:p/>
        </w:tc>
        <w:tc>
          <w:tcPr>
            <w:tcW w:type="dxa" w:w="4702"/>
            <w:gridSpan w:val="2"/>
          </w:tcPr>
          <w:p>
            <w:r>
              <w:t>Landkreis Eichstätt</w:t>
            </w:r>
          </w:p>
        </w:tc>
      </w:tr>
      <w:tr>
        <w:trPr>
          <w:cantSplit/>
        </w:trPr>
        <w:tc>
          <w:tcPr>
            <w:tcW w:type="dxa" w:w="2351"/>
          </w:tcPr>
          <w:p/>
        </w:tc>
        <w:tc>
          <w:tcPr>
            <w:tcW w:type="dxa" w:w="2351"/>
          </w:tcPr>
          <w:p/>
        </w:tc>
        <w:tc>
          <w:tcPr>
            <w:tcW w:type="dxa" w:w="4702"/>
            <w:gridSpan w:val="2"/>
          </w:tcPr>
          <w:p>
            <w:r>
              <w:t>vom Landkreis Neuburg-Schrobenhausen</w:t>
            </w:r>
          </w:p>
        </w:tc>
      </w:tr>
      <w:tr>
        <w:trPr>
          <w:cantSplit/>
        </w:trPr>
        <w:tc>
          <w:tcPr>
            <w:tcW w:type="dxa" w:w="2351"/>
          </w:tcPr>
          <w:p/>
        </w:tc>
        <w:tc>
          <w:tcPr>
            <w:tcW w:type="dxa" w:w="2351"/>
          </w:tcPr>
          <w:p/>
        </w:tc>
        <w:tc>
          <w:tcPr>
            <w:tcW w:type="dxa" w:w="2351"/>
          </w:tcPr>
          <w:p/>
        </w:tc>
        <w:tc>
          <w:tcPr>
            <w:tcW w:type="dxa" w:w="2351"/>
          </w:tcPr>
          <w:p>
            <w:r>
              <w:t>die Gemeinden</w:t>
            </w:r>
            <w:r>
              <w:br/>
            </w:r>
            <w:r>
              <w:t>Burgheim, Ehekirchen, Karlshuld, Karlskron, Königsmoos, Neuburg a. d. Donau, Oberhausen, Rennertshofen, Weichering</w:t>
            </w:r>
          </w:p>
        </w:tc>
      </w:tr>
      <w:tr>
        <w:trPr>
          <w:cantSplit/>
        </w:trPr>
        <w:tc>
          <w:tcPr>
            <w:tcW w:type="dxa" w:w="2351"/>
          </w:tcPr>
          <w:p/>
        </w:tc>
        <w:tc>
          <w:tcPr>
            <w:tcW w:type="dxa" w:w="2351"/>
          </w:tcPr>
          <w:p/>
        </w:tc>
        <w:tc>
          <w:tcPr>
            <w:tcW w:type="dxa" w:w="2351"/>
          </w:tcPr>
          <w:p/>
        </w:tc>
        <w:tc>
          <w:tcPr>
            <w:tcW w:type="dxa" w:w="2351"/>
          </w:tcPr>
          <w:p>
            <w:r>
              <w:t>Verwaltungsgemeinschaft Neuburg a. d. Donau</w:t>
            </w:r>
          </w:p>
        </w:tc>
      </w:tr>
      <w:tr>
        <w:trPr>
          <w:cantSplit/>
        </w:trPr>
        <w:tc>
          <w:tcPr>
            <w:tcW w:type="dxa" w:w="2351"/>
          </w:tcPr>
          <w:p/>
        </w:tc>
        <w:tc>
          <w:tcPr>
            <w:tcW w:type="dxa" w:w="2351"/>
          </w:tcPr>
          <w:p/>
        </w:tc>
        <w:tc>
          <w:tcPr>
            <w:tcW w:type="dxa" w:w="2351"/>
          </w:tcPr>
          <w:p/>
        </w:tc>
        <w:tc>
          <w:tcPr>
            <w:tcW w:type="dxa" w:w="2351"/>
          </w:tcPr>
          <w:p>
            <w:r>
              <w:t xml:space="preserve"> die Gemeinden</w:t>
            </w:r>
            <w:r>
              <w:br/>
            </w:r>
            <w:r>
              <w:t>Bergheim, Rohrenfels</w:t>
            </w:r>
          </w:p>
        </w:tc>
      </w:tr>
      <w:tr>
        <w:trPr>
          <w:cantSplit/>
        </w:trPr>
        <w:tc>
          <w:tcPr>
            <w:tcW w:type="dxa" w:w="2351"/>
          </w:tcPr>
          <w:p/>
        </w:tc>
        <w:tc>
          <w:tcPr>
            <w:tcW w:type="dxa" w:w="2351"/>
          </w:tcPr>
          <w:p/>
        </w:tc>
        <w:tc>
          <w:tcPr>
            <w:tcW w:type="dxa" w:w="4702"/>
            <w:gridSpan w:val="2"/>
          </w:tcPr>
          <w:p>
            <w:r>
              <w:t>(Übrige Gemeinden s. Wkr. 213)</w:t>
            </w:r>
          </w:p>
        </w:tc>
      </w:tr>
      <w:tr>
        <w:trPr>
          <w:cantSplit/>
        </w:trPr>
        <w:tc>
          <w:tcPr>
            <w:tcW w:type="dxa" w:w="2351"/>
          </w:tcPr>
          <w:p>
            <w:r>
              <w:t>216</w:t>
            </w:r>
          </w:p>
        </w:tc>
        <w:tc>
          <w:tcPr>
            <w:tcW w:type="dxa" w:w="2351"/>
          </w:tcPr>
          <w:p>
            <w:r>
              <w:t>München-Nord</w:t>
            </w:r>
          </w:p>
        </w:tc>
        <w:tc>
          <w:tcPr>
            <w:tcW w:type="dxa" w:w="4702"/>
            <w:gridSpan w:val="2"/>
          </w:tcPr>
          <w:p>
            <w:r>
              <w:t>Von der kreisfreien Stadt München</w:t>
            </w:r>
          </w:p>
        </w:tc>
      </w:tr>
      <w:tr>
        <w:trPr>
          <w:cantSplit/>
        </w:trPr>
        <w:tc>
          <w:tcPr>
            <w:tcW w:type="dxa" w:w="2351"/>
          </w:tcPr>
          <w:p/>
        </w:tc>
        <w:tc>
          <w:tcPr>
            <w:tcW w:type="dxa" w:w="2351"/>
          </w:tcPr>
          <w:p/>
        </w:tc>
        <w:tc>
          <w:tcPr>
            <w:tcW w:type="dxa" w:w="2351"/>
          </w:tcPr>
          <w:p/>
        </w:tc>
        <w:tc>
          <w:tcPr>
            <w:tcW w:type="dxa" w:w="2351"/>
          </w:tcPr>
          <w:p>
            <w:r>
              <w:t>die Stadtbezirke 3, 4, 10 bis 12, 24</w:t>
            </w:r>
          </w:p>
        </w:tc>
      </w:tr>
      <w:tr>
        <w:trPr>
          <w:cantSplit/>
        </w:trPr>
        <w:tc>
          <w:tcPr>
            <w:tcW w:type="dxa" w:w="2351"/>
          </w:tcPr>
          <w:p/>
        </w:tc>
        <w:tc>
          <w:tcPr>
            <w:tcW w:type="dxa" w:w="2351"/>
          </w:tcPr>
          <w:p/>
        </w:tc>
        <w:tc>
          <w:tcPr>
            <w:tcW w:type="dxa" w:w="4702"/>
            <w:gridSpan w:val="2"/>
          </w:tcPr>
          <w:p>
            <w:r>
              <w:t>(Übrige Stadtbezirke s. Wkr. 217, 218, 219)</w:t>
            </w:r>
          </w:p>
        </w:tc>
      </w:tr>
      <w:tr>
        <w:trPr>
          <w:cantSplit/>
        </w:trPr>
        <w:tc>
          <w:tcPr>
            <w:tcW w:type="dxa" w:w="2351"/>
          </w:tcPr>
          <w:p>
            <w:r>
              <w:t>217</w:t>
            </w:r>
          </w:p>
        </w:tc>
        <w:tc>
          <w:tcPr>
            <w:tcW w:type="dxa" w:w="2351"/>
          </w:tcPr>
          <w:p>
            <w:r>
              <w:t>München-Ost</w:t>
            </w:r>
          </w:p>
        </w:tc>
        <w:tc>
          <w:tcPr>
            <w:tcW w:type="dxa" w:w="4702"/>
            <w:gridSpan w:val="2"/>
          </w:tcPr>
          <w:p>
            <w:r>
              <w:t>Von der kreisfreien Stadt München</w:t>
            </w:r>
          </w:p>
        </w:tc>
      </w:tr>
      <w:tr>
        <w:trPr>
          <w:cantSplit/>
        </w:trPr>
        <w:tc>
          <w:tcPr>
            <w:tcW w:type="dxa" w:w="2351"/>
          </w:tcPr>
          <w:p/>
        </w:tc>
        <w:tc>
          <w:tcPr>
            <w:tcW w:type="dxa" w:w="2351"/>
          </w:tcPr>
          <w:p/>
        </w:tc>
        <w:tc>
          <w:tcPr>
            <w:tcW w:type="dxa" w:w="2351"/>
          </w:tcPr>
          <w:p/>
        </w:tc>
        <w:tc>
          <w:tcPr>
            <w:tcW w:type="dxa" w:w="2351"/>
          </w:tcPr>
          <w:p>
            <w:r>
              <w:t>die Stadtbezirke 1, 5, 13 bis 16</w:t>
            </w:r>
          </w:p>
        </w:tc>
      </w:tr>
      <w:tr>
        <w:trPr>
          <w:cantSplit/>
        </w:trPr>
        <w:tc>
          <w:tcPr>
            <w:tcW w:type="dxa" w:w="2351"/>
          </w:tcPr>
          <w:p/>
        </w:tc>
        <w:tc>
          <w:tcPr>
            <w:tcW w:type="dxa" w:w="2351"/>
          </w:tcPr>
          <w:p/>
        </w:tc>
        <w:tc>
          <w:tcPr>
            <w:tcW w:type="dxa" w:w="4702"/>
            <w:gridSpan w:val="2"/>
          </w:tcPr>
          <w:p>
            <w:r>
              <w:t>(Übrige Stadtbezirke s. Wkr. 216, 218, 219)</w:t>
            </w:r>
          </w:p>
        </w:tc>
      </w:tr>
      <w:tr>
        <w:trPr>
          <w:cantSplit/>
        </w:trPr>
        <w:tc>
          <w:tcPr>
            <w:tcW w:type="dxa" w:w="2351"/>
          </w:tcPr>
          <w:p>
            <w:r>
              <w:t>218</w:t>
            </w:r>
          </w:p>
        </w:tc>
        <w:tc>
          <w:tcPr>
            <w:tcW w:type="dxa" w:w="2351"/>
          </w:tcPr>
          <w:p>
            <w:r>
              <w:t>München-Süd</w:t>
            </w:r>
          </w:p>
        </w:tc>
        <w:tc>
          <w:tcPr>
            <w:tcW w:type="dxa" w:w="4702"/>
            <w:gridSpan w:val="2"/>
          </w:tcPr>
          <w:p>
            <w:r>
              <w:t>Von der kreisfreien Stadt München</w:t>
            </w:r>
          </w:p>
        </w:tc>
      </w:tr>
      <w:tr>
        <w:trPr>
          <w:cantSplit/>
        </w:trPr>
        <w:tc>
          <w:tcPr>
            <w:tcW w:type="dxa" w:w="2351"/>
          </w:tcPr>
          <w:p/>
        </w:tc>
        <w:tc>
          <w:tcPr>
            <w:tcW w:type="dxa" w:w="2351"/>
          </w:tcPr>
          <w:p/>
        </w:tc>
        <w:tc>
          <w:tcPr>
            <w:tcW w:type="dxa" w:w="2351"/>
          </w:tcPr>
          <w:p/>
        </w:tc>
        <w:tc>
          <w:tcPr>
            <w:tcW w:type="dxa" w:w="2351"/>
          </w:tcPr>
          <w:p>
            <w:r>
              <w:t>die Stadtbezirke 6, 7, 17 bis 20</w:t>
            </w:r>
          </w:p>
        </w:tc>
      </w:tr>
      <w:tr>
        <w:trPr>
          <w:cantSplit/>
        </w:trPr>
        <w:tc>
          <w:tcPr>
            <w:tcW w:type="dxa" w:w="2351"/>
          </w:tcPr>
          <w:p/>
        </w:tc>
        <w:tc>
          <w:tcPr>
            <w:tcW w:type="dxa" w:w="2351"/>
          </w:tcPr>
          <w:p/>
        </w:tc>
        <w:tc>
          <w:tcPr>
            <w:tcW w:type="dxa" w:w="4702"/>
            <w:gridSpan w:val="2"/>
          </w:tcPr>
          <w:p>
            <w:r>
              <w:t>(Übrige Stadtbezirke s. Wkr. 216, 217, 219)</w:t>
            </w:r>
          </w:p>
        </w:tc>
      </w:tr>
      <w:tr>
        <w:trPr>
          <w:cantSplit/>
        </w:trPr>
        <w:tc>
          <w:tcPr>
            <w:tcW w:type="dxa" w:w="2351"/>
          </w:tcPr>
          <w:p>
            <w:r>
              <w:t>219</w:t>
            </w:r>
          </w:p>
        </w:tc>
        <w:tc>
          <w:tcPr>
            <w:tcW w:type="dxa" w:w="2351"/>
          </w:tcPr>
          <w:p>
            <w:r>
              <w:t>München-West/Mitte</w:t>
            </w:r>
          </w:p>
        </w:tc>
        <w:tc>
          <w:tcPr>
            <w:tcW w:type="dxa" w:w="4702"/>
            <w:gridSpan w:val="2"/>
          </w:tcPr>
          <w:p>
            <w:r>
              <w:t>Von der kreisfreien Stadt München</w:t>
            </w:r>
          </w:p>
        </w:tc>
      </w:tr>
      <w:tr>
        <w:trPr>
          <w:cantSplit/>
        </w:trPr>
        <w:tc>
          <w:tcPr>
            <w:tcW w:type="dxa" w:w="2351"/>
          </w:tcPr>
          <w:p/>
        </w:tc>
        <w:tc>
          <w:tcPr>
            <w:tcW w:type="dxa" w:w="2351"/>
          </w:tcPr>
          <w:p/>
        </w:tc>
        <w:tc>
          <w:tcPr>
            <w:tcW w:type="dxa" w:w="2351"/>
          </w:tcPr>
          <w:p/>
        </w:tc>
        <w:tc>
          <w:tcPr>
            <w:tcW w:type="dxa" w:w="2351"/>
          </w:tcPr>
          <w:p>
            <w:r>
              <w:t>die Stadtbezirke 2, 8, 9, 21 bis 23, 25</w:t>
            </w:r>
          </w:p>
        </w:tc>
      </w:tr>
      <w:tr>
        <w:trPr>
          <w:cantSplit/>
        </w:trPr>
        <w:tc>
          <w:tcPr>
            <w:tcW w:type="dxa" w:w="2351"/>
          </w:tcPr>
          <w:p/>
        </w:tc>
        <w:tc>
          <w:tcPr>
            <w:tcW w:type="dxa" w:w="2351"/>
          </w:tcPr>
          <w:p/>
        </w:tc>
        <w:tc>
          <w:tcPr>
            <w:tcW w:type="dxa" w:w="4702"/>
            <w:gridSpan w:val="2"/>
          </w:tcPr>
          <w:p>
            <w:r>
              <w:t>(Übrige Stadtbezirke s. Wkr. 216, 217, 218)</w:t>
            </w:r>
          </w:p>
        </w:tc>
      </w:tr>
      <w:tr>
        <w:trPr>
          <w:cantSplit/>
        </w:trPr>
        <w:tc>
          <w:tcPr>
            <w:tcW w:type="dxa" w:w="2351"/>
          </w:tcPr>
          <w:p>
            <w:r>
              <w:t>220</w:t>
            </w:r>
          </w:p>
        </w:tc>
        <w:tc>
          <w:tcPr>
            <w:tcW w:type="dxa" w:w="2351"/>
          </w:tcPr>
          <w:p>
            <w:r>
              <w:t>München-Land</w:t>
            </w:r>
          </w:p>
        </w:tc>
        <w:tc>
          <w:tcPr>
            <w:tcW w:type="dxa" w:w="4702"/>
            <w:gridSpan w:val="2"/>
          </w:tcPr>
          <w:p>
            <w:r>
              <w:t>Landkreis München</w:t>
            </w:r>
          </w:p>
        </w:tc>
      </w:tr>
      <w:tr>
        <w:trPr>
          <w:cantSplit/>
        </w:trPr>
        <w:tc>
          <w:tcPr>
            <w:tcW w:type="dxa" w:w="2351"/>
          </w:tcPr>
          <w:p>
            <w:r>
              <w:t>221</w:t>
            </w:r>
          </w:p>
        </w:tc>
        <w:tc>
          <w:tcPr>
            <w:tcW w:type="dxa" w:w="2351"/>
          </w:tcPr>
          <w:p>
            <w:r>
              <w:t>Rosenheim</w:t>
            </w:r>
          </w:p>
        </w:tc>
        <w:tc>
          <w:tcPr>
            <w:tcW w:type="dxa" w:w="4702"/>
            <w:gridSpan w:val="2"/>
          </w:tcPr>
          <w:p>
            <w:r>
              <w:t>Kreisfreie Stadt Rosenheim</w:t>
            </w:r>
          </w:p>
        </w:tc>
      </w:tr>
      <w:tr>
        <w:trPr>
          <w:cantSplit/>
        </w:trPr>
        <w:tc>
          <w:tcPr>
            <w:tcW w:type="dxa" w:w="2351"/>
          </w:tcPr>
          <w:p/>
        </w:tc>
        <w:tc>
          <w:tcPr>
            <w:tcW w:type="dxa" w:w="2351"/>
          </w:tcPr>
          <w:p/>
        </w:tc>
        <w:tc>
          <w:tcPr>
            <w:tcW w:type="dxa" w:w="4702"/>
            <w:gridSpan w:val="2"/>
          </w:tcPr>
          <w:p>
            <w:r>
              <w:t>Landkreis Rosenheim</w:t>
            </w:r>
          </w:p>
        </w:tc>
      </w:tr>
      <w:tr>
        <w:trPr>
          <w:cantSplit/>
        </w:trPr>
        <w:tc>
          <w:tcPr>
            <w:tcW w:type="dxa" w:w="2351"/>
          </w:tcPr>
          <w:p>
            <w:r>
              <w:t>222</w:t>
            </w:r>
          </w:p>
        </w:tc>
        <w:tc>
          <w:tcPr>
            <w:tcW w:type="dxa" w:w="2351"/>
            <w:vMerge w:val="restart"/>
          </w:tcPr>
          <w:p>
            <w:r>
              <w:t>Bad Tölz-Wolfratshausen – Miesbach</w:t>
            </w:r>
          </w:p>
        </w:tc>
        <w:tc>
          <w:tcPr>
            <w:tcW w:type="dxa" w:w="4702"/>
            <w:gridSpan w:val="2"/>
          </w:tcPr>
          <w:p>
            <w:r>
              <w:t>Landkreis Bad Tölz-Wolfratshausen</w:t>
            </w:r>
          </w:p>
        </w:tc>
      </w:tr>
      <w:tr>
        <w:trPr>
          <w:cantSplit/>
        </w:trPr>
        <w:tc>
          <w:tcPr>
            <w:tcW w:type="dxa" w:w="2351"/>
          </w:tcPr>
          <w:p/>
        </w:tc>
        <w:tc>
          <w:tcPr>
            <w:tcW w:type="dxa" w:w="2351"/>
            <w:vMerge/>
          </w:tcPr>
          <w:p/>
        </w:tc>
        <w:tc>
          <w:tcPr>
            <w:tcW w:type="dxa" w:w="4702"/>
            <w:gridSpan w:val="2"/>
          </w:tcPr>
          <w:p>
            <w:r>
              <w:t>Landkreis Miesbach</w:t>
            </w:r>
          </w:p>
        </w:tc>
      </w:tr>
      <w:tr>
        <w:trPr>
          <w:cantSplit/>
        </w:trPr>
        <w:tc>
          <w:tcPr>
            <w:tcW w:type="dxa" w:w="2351"/>
          </w:tcPr>
          <w:p>
            <w:r>
              <w:t>223</w:t>
            </w:r>
          </w:p>
        </w:tc>
        <w:tc>
          <w:tcPr>
            <w:tcW w:type="dxa" w:w="2351"/>
            <w:vMerge w:val="restart"/>
          </w:tcPr>
          <w:p>
            <w:r>
              <w:t>Starnberg – Landsberg am Lech</w:t>
            </w:r>
          </w:p>
        </w:tc>
        <w:tc>
          <w:tcPr>
            <w:tcW w:type="dxa" w:w="4702"/>
            <w:gridSpan w:val="2"/>
          </w:tcPr>
          <w:p>
            <w:r>
              <w:t>Landkreis Landsberg am Lech</w:t>
            </w:r>
          </w:p>
        </w:tc>
      </w:tr>
      <w:tr>
        <w:trPr>
          <w:cantSplit/>
        </w:trPr>
        <w:tc>
          <w:tcPr>
            <w:tcW w:type="dxa" w:w="2351"/>
          </w:tcPr>
          <w:p/>
        </w:tc>
        <w:tc>
          <w:tcPr>
            <w:tcW w:type="dxa" w:w="2351"/>
            <w:vMerge/>
          </w:tcPr>
          <w:p/>
        </w:tc>
        <w:tc>
          <w:tcPr>
            <w:tcW w:type="dxa" w:w="4702"/>
            <w:gridSpan w:val="2"/>
          </w:tcPr>
          <w:p>
            <w:r>
              <w:t>Landkreis Starnberg</w:t>
            </w:r>
          </w:p>
        </w:tc>
      </w:tr>
      <w:tr>
        <w:trPr>
          <w:cantSplit/>
        </w:trPr>
        <w:tc>
          <w:tcPr>
            <w:tcW w:type="dxa" w:w="2351"/>
          </w:tcPr>
          <w:p/>
        </w:tc>
        <w:tc>
          <w:tcPr>
            <w:tcW w:type="dxa" w:w="2351"/>
          </w:tcPr>
          <w:p/>
        </w:tc>
        <w:tc>
          <w:tcPr>
            <w:tcW w:type="dxa" w:w="4702"/>
            <w:gridSpan w:val="2"/>
          </w:tcPr>
          <w:p>
            <w:r>
              <w:t>vom Landkreis Fürstenfeldbruck</w:t>
            </w:r>
          </w:p>
        </w:tc>
      </w:tr>
      <w:tr>
        <w:trPr>
          <w:cantSplit/>
        </w:trPr>
        <w:tc>
          <w:tcPr>
            <w:tcW w:type="dxa" w:w="2351"/>
          </w:tcPr>
          <w:p/>
        </w:tc>
        <w:tc>
          <w:tcPr>
            <w:tcW w:type="dxa" w:w="2351"/>
          </w:tcPr>
          <w:p/>
        </w:tc>
        <w:tc>
          <w:tcPr>
            <w:tcW w:type="dxa" w:w="2351"/>
          </w:tcPr>
          <w:p/>
        </w:tc>
        <w:tc>
          <w:tcPr>
            <w:tcW w:type="dxa" w:w="2351"/>
          </w:tcPr>
          <w:p>
            <w:r>
              <w:t>die Gemeinde Germering</w:t>
            </w:r>
          </w:p>
        </w:tc>
      </w:tr>
      <w:tr>
        <w:trPr>
          <w:cantSplit/>
        </w:trPr>
        <w:tc>
          <w:tcPr>
            <w:tcW w:type="dxa" w:w="2351"/>
          </w:tcPr>
          <w:p/>
        </w:tc>
        <w:tc>
          <w:tcPr>
            <w:tcW w:type="dxa" w:w="2351"/>
          </w:tcPr>
          <w:p/>
        </w:tc>
        <w:tc>
          <w:tcPr>
            <w:tcW w:type="dxa" w:w="4702"/>
            <w:gridSpan w:val="2"/>
          </w:tcPr>
          <w:p>
            <w:r>
              <w:t>(Übrige Gemeinden s. Wkr. 214)</w:t>
            </w:r>
          </w:p>
        </w:tc>
      </w:tr>
      <w:tr>
        <w:trPr>
          <w:cantSplit/>
        </w:trPr>
        <w:tc>
          <w:tcPr>
            <w:tcW w:type="dxa" w:w="2351"/>
          </w:tcPr>
          <w:p>
            <w:r>
              <w:t>224</w:t>
            </w:r>
          </w:p>
        </w:tc>
        <w:tc>
          <w:tcPr>
            <w:tcW w:type="dxa" w:w="2351"/>
          </w:tcPr>
          <w:p>
            <w:r>
              <w:t>Traunstein</w:t>
            </w:r>
          </w:p>
        </w:tc>
        <w:tc>
          <w:tcPr>
            <w:tcW w:type="dxa" w:w="4702"/>
            <w:gridSpan w:val="2"/>
          </w:tcPr>
          <w:p>
            <w:r>
              <w:t>Landkreis Berchtesgadener Land</w:t>
            </w:r>
          </w:p>
        </w:tc>
      </w:tr>
      <w:tr>
        <w:trPr>
          <w:cantSplit/>
        </w:trPr>
        <w:tc>
          <w:tcPr>
            <w:tcW w:type="dxa" w:w="2351"/>
          </w:tcPr>
          <w:p/>
        </w:tc>
        <w:tc>
          <w:tcPr>
            <w:tcW w:type="dxa" w:w="2351"/>
          </w:tcPr>
          <w:p/>
        </w:tc>
        <w:tc>
          <w:tcPr>
            <w:tcW w:type="dxa" w:w="4702"/>
            <w:gridSpan w:val="2"/>
          </w:tcPr>
          <w:p>
            <w:r>
              <w:t>Landkreis Traunstein</w:t>
            </w:r>
          </w:p>
        </w:tc>
      </w:tr>
      <w:tr>
        <w:trPr>
          <w:cantSplit/>
        </w:trPr>
        <w:tc>
          <w:tcPr>
            <w:tcW w:type="dxa" w:w="2351"/>
          </w:tcPr>
          <w:p>
            <w:r>
              <w:t>225</w:t>
            </w:r>
          </w:p>
        </w:tc>
        <w:tc>
          <w:tcPr>
            <w:tcW w:type="dxa" w:w="2351"/>
          </w:tcPr>
          <w:p>
            <w:r>
              <w:t>Weilheim</w:t>
            </w:r>
          </w:p>
        </w:tc>
        <w:tc>
          <w:tcPr>
            <w:tcW w:type="dxa" w:w="4702"/>
            <w:gridSpan w:val="2"/>
          </w:tcPr>
          <w:p>
            <w:r>
              <w:t>Landkreis Garmisch-Partenkirchen</w:t>
            </w:r>
          </w:p>
        </w:tc>
      </w:tr>
      <w:tr>
        <w:trPr>
          <w:cantSplit/>
        </w:trPr>
        <w:tc>
          <w:tcPr>
            <w:tcW w:type="dxa" w:w="2351"/>
          </w:tcPr>
          <w:p/>
        </w:tc>
        <w:tc>
          <w:tcPr>
            <w:tcW w:type="dxa" w:w="2351"/>
          </w:tcPr>
          <w:p/>
        </w:tc>
        <w:tc>
          <w:tcPr>
            <w:tcW w:type="dxa" w:w="4702"/>
            <w:gridSpan w:val="2"/>
          </w:tcPr>
          <w:p>
            <w:r>
              <w:t>Landkreis Weilheim-Schongau</w:t>
            </w:r>
          </w:p>
        </w:tc>
      </w:tr>
      <w:tr>
        <w:trPr>
          <w:cantSplit/>
        </w:trPr>
        <w:tc>
          <w:tcPr>
            <w:tcW w:type="dxa" w:w="2351"/>
          </w:tcPr>
          <w:p>
            <w:r>
              <w:t>226</w:t>
            </w:r>
          </w:p>
        </w:tc>
        <w:tc>
          <w:tcPr>
            <w:tcW w:type="dxa" w:w="2351"/>
          </w:tcPr>
          <w:p>
            <w:r>
              <w:t>Deggendorf</w:t>
            </w:r>
          </w:p>
        </w:tc>
        <w:tc>
          <w:tcPr>
            <w:tcW w:type="dxa" w:w="4702"/>
            <w:gridSpan w:val="2"/>
          </w:tcPr>
          <w:p>
            <w:r>
              <w:t>Landkreis Deggendorf</w:t>
            </w:r>
          </w:p>
        </w:tc>
      </w:tr>
      <w:tr>
        <w:trPr>
          <w:cantSplit/>
        </w:trPr>
        <w:tc>
          <w:tcPr>
            <w:tcW w:type="dxa" w:w="2351"/>
          </w:tcPr>
          <w:p/>
        </w:tc>
        <w:tc>
          <w:tcPr>
            <w:tcW w:type="dxa" w:w="2351"/>
          </w:tcPr>
          <w:p/>
        </w:tc>
        <w:tc>
          <w:tcPr>
            <w:tcW w:type="dxa" w:w="4702"/>
            <w:gridSpan w:val="2"/>
          </w:tcPr>
          <w:p>
            <w:r>
              <w:t>Landkreis Freyung-Grafenau</w:t>
            </w:r>
          </w:p>
        </w:tc>
      </w:tr>
      <w:tr>
        <w:trPr>
          <w:cantSplit/>
        </w:trPr>
        <w:tc>
          <w:tcPr>
            <w:tcW w:type="dxa" w:w="2351"/>
          </w:tcPr>
          <w:p/>
        </w:tc>
        <w:tc>
          <w:tcPr>
            <w:tcW w:type="dxa" w:w="2351"/>
          </w:tcPr>
          <w:p/>
        </w:tc>
        <w:tc>
          <w:tcPr>
            <w:tcW w:type="dxa" w:w="4702"/>
            <w:gridSpan w:val="2"/>
          </w:tcPr>
          <w:p>
            <w:r>
              <w:t>vom Landkreis Passau</w:t>
            </w:r>
          </w:p>
        </w:tc>
      </w:tr>
      <w:tr>
        <w:trPr>
          <w:cantSplit/>
        </w:trPr>
        <w:tc>
          <w:tcPr>
            <w:tcW w:type="dxa" w:w="2351"/>
          </w:tcPr>
          <w:p/>
        </w:tc>
        <w:tc>
          <w:tcPr>
            <w:tcW w:type="dxa" w:w="2351"/>
          </w:tcPr>
          <w:p/>
        </w:tc>
        <w:tc>
          <w:tcPr>
            <w:tcW w:type="dxa" w:w="2351"/>
          </w:tcPr>
          <w:p/>
        </w:tc>
        <w:tc>
          <w:tcPr>
            <w:tcW w:type="dxa" w:w="2351"/>
          </w:tcPr>
          <w:p>
            <w:r>
              <w:t>die Gemeinden</w:t>
            </w:r>
            <w:r>
              <w:br/>
            </w:r>
            <w:r>
              <w:t>Aicha vorm Wald, Eging a. See, Fürstenstein, Hofkirchen</w:t>
            </w:r>
          </w:p>
        </w:tc>
      </w:tr>
      <w:tr>
        <w:trPr>
          <w:cantSplit/>
        </w:trPr>
        <w:tc>
          <w:tcPr>
            <w:tcW w:type="dxa" w:w="2351"/>
          </w:tcPr>
          <w:p/>
        </w:tc>
        <w:tc>
          <w:tcPr>
            <w:tcW w:type="dxa" w:w="2351"/>
          </w:tcPr>
          <w:p/>
        </w:tc>
        <w:tc>
          <w:tcPr>
            <w:tcW w:type="dxa" w:w="4702"/>
            <w:gridSpan w:val="2"/>
          </w:tcPr>
          <w:p>
            <w:r>
              <w:t>(Übrige Gemeinden s. Wkr. 228)</w:t>
            </w:r>
          </w:p>
        </w:tc>
      </w:tr>
      <w:tr>
        <w:trPr>
          <w:cantSplit/>
        </w:trPr>
        <w:tc>
          <w:tcPr>
            <w:tcW w:type="dxa" w:w="2351"/>
          </w:tcPr>
          <w:p>
            <w:r>
              <w:t>227</w:t>
            </w:r>
          </w:p>
        </w:tc>
        <w:tc>
          <w:tcPr>
            <w:tcW w:type="dxa" w:w="2351"/>
          </w:tcPr>
          <w:p>
            <w:r>
              <w:t>Landshut</w:t>
            </w:r>
          </w:p>
        </w:tc>
        <w:tc>
          <w:tcPr>
            <w:tcW w:type="dxa" w:w="4702"/>
            <w:gridSpan w:val="2"/>
          </w:tcPr>
          <w:p>
            <w:r>
              <w:t>Kreisfreie Stadt Landshut</w:t>
            </w:r>
          </w:p>
        </w:tc>
      </w:tr>
      <w:tr>
        <w:trPr>
          <w:cantSplit/>
        </w:trPr>
        <w:tc>
          <w:tcPr>
            <w:tcW w:type="dxa" w:w="2351"/>
          </w:tcPr>
          <w:p/>
        </w:tc>
        <w:tc>
          <w:tcPr>
            <w:tcW w:type="dxa" w:w="2351"/>
          </w:tcPr>
          <w:p/>
        </w:tc>
        <w:tc>
          <w:tcPr>
            <w:tcW w:type="dxa" w:w="4702"/>
            <w:gridSpan w:val="2"/>
          </w:tcPr>
          <w:p>
            <w:r>
              <w:t>Landkreis Kelheim</w:t>
            </w:r>
          </w:p>
        </w:tc>
      </w:tr>
      <w:tr>
        <w:trPr>
          <w:cantSplit/>
        </w:trPr>
        <w:tc>
          <w:tcPr>
            <w:tcW w:type="dxa" w:w="2351"/>
          </w:tcPr>
          <w:p/>
        </w:tc>
        <w:tc>
          <w:tcPr>
            <w:tcW w:type="dxa" w:w="2351"/>
          </w:tcPr>
          <w:p/>
        </w:tc>
        <w:tc>
          <w:tcPr>
            <w:tcW w:type="dxa" w:w="4702"/>
            <w:gridSpan w:val="2"/>
          </w:tcPr>
          <w:p>
            <w:r>
              <w:t>vom Landkreis Landshut</w:t>
            </w:r>
          </w:p>
        </w:tc>
      </w:tr>
      <w:tr>
        <w:trPr>
          <w:cantSplit/>
        </w:trPr>
        <w:tc>
          <w:tcPr>
            <w:tcW w:type="dxa" w:w="2351"/>
          </w:tcPr>
          <w:p/>
        </w:tc>
        <w:tc>
          <w:tcPr>
            <w:tcW w:type="dxa" w:w="2351"/>
          </w:tcPr>
          <w:p/>
        </w:tc>
        <w:tc>
          <w:tcPr>
            <w:tcW w:type="dxa" w:w="2351"/>
          </w:tcPr>
          <w:p/>
        </w:tc>
        <w:tc>
          <w:tcPr>
            <w:tcW w:type="dxa" w:w="2351"/>
          </w:tcPr>
          <w:p>
            <w:r>
              <w:t>die Gemeinden</w:t>
            </w:r>
            <w:r>
              <w:br/>
            </w:r>
            <w:r>
              <w:t>Adlkofen, Altdorf, Bodenkirchen, Bruckberg, Buch a. Erlbach, Eching, Ergolding, Essenbach, Geisenhausen, Hohenthann, Kumhausen, Neufahrn i. NB, Niederaichbach, Pfeffenhausen, Rottenburg a. d. Laaber, Tiefenbach, Vilsbiburg, Vilsheim</w:t>
            </w:r>
          </w:p>
        </w:tc>
      </w:tr>
      <w:tr>
        <w:trPr>
          <w:cantSplit/>
        </w:trPr>
        <w:tc>
          <w:tcPr>
            <w:tcW w:type="dxa" w:w="2351"/>
          </w:tcPr>
          <w:p/>
        </w:tc>
        <w:tc>
          <w:tcPr>
            <w:tcW w:type="dxa" w:w="2351"/>
          </w:tcPr>
          <w:p/>
        </w:tc>
        <w:tc>
          <w:tcPr>
            <w:tcW w:type="dxa" w:w="2351"/>
          </w:tcPr>
          <w:p/>
        </w:tc>
        <w:tc>
          <w:tcPr>
            <w:tcW w:type="dxa" w:w="2351"/>
          </w:tcPr>
          <w:p>
            <w:r>
              <w:t>Verwaltungsgemeinschaft Altfraunhofen</w:t>
            </w:r>
          </w:p>
        </w:tc>
      </w:tr>
      <w:tr>
        <w:trPr>
          <w:cantSplit/>
        </w:trPr>
        <w:tc>
          <w:tcPr>
            <w:tcW w:type="dxa" w:w="2351"/>
          </w:tcPr>
          <w:p/>
        </w:tc>
        <w:tc>
          <w:tcPr>
            <w:tcW w:type="dxa" w:w="2351"/>
          </w:tcPr>
          <w:p/>
        </w:tc>
        <w:tc>
          <w:tcPr>
            <w:tcW w:type="dxa" w:w="2351"/>
          </w:tcPr>
          <w:p/>
        </w:tc>
        <w:tc>
          <w:tcPr>
            <w:tcW w:type="dxa" w:w="2351"/>
          </w:tcPr>
          <w:p>
            <w:r>
              <w:t xml:space="preserve"> die Gemeinden</w:t>
            </w:r>
            <w:r>
              <w:br/>
            </w:r>
            <w:r>
              <w:t>Altfraunhofen, Baierbach</w:t>
            </w:r>
          </w:p>
        </w:tc>
      </w:tr>
      <w:tr>
        <w:trPr>
          <w:cantSplit/>
        </w:trPr>
        <w:tc>
          <w:tcPr>
            <w:tcW w:type="dxa" w:w="2351"/>
          </w:tcPr>
          <w:p/>
        </w:tc>
        <w:tc>
          <w:tcPr>
            <w:tcW w:type="dxa" w:w="2351"/>
          </w:tcPr>
          <w:p/>
        </w:tc>
        <w:tc>
          <w:tcPr>
            <w:tcW w:type="dxa" w:w="2351"/>
          </w:tcPr>
          <w:p/>
        </w:tc>
        <w:tc>
          <w:tcPr>
            <w:tcW w:type="dxa" w:w="2351"/>
          </w:tcPr>
          <w:p>
            <w:r>
              <w:t>Verwaltungsgemeinschaft Ergoldsbach</w:t>
            </w:r>
          </w:p>
        </w:tc>
      </w:tr>
      <w:tr>
        <w:trPr>
          <w:cantSplit/>
        </w:trPr>
        <w:tc>
          <w:tcPr>
            <w:tcW w:type="dxa" w:w="2351"/>
          </w:tcPr>
          <w:p/>
        </w:tc>
        <w:tc>
          <w:tcPr>
            <w:tcW w:type="dxa" w:w="2351"/>
          </w:tcPr>
          <w:p/>
        </w:tc>
        <w:tc>
          <w:tcPr>
            <w:tcW w:type="dxa" w:w="2351"/>
          </w:tcPr>
          <w:p/>
        </w:tc>
        <w:tc>
          <w:tcPr>
            <w:tcW w:type="dxa" w:w="2351"/>
          </w:tcPr>
          <w:p>
            <w:r>
              <w:t xml:space="preserve"> die Gemeinden</w:t>
            </w:r>
            <w:r>
              <w:br/>
            </w:r>
            <w:r>
              <w:t>Bayerbach b. Ergoldsbach, Ergoldsbach</w:t>
            </w:r>
          </w:p>
        </w:tc>
      </w:tr>
      <w:tr>
        <w:trPr>
          <w:cantSplit/>
        </w:trPr>
        <w:tc>
          <w:tcPr>
            <w:tcW w:type="dxa" w:w="2351"/>
          </w:tcPr>
          <w:p/>
        </w:tc>
        <w:tc>
          <w:tcPr>
            <w:tcW w:type="dxa" w:w="2351"/>
          </w:tcPr>
          <w:p/>
        </w:tc>
        <w:tc>
          <w:tcPr>
            <w:tcW w:type="dxa" w:w="2351"/>
          </w:tcPr>
          <w:p/>
        </w:tc>
        <w:tc>
          <w:tcPr>
            <w:tcW w:type="dxa" w:w="2351"/>
          </w:tcPr>
          <w:p>
            <w:r>
              <w:t>Verwaltungsgemeinschaft Furth</w:t>
            </w:r>
          </w:p>
        </w:tc>
      </w:tr>
      <w:tr>
        <w:trPr>
          <w:cantSplit/>
        </w:trPr>
        <w:tc>
          <w:tcPr>
            <w:tcW w:type="dxa" w:w="2351"/>
          </w:tcPr>
          <w:p/>
        </w:tc>
        <w:tc>
          <w:tcPr>
            <w:tcW w:type="dxa" w:w="2351"/>
          </w:tcPr>
          <w:p/>
        </w:tc>
        <w:tc>
          <w:tcPr>
            <w:tcW w:type="dxa" w:w="2351"/>
          </w:tcPr>
          <w:p/>
        </w:tc>
        <w:tc>
          <w:tcPr>
            <w:tcW w:type="dxa" w:w="2351"/>
          </w:tcPr>
          <w:p>
            <w:r>
              <w:t xml:space="preserve"> die Gemeinden</w:t>
            </w:r>
            <w:r>
              <w:br/>
            </w:r>
            <w:r>
              <w:t>Furth, Obersüßbach, Weihmichl</w:t>
            </w:r>
          </w:p>
        </w:tc>
      </w:tr>
      <w:tr>
        <w:trPr>
          <w:cantSplit/>
        </w:trPr>
        <w:tc>
          <w:tcPr>
            <w:tcW w:type="dxa" w:w="2351"/>
          </w:tcPr>
          <w:p/>
        </w:tc>
        <w:tc>
          <w:tcPr>
            <w:tcW w:type="dxa" w:w="2351"/>
          </w:tcPr>
          <w:p/>
        </w:tc>
        <w:tc>
          <w:tcPr>
            <w:tcW w:type="dxa" w:w="2351"/>
          </w:tcPr>
          <w:p/>
        </w:tc>
        <w:tc>
          <w:tcPr>
            <w:tcW w:type="dxa" w:w="2351"/>
          </w:tcPr>
          <w:p>
            <w:r>
              <w:t>Verwaltungsgemeinschaft Velden</w:t>
            </w:r>
          </w:p>
        </w:tc>
      </w:tr>
      <w:tr>
        <w:trPr>
          <w:cantSplit/>
        </w:trPr>
        <w:tc>
          <w:tcPr>
            <w:tcW w:type="dxa" w:w="2351"/>
          </w:tcPr>
          <w:p/>
        </w:tc>
        <w:tc>
          <w:tcPr>
            <w:tcW w:type="dxa" w:w="2351"/>
          </w:tcPr>
          <w:p/>
        </w:tc>
        <w:tc>
          <w:tcPr>
            <w:tcW w:type="dxa" w:w="2351"/>
          </w:tcPr>
          <w:p/>
        </w:tc>
        <w:tc>
          <w:tcPr>
            <w:tcW w:type="dxa" w:w="2351"/>
          </w:tcPr>
          <w:p>
            <w:r>
              <w:t xml:space="preserve"> die Gemeinden</w:t>
            </w:r>
            <w:r>
              <w:br/>
            </w:r>
            <w:r>
              <w:t>Neufraunhofen, Velden, Wurmsham</w:t>
            </w:r>
          </w:p>
        </w:tc>
      </w:tr>
      <w:tr>
        <w:trPr>
          <w:cantSplit/>
        </w:trPr>
        <w:tc>
          <w:tcPr>
            <w:tcW w:type="dxa" w:w="2351"/>
          </w:tcPr>
          <w:p/>
        </w:tc>
        <w:tc>
          <w:tcPr>
            <w:tcW w:type="dxa" w:w="2351"/>
          </w:tcPr>
          <w:p/>
        </w:tc>
        <w:tc>
          <w:tcPr>
            <w:tcW w:type="dxa" w:w="4702"/>
            <w:gridSpan w:val="2"/>
          </w:tcPr>
          <w:p>
            <w:r>
              <w:t>(Übrige Gemeinden s. Wkr. 229)</w:t>
            </w:r>
          </w:p>
        </w:tc>
      </w:tr>
      <w:tr>
        <w:trPr>
          <w:cantSplit/>
        </w:trPr>
        <w:tc>
          <w:tcPr>
            <w:tcW w:type="dxa" w:w="2351"/>
          </w:tcPr>
          <w:p>
            <w:r>
              <w:t>228</w:t>
            </w:r>
          </w:p>
        </w:tc>
        <w:tc>
          <w:tcPr>
            <w:tcW w:type="dxa" w:w="2351"/>
          </w:tcPr>
          <w:p>
            <w:r>
              <w:t>Passau</w:t>
            </w:r>
          </w:p>
        </w:tc>
        <w:tc>
          <w:tcPr>
            <w:tcW w:type="dxa" w:w="4702"/>
            <w:gridSpan w:val="2"/>
          </w:tcPr>
          <w:p>
            <w:r>
              <w:t>Kreisfreie Stadt Passau</w:t>
            </w:r>
          </w:p>
        </w:tc>
      </w:tr>
      <w:tr>
        <w:trPr>
          <w:cantSplit/>
        </w:trPr>
        <w:tc>
          <w:tcPr>
            <w:tcW w:type="dxa" w:w="2351"/>
          </w:tcPr>
          <w:p/>
        </w:tc>
        <w:tc>
          <w:tcPr>
            <w:tcW w:type="dxa" w:w="2351"/>
          </w:tcPr>
          <w:p/>
        </w:tc>
        <w:tc>
          <w:tcPr>
            <w:tcW w:type="dxa" w:w="4702"/>
            <w:gridSpan w:val="2"/>
          </w:tcPr>
          <w:p>
            <w:r>
              <w:t>vom Landkreis Passau</w:t>
            </w:r>
          </w:p>
        </w:tc>
      </w:tr>
      <w:tr>
        <w:trPr>
          <w:cantSplit/>
        </w:trPr>
        <w:tc>
          <w:tcPr>
            <w:tcW w:type="dxa" w:w="2351"/>
          </w:tcPr>
          <w:p/>
        </w:tc>
        <w:tc>
          <w:tcPr>
            <w:tcW w:type="dxa" w:w="2351"/>
          </w:tcPr>
          <w:p/>
        </w:tc>
        <w:tc>
          <w:tcPr>
            <w:tcW w:type="dxa" w:w="2351"/>
          </w:tcPr>
          <w:p/>
        </w:tc>
        <w:tc>
          <w:tcPr>
            <w:tcW w:type="dxa" w:w="2351"/>
          </w:tcPr>
          <w:p>
            <w:r>
              <w:t>die Gemeinden</w:t>
            </w:r>
            <w:r>
              <w:br/>
            </w:r>
            <w:r>
              <w:t xml:space="preserve">Aldersbach, Bad Füssing, Bad Griesbach i. Rottal, Breitenberg, Büchlberg, Fürstenzell, Haarbach, Hauzenberg, Hutthurm, Kirchham, Kößlarn, Neuburg a. Inn, Neuhaus </w:t>
            </w:r>
            <w:r>
              <w:t>a. Inn,</w:t>
            </w:r>
            <w:r>
              <w:t xml:space="preserve"> Neukirchen vorm Wald, Obernzell, Ortenburg, Pocking, Ruderting, Ruhstorf a. d. Rott, Salzweg, Sonnen, Tettenweis, Thyrnau, Tiefenbach, Untergriesbach, Vilshofen an der Donau, Wegscheid, Windorf</w:t>
            </w:r>
          </w:p>
        </w:tc>
      </w:tr>
      <w:tr>
        <w:trPr>
          <w:cantSplit/>
        </w:trPr>
        <w:tc>
          <w:tcPr>
            <w:tcW w:type="dxa" w:w="2351"/>
          </w:tcPr>
          <w:p/>
        </w:tc>
        <w:tc>
          <w:tcPr>
            <w:tcW w:type="dxa" w:w="2351"/>
          </w:tcPr>
          <w:p/>
        </w:tc>
        <w:tc>
          <w:tcPr>
            <w:tcW w:type="dxa" w:w="2351"/>
          </w:tcPr>
          <w:p/>
        </w:tc>
        <w:tc>
          <w:tcPr>
            <w:tcW w:type="dxa" w:w="2351"/>
          </w:tcPr>
          <w:p>
            <w:r>
              <w:t>Verwaltungsgemeinschaft Aidenbach</w:t>
            </w:r>
          </w:p>
        </w:tc>
      </w:tr>
      <w:tr>
        <w:trPr>
          <w:cantSplit/>
        </w:trPr>
        <w:tc>
          <w:tcPr>
            <w:tcW w:type="dxa" w:w="2351"/>
          </w:tcPr>
          <w:p/>
        </w:tc>
        <w:tc>
          <w:tcPr>
            <w:tcW w:type="dxa" w:w="2351"/>
          </w:tcPr>
          <w:p/>
        </w:tc>
        <w:tc>
          <w:tcPr>
            <w:tcW w:type="dxa" w:w="2351"/>
          </w:tcPr>
          <w:p/>
        </w:tc>
        <w:tc>
          <w:tcPr>
            <w:tcW w:type="dxa" w:w="2351"/>
          </w:tcPr>
          <w:p>
            <w:r>
              <w:t xml:space="preserve"> die Gemeinden</w:t>
            </w:r>
            <w:r>
              <w:br/>
            </w:r>
            <w:r>
              <w:t>Aidenbach, Beutelsbach</w:t>
            </w:r>
          </w:p>
        </w:tc>
      </w:tr>
      <w:tr>
        <w:trPr>
          <w:cantSplit/>
        </w:trPr>
        <w:tc>
          <w:tcPr>
            <w:tcW w:type="dxa" w:w="2351"/>
          </w:tcPr>
          <w:p/>
        </w:tc>
        <w:tc>
          <w:tcPr>
            <w:tcW w:type="dxa" w:w="2351"/>
          </w:tcPr>
          <w:p/>
        </w:tc>
        <w:tc>
          <w:tcPr>
            <w:tcW w:type="dxa" w:w="2351"/>
          </w:tcPr>
          <w:p/>
        </w:tc>
        <w:tc>
          <w:tcPr>
            <w:tcW w:type="dxa" w:w="2351"/>
          </w:tcPr>
          <w:p>
            <w:r>
              <w:t>Verwaltungsgemeinschaft Rotthalmünster</w:t>
            </w:r>
          </w:p>
        </w:tc>
      </w:tr>
      <w:tr>
        <w:trPr>
          <w:cantSplit/>
        </w:trPr>
        <w:tc>
          <w:tcPr>
            <w:tcW w:type="dxa" w:w="2351"/>
          </w:tcPr>
          <w:p/>
        </w:tc>
        <w:tc>
          <w:tcPr>
            <w:tcW w:type="dxa" w:w="2351"/>
          </w:tcPr>
          <w:p/>
        </w:tc>
        <w:tc>
          <w:tcPr>
            <w:tcW w:type="dxa" w:w="2351"/>
          </w:tcPr>
          <w:p/>
        </w:tc>
        <w:tc>
          <w:tcPr>
            <w:tcW w:type="dxa" w:w="2351"/>
          </w:tcPr>
          <w:p>
            <w:r>
              <w:t xml:space="preserve"> die Gemeinden</w:t>
            </w:r>
            <w:r>
              <w:br/>
            </w:r>
            <w:r>
              <w:t>Malching, Rotthalmünster</w:t>
            </w:r>
          </w:p>
        </w:tc>
      </w:tr>
      <w:tr>
        <w:trPr>
          <w:cantSplit/>
        </w:trPr>
        <w:tc>
          <w:tcPr>
            <w:tcW w:type="dxa" w:w="2351"/>
          </w:tcPr>
          <w:p/>
        </w:tc>
        <w:tc>
          <w:tcPr>
            <w:tcW w:type="dxa" w:w="2351"/>
          </w:tcPr>
          <w:p/>
        </w:tc>
        <w:tc>
          <w:tcPr>
            <w:tcW w:type="dxa" w:w="2351"/>
          </w:tcPr>
          <w:p/>
        </w:tc>
        <w:tc>
          <w:tcPr>
            <w:tcW w:type="dxa" w:w="2351"/>
          </w:tcPr>
          <w:p>
            <w:r>
              <w:t>Verwaltungsgemeinschaft Tittling</w:t>
            </w:r>
          </w:p>
        </w:tc>
      </w:tr>
      <w:tr>
        <w:trPr>
          <w:cantSplit/>
        </w:trPr>
        <w:tc>
          <w:tcPr>
            <w:tcW w:type="dxa" w:w="2351"/>
          </w:tcPr>
          <w:p/>
        </w:tc>
        <w:tc>
          <w:tcPr>
            <w:tcW w:type="dxa" w:w="2351"/>
          </w:tcPr>
          <w:p/>
        </w:tc>
        <w:tc>
          <w:tcPr>
            <w:tcW w:type="dxa" w:w="2351"/>
          </w:tcPr>
          <w:p/>
        </w:tc>
        <w:tc>
          <w:tcPr>
            <w:tcW w:type="dxa" w:w="2351"/>
          </w:tcPr>
          <w:p>
            <w:r>
              <w:t xml:space="preserve"> die Gemeinden</w:t>
            </w:r>
            <w:r>
              <w:br/>
            </w:r>
            <w:r>
              <w:t>Tittling, Witzmannsberg</w:t>
            </w:r>
          </w:p>
        </w:tc>
      </w:tr>
      <w:tr>
        <w:trPr>
          <w:cantSplit/>
        </w:trPr>
        <w:tc>
          <w:tcPr>
            <w:tcW w:type="dxa" w:w="2351"/>
          </w:tcPr>
          <w:p/>
        </w:tc>
        <w:tc>
          <w:tcPr>
            <w:tcW w:type="dxa" w:w="2351"/>
          </w:tcPr>
          <w:p/>
        </w:tc>
        <w:tc>
          <w:tcPr>
            <w:tcW w:type="dxa" w:w="4702"/>
            <w:gridSpan w:val="2"/>
          </w:tcPr>
          <w:p>
            <w:r>
              <w:t>(Übrige Gemeinden s. Wkr. 226)</w:t>
            </w:r>
          </w:p>
        </w:tc>
      </w:tr>
      <w:tr>
        <w:trPr>
          <w:cantSplit/>
        </w:trPr>
        <w:tc>
          <w:tcPr>
            <w:tcW w:type="dxa" w:w="2351"/>
          </w:tcPr>
          <w:p>
            <w:r>
              <w:t>229</w:t>
            </w:r>
          </w:p>
        </w:tc>
        <w:tc>
          <w:tcPr>
            <w:tcW w:type="dxa" w:w="2351"/>
          </w:tcPr>
          <w:p>
            <w:r>
              <w:t>Rottal-Inn</w:t>
            </w:r>
          </w:p>
        </w:tc>
        <w:tc>
          <w:tcPr>
            <w:tcW w:type="dxa" w:w="4702"/>
            <w:gridSpan w:val="2"/>
          </w:tcPr>
          <w:p>
            <w:r>
              <w:t>Landkreis Dingolfing-Landau</w:t>
            </w:r>
          </w:p>
        </w:tc>
      </w:tr>
      <w:tr>
        <w:trPr>
          <w:cantSplit/>
        </w:trPr>
        <w:tc>
          <w:tcPr>
            <w:tcW w:type="dxa" w:w="2351"/>
          </w:tcPr>
          <w:p/>
        </w:tc>
        <w:tc>
          <w:tcPr>
            <w:tcW w:type="dxa" w:w="2351"/>
          </w:tcPr>
          <w:p/>
        </w:tc>
        <w:tc>
          <w:tcPr>
            <w:tcW w:type="dxa" w:w="4702"/>
            <w:gridSpan w:val="2"/>
          </w:tcPr>
          <w:p>
            <w:r>
              <w:t>Landkreis Rottal-Inn</w:t>
            </w:r>
          </w:p>
        </w:tc>
      </w:tr>
      <w:tr>
        <w:trPr>
          <w:cantSplit/>
        </w:trPr>
        <w:tc>
          <w:tcPr>
            <w:tcW w:type="dxa" w:w="2351"/>
          </w:tcPr>
          <w:p/>
        </w:tc>
        <w:tc>
          <w:tcPr>
            <w:tcW w:type="dxa" w:w="2351"/>
          </w:tcPr>
          <w:p/>
        </w:tc>
        <w:tc>
          <w:tcPr>
            <w:tcW w:type="dxa" w:w="4702"/>
            <w:gridSpan w:val="2"/>
          </w:tcPr>
          <w:p>
            <w:r>
              <w:t>vom Landkreis Landshut</w:t>
            </w:r>
          </w:p>
        </w:tc>
      </w:tr>
      <w:tr>
        <w:trPr>
          <w:cantSplit/>
        </w:trPr>
        <w:tc>
          <w:tcPr>
            <w:tcW w:type="dxa" w:w="2351"/>
          </w:tcPr>
          <w:p/>
        </w:tc>
        <w:tc>
          <w:tcPr>
            <w:tcW w:type="dxa" w:w="2351"/>
          </w:tcPr>
          <w:p/>
        </w:tc>
        <w:tc>
          <w:tcPr>
            <w:tcW w:type="dxa" w:w="2351"/>
          </w:tcPr>
          <w:p/>
        </w:tc>
        <w:tc>
          <w:tcPr>
            <w:tcW w:type="dxa" w:w="2351"/>
          </w:tcPr>
          <w:p>
            <w:r>
              <w:t>Verwaltungsgemeinschaft Gerzen</w:t>
            </w:r>
          </w:p>
        </w:tc>
      </w:tr>
      <w:tr>
        <w:trPr>
          <w:cantSplit/>
        </w:trPr>
        <w:tc>
          <w:tcPr>
            <w:tcW w:type="dxa" w:w="2351"/>
          </w:tcPr>
          <w:p/>
        </w:tc>
        <w:tc>
          <w:tcPr>
            <w:tcW w:type="dxa" w:w="2351"/>
          </w:tcPr>
          <w:p/>
        </w:tc>
        <w:tc>
          <w:tcPr>
            <w:tcW w:type="dxa" w:w="2351"/>
          </w:tcPr>
          <w:p/>
        </w:tc>
        <w:tc>
          <w:tcPr>
            <w:tcW w:type="dxa" w:w="2351"/>
          </w:tcPr>
          <w:p>
            <w:r>
              <w:t xml:space="preserve"> die Gemeinden</w:t>
            </w:r>
            <w:r>
              <w:br/>
            </w:r>
            <w:r>
              <w:t>Aham, Gerzen, Kröning, Schalkham</w:t>
            </w:r>
          </w:p>
        </w:tc>
      </w:tr>
      <w:tr>
        <w:trPr>
          <w:cantSplit/>
        </w:trPr>
        <w:tc>
          <w:tcPr>
            <w:tcW w:type="dxa" w:w="2351"/>
          </w:tcPr>
          <w:p/>
        </w:tc>
        <w:tc>
          <w:tcPr>
            <w:tcW w:type="dxa" w:w="2351"/>
          </w:tcPr>
          <w:p/>
        </w:tc>
        <w:tc>
          <w:tcPr>
            <w:tcW w:type="dxa" w:w="2351"/>
          </w:tcPr>
          <w:p/>
        </w:tc>
        <w:tc>
          <w:tcPr>
            <w:tcW w:type="dxa" w:w="2351"/>
          </w:tcPr>
          <w:p>
            <w:r>
              <w:t>Verwaltungsgemeinschaft Wörth a. d. Isar</w:t>
            </w:r>
          </w:p>
        </w:tc>
      </w:tr>
      <w:tr>
        <w:trPr>
          <w:cantSplit/>
        </w:trPr>
        <w:tc>
          <w:tcPr>
            <w:tcW w:type="dxa" w:w="2351"/>
          </w:tcPr>
          <w:p/>
        </w:tc>
        <w:tc>
          <w:tcPr>
            <w:tcW w:type="dxa" w:w="2351"/>
          </w:tcPr>
          <w:p/>
        </w:tc>
        <w:tc>
          <w:tcPr>
            <w:tcW w:type="dxa" w:w="2351"/>
          </w:tcPr>
          <w:p/>
        </w:tc>
        <w:tc>
          <w:tcPr>
            <w:tcW w:type="dxa" w:w="2351"/>
          </w:tcPr>
          <w:p>
            <w:r>
              <w:t xml:space="preserve"> die Gemeinden</w:t>
            </w:r>
            <w:r>
              <w:br/>
            </w:r>
            <w:r>
              <w:t>Postau, Weng, Wörth a. d. Isar</w:t>
            </w:r>
          </w:p>
        </w:tc>
      </w:tr>
      <w:tr>
        <w:trPr>
          <w:cantSplit/>
        </w:trPr>
        <w:tc>
          <w:tcPr>
            <w:tcW w:type="dxa" w:w="2351"/>
          </w:tcPr>
          <w:p/>
        </w:tc>
        <w:tc>
          <w:tcPr>
            <w:tcW w:type="dxa" w:w="2351"/>
          </w:tcPr>
          <w:p/>
        </w:tc>
        <w:tc>
          <w:tcPr>
            <w:tcW w:type="dxa" w:w="4702"/>
            <w:gridSpan w:val="2"/>
          </w:tcPr>
          <w:p>
            <w:r>
              <w:t>(Übrige Gemeinden s. Wkr. 227)</w:t>
            </w:r>
          </w:p>
        </w:tc>
      </w:tr>
      <w:tr>
        <w:trPr>
          <w:cantSplit/>
        </w:trPr>
        <w:tc>
          <w:tcPr>
            <w:tcW w:type="dxa" w:w="2351"/>
          </w:tcPr>
          <w:p>
            <w:r>
              <w:t>230</w:t>
            </w:r>
          </w:p>
        </w:tc>
        <w:tc>
          <w:tcPr>
            <w:tcW w:type="dxa" w:w="2351"/>
          </w:tcPr>
          <w:p>
            <w:r>
              <w:t>Straubing</w:t>
            </w:r>
          </w:p>
        </w:tc>
        <w:tc>
          <w:tcPr>
            <w:tcW w:type="dxa" w:w="4702"/>
            <w:gridSpan w:val="2"/>
          </w:tcPr>
          <w:p>
            <w:r>
              <w:t>Kreisfreie Stadt Straubing</w:t>
            </w:r>
          </w:p>
        </w:tc>
      </w:tr>
      <w:tr>
        <w:trPr>
          <w:cantSplit/>
        </w:trPr>
        <w:tc>
          <w:tcPr>
            <w:tcW w:type="dxa" w:w="2351"/>
          </w:tcPr>
          <w:p/>
        </w:tc>
        <w:tc>
          <w:tcPr>
            <w:tcW w:type="dxa" w:w="2351"/>
          </w:tcPr>
          <w:p/>
        </w:tc>
        <w:tc>
          <w:tcPr>
            <w:tcW w:type="dxa" w:w="4702"/>
            <w:gridSpan w:val="2"/>
          </w:tcPr>
          <w:p>
            <w:r>
              <w:t>Landkreis Regen</w:t>
            </w:r>
          </w:p>
        </w:tc>
      </w:tr>
      <w:tr>
        <w:trPr>
          <w:cantSplit/>
        </w:trPr>
        <w:tc>
          <w:tcPr>
            <w:tcW w:type="dxa" w:w="2351"/>
          </w:tcPr>
          <w:p/>
        </w:tc>
        <w:tc>
          <w:tcPr>
            <w:tcW w:type="dxa" w:w="2351"/>
          </w:tcPr>
          <w:p/>
        </w:tc>
        <w:tc>
          <w:tcPr>
            <w:tcW w:type="dxa" w:w="4702"/>
            <w:gridSpan w:val="2"/>
          </w:tcPr>
          <w:p>
            <w:r>
              <w:t>Landkreis Straubing-Bogen</w:t>
            </w:r>
          </w:p>
        </w:tc>
      </w:tr>
      <w:tr>
        <w:trPr>
          <w:cantSplit/>
        </w:trPr>
        <w:tc>
          <w:tcPr>
            <w:tcW w:type="dxa" w:w="2351"/>
          </w:tcPr>
          <w:p>
            <w:r>
              <w:t>231</w:t>
            </w:r>
          </w:p>
        </w:tc>
        <w:tc>
          <w:tcPr>
            <w:tcW w:type="dxa" w:w="2351"/>
          </w:tcPr>
          <w:p>
            <w:r>
              <w:t>Amberg</w:t>
            </w:r>
          </w:p>
        </w:tc>
        <w:tc>
          <w:tcPr>
            <w:tcW w:type="dxa" w:w="4702"/>
            <w:gridSpan w:val="2"/>
          </w:tcPr>
          <w:p>
            <w:r>
              <w:t>Kreisfreie Stadt Amberg</w:t>
            </w:r>
          </w:p>
        </w:tc>
      </w:tr>
      <w:tr>
        <w:trPr>
          <w:cantSplit/>
        </w:trPr>
        <w:tc>
          <w:tcPr>
            <w:tcW w:type="dxa" w:w="2351"/>
          </w:tcPr>
          <w:p/>
        </w:tc>
        <w:tc>
          <w:tcPr>
            <w:tcW w:type="dxa" w:w="2351"/>
          </w:tcPr>
          <w:p/>
        </w:tc>
        <w:tc>
          <w:tcPr>
            <w:tcW w:type="dxa" w:w="4702"/>
            <w:gridSpan w:val="2"/>
          </w:tcPr>
          <w:p>
            <w:r>
              <w:t>Landkreis Amberg-Sulzbach</w:t>
            </w:r>
          </w:p>
        </w:tc>
      </w:tr>
      <w:tr>
        <w:trPr>
          <w:cantSplit/>
        </w:trPr>
        <w:tc>
          <w:tcPr>
            <w:tcW w:type="dxa" w:w="2351"/>
          </w:tcPr>
          <w:p/>
        </w:tc>
        <w:tc>
          <w:tcPr>
            <w:tcW w:type="dxa" w:w="2351"/>
          </w:tcPr>
          <w:p/>
        </w:tc>
        <w:tc>
          <w:tcPr>
            <w:tcW w:type="dxa" w:w="4702"/>
            <w:gridSpan w:val="2"/>
          </w:tcPr>
          <w:p>
            <w:r>
              <w:t>Landkreis Neumarkt i.d.OPf.</w:t>
            </w:r>
          </w:p>
        </w:tc>
      </w:tr>
      <w:tr>
        <w:trPr>
          <w:cantSplit/>
        </w:trPr>
        <w:tc>
          <w:tcPr>
            <w:tcW w:type="dxa" w:w="2351"/>
          </w:tcPr>
          <w:p>
            <w:r>
              <w:t>232</w:t>
            </w:r>
          </w:p>
        </w:tc>
        <w:tc>
          <w:tcPr>
            <w:tcW w:type="dxa" w:w="2351"/>
          </w:tcPr>
          <w:p>
            <w:r>
              <w:t>Regensburg</w:t>
            </w:r>
          </w:p>
        </w:tc>
        <w:tc>
          <w:tcPr>
            <w:tcW w:type="dxa" w:w="4702"/>
            <w:gridSpan w:val="2"/>
          </w:tcPr>
          <w:p>
            <w:r>
              <w:t>Kreisfreie Stadt Regensburg</w:t>
            </w:r>
          </w:p>
        </w:tc>
      </w:tr>
      <w:tr>
        <w:trPr>
          <w:cantSplit/>
        </w:trPr>
        <w:tc>
          <w:tcPr>
            <w:tcW w:type="dxa" w:w="2351"/>
          </w:tcPr>
          <w:p/>
        </w:tc>
        <w:tc>
          <w:tcPr>
            <w:tcW w:type="dxa" w:w="2351"/>
          </w:tcPr>
          <w:p/>
        </w:tc>
        <w:tc>
          <w:tcPr>
            <w:tcW w:type="dxa" w:w="4702"/>
            <w:gridSpan w:val="2"/>
          </w:tcPr>
          <w:p>
            <w:r>
              <w:t>vom Landkreis Regensburg</w:t>
            </w:r>
          </w:p>
        </w:tc>
      </w:tr>
      <w:tr>
        <w:trPr>
          <w:cantSplit/>
        </w:trPr>
        <w:tc>
          <w:tcPr>
            <w:tcW w:type="dxa" w:w="2351"/>
          </w:tcPr>
          <w:p/>
        </w:tc>
        <w:tc>
          <w:tcPr>
            <w:tcW w:type="dxa" w:w="2351"/>
          </w:tcPr>
          <w:p/>
        </w:tc>
        <w:tc>
          <w:tcPr>
            <w:tcW w:type="dxa" w:w="2351"/>
          </w:tcPr>
          <w:p/>
        </w:tc>
        <w:tc>
          <w:tcPr>
            <w:tcW w:type="dxa" w:w="2351"/>
          </w:tcPr>
          <w:p>
            <w:r>
              <w:t>die Gemeinden</w:t>
            </w:r>
            <w:r>
              <w:br/>
            </w:r>
            <w:r>
              <w:t>Barbing, Beratzhausen, Bernhardswald, Hagelstadt, Hemau, Köfering, Lappersdorf, Mintraching, Neutraubling, Nittendorf, Obertraubling, Pentling, Pettendorf, Pfatter, Regenstauf, Schierling, Sinzing, Tegernheim, Thalmassing, Wenzenbach, Wiesent, Zeitlarn</w:t>
            </w:r>
          </w:p>
        </w:tc>
      </w:tr>
      <w:tr>
        <w:trPr>
          <w:cantSplit/>
        </w:trPr>
        <w:tc>
          <w:tcPr>
            <w:tcW w:type="dxa" w:w="2351"/>
          </w:tcPr>
          <w:p/>
        </w:tc>
        <w:tc>
          <w:tcPr>
            <w:tcW w:type="dxa" w:w="2351"/>
          </w:tcPr>
          <w:p/>
        </w:tc>
        <w:tc>
          <w:tcPr>
            <w:tcW w:type="dxa" w:w="2351"/>
          </w:tcPr>
          <w:p/>
        </w:tc>
        <w:tc>
          <w:tcPr>
            <w:tcW w:type="dxa" w:w="2351"/>
          </w:tcPr>
          <w:p>
            <w:r>
              <w:t>Verwaltungsgemeinschaft Alteglofsheim</w:t>
            </w:r>
          </w:p>
        </w:tc>
      </w:tr>
      <w:tr>
        <w:trPr>
          <w:cantSplit/>
        </w:trPr>
        <w:tc>
          <w:tcPr>
            <w:tcW w:type="dxa" w:w="2351"/>
          </w:tcPr>
          <w:p/>
        </w:tc>
        <w:tc>
          <w:tcPr>
            <w:tcW w:type="dxa" w:w="2351"/>
          </w:tcPr>
          <w:p/>
        </w:tc>
        <w:tc>
          <w:tcPr>
            <w:tcW w:type="dxa" w:w="2351"/>
          </w:tcPr>
          <w:p/>
        </w:tc>
        <w:tc>
          <w:tcPr>
            <w:tcW w:type="dxa" w:w="2351"/>
          </w:tcPr>
          <w:p>
            <w:r>
              <w:t xml:space="preserve"> die Gemeinden</w:t>
            </w:r>
            <w:r>
              <w:br/>
            </w:r>
            <w:r>
              <w:t>Alteglofsheim, Pfakofen</w:t>
            </w:r>
          </w:p>
        </w:tc>
      </w:tr>
      <w:tr>
        <w:trPr>
          <w:cantSplit/>
        </w:trPr>
        <w:tc>
          <w:tcPr>
            <w:tcW w:type="dxa" w:w="2351"/>
          </w:tcPr>
          <w:p/>
        </w:tc>
        <w:tc>
          <w:tcPr>
            <w:tcW w:type="dxa" w:w="2351"/>
          </w:tcPr>
          <w:p/>
        </w:tc>
        <w:tc>
          <w:tcPr>
            <w:tcW w:type="dxa" w:w="2351"/>
          </w:tcPr>
          <w:p/>
        </w:tc>
        <w:tc>
          <w:tcPr>
            <w:tcW w:type="dxa" w:w="2351"/>
          </w:tcPr>
          <w:p>
            <w:r>
              <w:t>Verwaltungsgemeinschaft Donaustauf</w:t>
            </w:r>
          </w:p>
        </w:tc>
      </w:tr>
      <w:tr>
        <w:trPr>
          <w:cantSplit/>
        </w:trPr>
        <w:tc>
          <w:tcPr>
            <w:tcW w:type="dxa" w:w="2351"/>
          </w:tcPr>
          <w:p/>
        </w:tc>
        <w:tc>
          <w:tcPr>
            <w:tcW w:type="dxa" w:w="2351"/>
          </w:tcPr>
          <w:p/>
        </w:tc>
        <w:tc>
          <w:tcPr>
            <w:tcW w:type="dxa" w:w="2351"/>
          </w:tcPr>
          <w:p/>
        </w:tc>
        <w:tc>
          <w:tcPr>
            <w:tcW w:type="dxa" w:w="2351"/>
          </w:tcPr>
          <w:p>
            <w:r>
              <w:t xml:space="preserve"> die Gemeinden</w:t>
            </w:r>
            <w:r>
              <w:br/>
            </w:r>
            <w:r>
              <w:t>Altenthann, Bach a. d. Donau, Donaustauf</w:t>
            </w:r>
          </w:p>
        </w:tc>
      </w:tr>
      <w:tr>
        <w:trPr>
          <w:cantSplit/>
        </w:trPr>
        <w:tc>
          <w:tcPr>
            <w:tcW w:type="dxa" w:w="2351"/>
          </w:tcPr>
          <w:p/>
        </w:tc>
        <w:tc>
          <w:tcPr>
            <w:tcW w:type="dxa" w:w="2351"/>
          </w:tcPr>
          <w:p/>
        </w:tc>
        <w:tc>
          <w:tcPr>
            <w:tcW w:type="dxa" w:w="2351"/>
          </w:tcPr>
          <w:p/>
        </w:tc>
        <w:tc>
          <w:tcPr>
            <w:tcW w:type="dxa" w:w="2351"/>
          </w:tcPr>
          <w:p>
            <w:r>
              <w:t>Verwaltungsgemeinschaft Kallmünz</w:t>
            </w:r>
          </w:p>
        </w:tc>
      </w:tr>
      <w:tr>
        <w:trPr>
          <w:cantSplit/>
        </w:trPr>
        <w:tc>
          <w:tcPr>
            <w:tcW w:type="dxa" w:w="2351"/>
          </w:tcPr>
          <w:p/>
        </w:tc>
        <w:tc>
          <w:tcPr>
            <w:tcW w:type="dxa" w:w="2351"/>
          </w:tcPr>
          <w:p/>
        </w:tc>
        <w:tc>
          <w:tcPr>
            <w:tcW w:type="dxa" w:w="2351"/>
          </w:tcPr>
          <w:p/>
        </w:tc>
        <w:tc>
          <w:tcPr>
            <w:tcW w:type="dxa" w:w="2351"/>
          </w:tcPr>
          <w:p>
            <w:r>
              <w:t xml:space="preserve"> die Gemeinden</w:t>
            </w:r>
            <w:r>
              <w:br/>
            </w:r>
            <w:r>
              <w:t>Duggendorf, Holzheim a. Forst, Kallmünz</w:t>
            </w:r>
          </w:p>
        </w:tc>
      </w:tr>
      <w:tr>
        <w:trPr>
          <w:cantSplit/>
        </w:trPr>
        <w:tc>
          <w:tcPr>
            <w:tcW w:type="dxa" w:w="2351"/>
          </w:tcPr>
          <w:p/>
        </w:tc>
        <w:tc>
          <w:tcPr>
            <w:tcW w:type="dxa" w:w="2351"/>
          </w:tcPr>
          <w:p/>
        </w:tc>
        <w:tc>
          <w:tcPr>
            <w:tcW w:type="dxa" w:w="2351"/>
          </w:tcPr>
          <w:p/>
        </w:tc>
        <w:tc>
          <w:tcPr>
            <w:tcW w:type="dxa" w:w="2351"/>
          </w:tcPr>
          <w:p>
            <w:r>
              <w:t>Verwaltungsgemeinschaft Laaber</w:t>
            </w:r>
          </w:p>
        </w:tc>
      </w:tr>
      <w:tr>
        <w:trPr>
          <w:cantSplit/>
        </w:trPr>
        <w:tc>
          <w:tcPr>
            <w:tcW w:type="dxa" w:w="2351"/>
          </w:tcPr>
          <w:p/>
        </w:tc>
        <w:tc>
          <w:tcPr>
            <w:tcW w:type="dxa" w:w="2351"/>
          </w:tcPr>
          <w:p/>
        </w:tc>
        <w:tc>
          <w:tcPr>
            <w:tcW w:type="dxa" w:w="2351"/>
          </w:tcPr>
          <w:p/>
        </w:tc>
        <w:tc>
          <w:tcPr>
            <w:tcW w:type="dxa" w:w="2351"/>
          </w:tcPr>
          <w:p>
            <w:r>
              <w:t xml:space="preserve"> die Gemeinden</w:t>
            </w:r>
            <w:r>
              <w:br/>
            </w:r>
            <w:r>
              <w:t>Brunn, Deuerling, Laaber</w:t>
            </w:r>
          </w:p>
        </w:tc>
      </w:tr>
      <w:tr>
        <w:trPr>
          <w:cantSplit/>
        </w:trPr>
        <w:tc>
          <w:tcPr>
            <w:tcW w:type="dxa" w:w="2351"/>
          </w:tcPr>
          <w:p/>
        </w:tc>
        <w:tc>
          <w:tcPr>
            <w:tcW w:type="dxa" w:w="2351"/>
          </w:tcPr>
          <w:p/>
        </w:tc>
        <w:tc>
          <w:tcPr>
            <w:tcW w:type="dxa" w:w="2351"/>
          </w:tcPr>
          <w:p/>
        </w:tc>
        <w:tc>
          <w:tcPr>
            <w:tcW w:type="dxa" w:w="2351"/>
          </w:tcPr>
          <w:p>
            <w:r>
              <w:t>Verwaltungsgemeinschaft Pielenhofen-Wolfsegg</w:t>
            </w:r>
          </w:p>
        </w:tc>
      </w:tr>
      <w:tr>
        <w:trPr>
          <w:cantSplit/>
        </w:trPr>
        <w:tc>
          <w:tcPr>
            <w:tcW w:type="dxa" w:w="2351"/>
          </w:tcPr>
          <w:p/>
        </w:tc>
        <w:tc>
          <w:tcPr>
            <w:tcW w:type="dxa" w:w="2351"/>
          </w:tcPr>
          <w:p/>
        </w:tc>
        <w:tc>
          <w:tcPr>
            <w:tcW w:type="dxa" w:w="2351"/>
          </w:tcPr>
          <w:p/>
        </w:tc>
        <w:tc>
          <w:tcPr>
            <w:tcW w:type="dxa" w:w="2351"/>
          </w:tcPr>
          <w:p>
            <w:r>
              <w:t xml:space="preserve"> die Gemeinden</w:t>
            </w:r>
            <w:r>
              <w:br/>
            </w:r>
            <w:r>
              <w:t>Pielenhofen, Wolfsegg</w:t>
            </w:r>
          </w:p>
        </w:tc>
      </w:tr>
      <w:tr>
        <w:trPr>
          <w:cantSplit/>
        </w:trPr>
        <w:tc>
          <w:tcPr>
            <w:tcW w:type="dxa" w:w="2351"/>
          </w:tcPr>
          <w:p/>
        </w:tc>
        <w:tc>
          <w:tcPr>
            <w:tcW w:type="dxa" w:w="2351"/>
          </w:tcPr>
          <w:p/>
        </w:tc>
        <w:tc>
          <w:tcPr>
            <w:tcW w:type="dxa" w:w="2351"/>
          </w:tcPr>
          <w:p/>
        </w:tc>
        <w:tc>
          <w:tcPr>
            <w:tcW w:type="dxa" w:w="2351"/>
          </w:tcPr>
          <w:p>
            <w:r>
              <w:t>Verwaltungsgemeinschaft Sünching</w:t>
            </w:r>
          </w:p>
        </w:tc>
      </w:tr>
      <w:tr>
        <w:trPr>
          <w:cantSplit/>
        </w:trPr>
        <w:tc>
          <w:tcPr>
            <w:tcW w:type="dxa" w:w="2351"/>
          </w:tcPr>
          <w:p/>
        </w:tc>
        <w:tc>
          <w:tcPr>
            <w:tcW w:type="dxa" w:w="2351"/>
          </w:tcPr>
          <w:p/>
        </w:tc>
        <w:tc>
          <w:tcPr>
            <w:tcW w:type="dxa" w:w="2351"/>
          </w:tcPr>
          <w:p/>
        </w:tc>
        <w:tc>
          <w:tcPr>
            <w:tcW w:type="dxa" w:w="2351"/>
          </w:tcPr>
          <w:p>
            <w:r>
              <w:t xml:space="preserve"> die Gemeinden</w:t>
            </w:r>
            <w:r>
              <w:br/>
            </w:r>
            <w:r>
              <w:t>Aufhausen, Mötzing, Riekofen, Sünching</w:t>
            </w:r>
          </w:p>
        </w:tc>
      </w:tr>
      <w:tr>
        <w:trPr>
          <w:cantSplit/>
        </w:trPr>
        <w:tc>
          <w:tcPr>
            <w:tcW w:type="dxa" w:w="2351"/>
          </w:tcPr>
          <w:p/>
        </w:tc>
        <w:tc>
          <w:tcPr>
            <w:tcW w:type="dxa" w:w="2351"/>
          </w:tcPr>
          <w:p/>
        </w:tc>
        <w:tc>
          <w:tcPr>
            <w:tcW w:type="dxa" w:w="4702"/>
            <w:gridSpan w:val="2"/>
          </w:tcPr>
          <w:p>
            <w:r>
              <w:t>(Übrige Gemeinden s. Wkr. 233)</w:t>
            </w:r>
          </w:p>
        </w:tc>
      </w:tr>
      <w:tr>
        <w:trPr>
          <w:cantSplit/>
        </w:trPr>
        <w:tc>
          <w:tcPr>
            <w:tcW w:type="dxa" w:w="2351"/>
          </w:tcPr>
          <w:p>
            <w:r>
              <w:t>233</w:t>
            </w:r>
          </w:p>
        </w:tc>
        <w:tc>
          <w:tcPr>
            <w:tcW w:type="dxa" w:w="2351"/>
          </w:tcPr>
          <w:p>
            <w:r>
              <w:t>Schwandorf</w:t>
            </w:r>
          </w:p>
        </w:tc>
        <w:tc>
          <w:tcPr>
            <w:tcW w:type="dxa" w:w="4702"/>
            <w:gridSpan w:val="2"/>
          </w:tcPr>
          <w:p>
            <w:r>
              <w:t>Landkreis Cham</w:t>
            </w:r>
          </w:p>
        </w:tc>
      </w:tr>
      <w:tr>
        <w:trPr>
          <w:cantSplit/>
        </w:trPr>
        <w:tc>
          <w:tcPr>
            <w:tcW w:type="dxa" w:w="2351"/>
          </w:tcPr>
          <w:p/>
        </w:tc>
        <w:tc>
          <w:tcPr>
            <w:tcW w:type="dxa" w:w="2351"/>
          </w:tcPr>
          <w:p/>
        </w:tc>
        <w:tc>
          <w:tcPr>
            <w:tcW w:type="dxa" w:w="4702"/>
            <w:gridSpan w:val="2"/>
          </w:tcPr>
          <w:p>
            <w:r>
              <w:t>Landkreis Schwandorf</w:t>
            </w:r>
          </w:p>
        </w:tc>
      </w:tr>
      <w:tr>
        <w:trPr>
          <w:cantSplit/>
        </w:trPr>
        <w:tc>
          <w:tcPr>
            <w:tcW w:type="dxa" w:w="2351"/>
          </w:tcPr>
          <w:p/>
        </w:tc>
        <w:tc>
          <w:tcPr>
            <w:tcW w:type="dxa" w:w="2351"/>
          </w:tcPr>
          <w:p/>
        </w:tc>
        <w:tc>
          <w:tcPr>
            <w:tcW w:type="dxa" w:w="4702"/>
            <w:gridSpan w:val="2"/>
          </w:tcPr>
          <w:p>
            <w:r>
              <w:t>vom Landkreis Regensburg</w:t>
            </w:r>
          </w:p>
        </w:tc>
      </w:tr>
      <w:tr>
        <w:trPr>
          <w:cantSplit/>
        </w:trPr>
        <w:tc>
          <w:tcPr>
            <w:tcW w:type="dxa" w:w="2351"/>
          </w:tcPr>
          <w:p/>
        </w:tc>
        <w:tc>
          <w:tcPr>
            <w:tcW w:type="dxa" w:w="2351"/>
          </w:tcPr>
          <w:p/>
        </w:tc>
        <w:tc>
          <w:tcPr>
            <w:tcW w:type="dxa" w:w="2351"/>
          </w:tcPr>
          <w:p/>
        </w:tc>
        <w:tc>
          <w:tcPr>
            <w:tcW w:type="dxa" w:w="2351"/>
          </w:tcPr>
          <w:p>
            <w:r>
              <w:t>Verwaltungsgemeinschaft Wörth a. d. Donau</w:t>
            </w:r>
          </w:p>
        </w:tc>
      </w:tr>
      <w:tr>
        <w:trPr>
          <w:cantSplit/>
        </w:trPr>
        <w:tc>
          <w:tcPr>
            <w:tcW w:type="dxa" w:w="2351"/>
          </w:tcPr>
          <w:p/>
        </w:tc>
        <w:tc>
          <w:tcPr>
            <w:tcW w:type="dxa" w:w="2351"/>
          </w:tcPr>
          <w:p/>
        </w:tc>
        <w:tc>
          <w:tcPr>
            <w:tcW w:type="dxa" w:w="2351"/>
          </w:tcPr>
          <w:p/>
        </w:tc>
        <w:tc>
          <w:tcPr>
            <w:tcW w:type="dxa" w:w="2351"/>
          </w:tcPr>
          <w:p>
            <w:r>
              <w:t xml:space="preserve"> die Gemeinden</w:t>
            </w:r>
            <w:r>
              <w:br/>
            </w:r>
            <w:r>
              <w:t>Brennberg, Wörth a. d. Donau</w:t>
            </w:r>
          </w:p>
        </w:tc>
      </w:tr>
      <w:tr>
        <w:trPr>
          <w:cantSplit/>
        </w:trPr>
        <w:tc>
          <w:tcPr>
            <w:tcW w:type="dxa" w:w="2351"/>
          </w:tcPr>
          <w:p/>
        </w:tc>
        <w:tc>
          <w:tcPr>
            <w:tcW w:type="dxa" w:w="2351"/>
          </w:tcPr>
          <w:p/>
        </w:tc>
        <w:tc>
          <w:tcPr>
            <w:tcW w:type="dxa" w:w="4702"/>
            <w:gridSpan w:val="2"/>
          </w:tcPr>
          <w:p>
            <w:r>
              <w:t>(Übrige Gemeinden s. Wkr. 232)</w:t>
            </w:r>
          </w:p>
        </w:tc>
      </w:tr>
      <w:tr>
        <w:trPr>
          <w:cantSplit/>
        </w:trPr>
        <w:tc>
          <w:tcPr>
            <w:tcW w:type="dxa" w:w="2351"/>
          </w:tcPr>
          <w:p>
            <w:r>
              <w:t>234</w:t>
            </w:r>
          </w:p>
        </w:tc>
        <w:tc>
          <w:tcPr>
            <w:tcW w:type="dxa" w:w="2351"/>
          </w:tcPr>
          <w:p>
            <w:r>
              <w:t>Weiden</w:t>
            </w:r>
          </w:p>
        </w:tc>
        <w:tc>
          <w:tcPr>
            <w:tcW w:type="dxa" w:w="4702"/>
            <w:gridSpan w:val="2"/>
          </w:tcPr>
          <w:p>
            <w:r>
              <w:t>Kreisfreie Stadt Weiden i.d.OPf.</w:t>
            </w:r>
          </w:p>
        </w:tc>
      </w:tr>
      <w:tr>
        <w:trPr>
          <w:cantSplit/>
        </w:trPr>
        <w:tc>
          <w:tcPr>
            <w:tcW w:type="dxa" w:w="2351"/>
          </w:tcPr>
          <w:p/>
        </w:tc>
        <w:tc>
          <w:tcPr>
            <w:tcW w:type="dxa" w:w="2351"/>
          </w:tcPr>
          <w:p/>
        </w:tc>
        <w:tc>
          <w:tcPr>
            <w:tcW w:type="dxa" w:w="4702"/>
            <w:gridSpan w:val="2"/>
          </w:tcPr>
          <w:p>
            <w:r>
              <w:t>Landkreis Neustadt a. d. Waldnaab</w:t>
            </w:r>
          </w:p>
        </w:tc>
      </w:tr>
      <w:tr>
        <w:trPr>
          <w:cantSplit/>
        </w:trPr>
        <w:tc>
          <w:tcPr>
            <w:tcW w:type="dxa" w:w="2351"/>
          </w:tcPr>
          <w:p/>
        </w:tc>
        <w:tc>
          <w:tcPr>
            <w:tcW w:type="dxa" w:w="2351"/>
          </w:tcPr>
          <w:p/>
        </w:tc>
        <w:tc>
          <w:tcPr>
            <w:tcW w:type="dxa" w:w="4702"/>
            <w:gridSpan w:val="2"/>
          </w:tcPr>
          <w:p>
            <w:r>
              <w:t>Landkreis Tirschenreuth</w:t>
            </w:r>
          </w:p>
        </w:tc>
      </w:tr>
      <w:tr>
        <w:trPr>
          <w:cantSplit/>
        </w:trPr>
        <w:tc>
          <w:tcPr>
            <w:tcW w:type="dxa" w:w="2351"/>
          </w:tcPr>
          <w:p>
            <w:r>
              <w:t>235</w:t>
            </w:r>
          </w:p>
        </w:tc>
        <w:tc>
          <w:tcPr>
            <w:tcW w:type="dxa" w:w="2351"/>
          </w:tcPr>
          <w:p>
            <w:r>
              <w:t>Bamberg</w:t>
            </w:r>
          </w:p>
        </w:tc>
        <w:tc>
          <w:tcPr>
            <w:tcW w:type="dxa" w:w="4702"/>
            <w:gridSpan w:val="2"/>
          </w:tcPr>
          <w:p>
            <w:r>
              <w:t>Kreisfreie Stadt Bamberg</w:t>
            </w:r>
          </w:p>
        </w:tc>
      </w:tr>
      <w:tr>
        <w:trPr>
          <w:cantSplit/>
        </w:trPr>
        <w:tc>
          <w:tcPr>
            <w:tcW w:type="dxa" w:w="2351"/>
          </w:tcPr>
          <w:p/>
        </w:tc>
        <w:tc>
          <w:tcPr>
            <w:tcW w:type="dxa" w:w="2351"/>
          </w:tcPr>
          <w:p/>
        </w:tc>
        <w:tc>
          <w:tcPr>
            <w:tcW w:type="dxa" w:w="4702"/>
            <w:gridSpan w:val="2"/>
          </w:tcPr>
          <w:p>
            <w:r>
              <w:t>vom Landkreis Bamberg</w:t>
            </w:r>
          </w:p>
        </w:tc>
      </w:tr>
      <w:tr>
        <w:trPr>
          <w:cantSplit/>
        </w:trPr>
        <w:tc>
          <w:tcPr>
            <w:tcW w:type="dxa" w:w="2351"/>
          </w:tcPr>
          <w:p/>
        </w:tc>
        <w:tc>
          <w:tcPr>
            <w:tcW w:type="dxa" w:w="2351"/>
          </w:tcPr>
          <w:p/>
        </w:tc>
        <w:tc>
          <w:tcPr>
            <w:tcW w:type="dxa" w:w="2351"/>
          </w:tcPr>
          <w:p/>
        </w:tc>
        <w:tc>
          <w:tcPr>
            <w:tcW w:type="dxa" w:w="2351"/>
          </w:tcPr>
          <w:p>
            <w:r>
              <w:t>die Gemeinden</w:t>
            </w:r>
            <w:r>
              <w:br/>
            </w:r>
            <w:r>
              <w:t>Altendorf, Buttenheim, Frensdorf, Hallstadt, Hirschaid, Pettstadt, Pommersfelden, Schlüsselfeld, Stegaurach, Strullendorf, Walsdorf</w:t>
            </w:r>
          </w:p>
        </w:tc>
      </w:tr>
      <w:tr>
        <w:trPr>
          <w:cantSplit/>
        </w:trPr>
        <w:tc>
          <w:tcPr>
            <w:tcW w:type="dxa" w:w="2351"/>
          </w:tcPr>
          <w:p/>
        </w:tc>
        <w:tc>
          <w:tcPr>
            <w:tcW w:type="dxa" w:w="2351"/>
          </w:tcPr>
          <w:p/>
        </w:tc>
        <w:tc>
          <w:tcPr>
            <w:tcW w:type="dxa" w:w="2351"/>
          </w:tcPr>
          <w:p/>
        </w:tc>
        <w:tc>
          <w:tcPr>
            <w:tcW w:type="dxa" w:w="2351"/>
          </w:tcPr>
          <w:p>
            <w:r>
              <w:t>Verwaltungsgemeinschaft Burgebrach</w:t>
            </w:r>
          </w:p>
        </w:tc>
      </w:tr>
      <w:tr>
        <w:trPr>
          <w:cantSplit/>
        </w:trPr>
        <w:tc>
          <w:tcPr>
            <w:tcW w:type="dxa" w:w="2351"/>
          </w:tcPr>
          <w:p/>
        </w:tc>
        <w:tc>
          <w:tcPr>
            <w:tcW w:type="dxa" w:w="2351"/>
          </w:tcPr>
          <w:p/>
        </w:tc>
        <w:tc>
          <w:tcPr>
            <w:tcW w:type="dxa" w:w="2351"/>
          </w:tcPr>
          <w:p/>
        </w:tc>
        <w:tc>
          <w:tcPr>
            <w:tcW w:type="dxa" w:w="2351"/>
          </w:tcPr>
          <w:p>
            <w:r>
              <w:t xml:space="preserve"> die Gemeinden</w:t>
            </w:r>
            <w:r>
              <w:br/>
            </w:r>
            <w:r>
              <w:t>Burgebrach, Schönbrunn i. Steigerwald</w:t>
            </w:r>
          </w:p>
        </w:tc>
      </w:tr>
      <w:tr>
        <w:trPr>
          <w:cantSplit/>
        </w:trPr>
        <w:tc>
          <w:tcPr>
            <w:tcW w:type="dxa" w:w="2351"/>
          </w:tcPr>
          <w:p/>
        </w:tc>
        <w:tc>
          <w:tcPr>
            <w:tcW w:type="dxa" w:w="2351"/>
          </w:tcPr>
          <w:p/>
        </w:tc>
        <w:tc>
          <w:tcPr>
            <w:tcW w:type="dxa" w:w="2351"/>
          </w:tcPr>
          <w:p/>
        </w:tc>
        <w:tc>
          <w:tcPr>
            <w:tcW w:type="dxa" w:w="2351"/>
          </w:tcPr>
          <w:p>
            <w:r>
              <w:t>Verwaltungsgemeinschaft Ebrach</w:t>
            </w:r>
          </w:p>
        </w:tc>
      </w:tr>
      <w:tr>
        <w:trPr>
          <w:cantSplit/>
        </w:trPr>
        <w:tc>
          <w:tcPr>
            <w:tcW w:type="dxa" w:w="2351"/>
          </w:tcPr>
          <w:p/>
        </w:tc>
        <w:tc>
          <w:tcPr>
            <w:tcW w:type="dxa" w:w="2351"/>
          </w:tcPr>
          <w:p/>
        </w:tc>
        <w:tc>
          <w:tcPr>
            <w:tcW w:type="dxa" w:w="2351"/>
          </w:tcPr>
          <w:p/>
        </w:tc>
        <w:tc>
          <w:tcPr>
            <w:tcW w:type="dxa" w:w="2351"/>
          </w:tcPr>
          <w:p>
            <w:r>
              <w:t xml:space="preserve"> die Gemeinden</w:t>
            </w:r>
            <w:r>
              <w:br/>
            </w:r>
            <w:r>
              <w:t>Burgwindheim, Ebrach</w:t>
            </w:r>
          </w:p>
        </w:tc>
      </w:tr>
      <w:tr>
        <w:trPr>
          <w:cantSplit/>
        </w:trPr>
        <w:tc>
          <w:tcPr>
            <w:tcW w:type="dxa" w:w="2351"/>
          </w:tcPr>
          <w:p/>
        </w:tc>
        <w:tc>
          <w:tcPr>
            <w:tcW w:type="dxa" w:w="2351"/>
          </w:tcPr>
          <w:p/>
        </w:tc>
        <w:tc>
          <w:tcPr>
            <w:tcW w:type="dxa" w:w="2351"/>
          </w:tcPr>
          <w:p/>
        </w:tc>
        <w:tc>
          <w:tcPr>
            <w:tcW w:type="dxa" w:w="2351"/>
          </w:tcPr>
          <w:p>
            <w:r>
              <w:t>Verwaltungsgemeinschaft Lisberg</w:t>
            </w:r>
          </w:p>
        </w:tc>
      </w:tr>
      <w:tr>
        <w:trPr>
          <w:cantSplit/>
        </w:trPr>
        <w:tc>
          <w:tcPr>
            <w:tcW w:type="dxa" w:w="2351"/>
          </w:tcPr>
          <w:p/>
        </w:tc>
        <w:tc>
          <w:tcPr>
            <w:tcW w:type="dxa" w:w="2351"/>
          </w:tcPr>
          <w:p/>
        </w:tc>
        <w:tc>
          <w:tcPr>
            <w:tcW w:type="dxa" w:w="2351"/>
          </w:tcPr>
          <w:p/>
        </w:tc>
        <w:tc>
          <w:tcPr>
            <w:tcW w:type="dxa" w:w="2351"/>
          </w:tcPr>
          <w:p>
            <w:r>
              <w:t xml:space="preserve"> die Gemeinden</w:t>
            </w:r>
            <w:r>
              <w:br/>
            </w:r>
            <w:r>
              <w:t>Lisberg, Priesendorf</w:t>
            </w:r>
          </w:p>
        </w:tc>
      </w:tr>
      <w:tr>
        <w:trPr>
          <w:cantSplit/>
        </w:trPr>
        <w:tc>
          <w:tcPr>
            <w:tcW w:type="dxa" w:w="2351"/>
          </w:tcPr>
          <w:p/>
        </w:tc>
        <w:tc>
          <w:tcPr>
            <w:tcW w:type="dxa" w:w="2351"/>
          </w:tcPr>
          <w:p/>
        </w:tc>
        <w:tc>
          <w:tcPr>
            <w:tcW w:type="dxa" w:w="4702"/>
            <w:gridSpan w:val="2"/>
          </w:tcPr>
          <w:p>
            <w:r>
              <w:t>(Übrige Gemeinden s. Wkr. 239)</w:t>
            </w:r>
          </w:p>
        </w:tc>
      </w:tr>
      <w:tr>
        <w:trPr>
          <w:cantSplit/>
        </w:trPr>
        <w:tc>
          <w:tcPr>
            <w:tcW w:type="dxa" w:w="2351"/>
          </w:tcPr>
          <w:p/>
        </w:tc>
        <w:tc>
          <w:tcPr>
            <w:tcW w:type="dxa" w:w="2351"/>
          </w:tcPr>
          <w:p/>
        </w:tc>
        <w:tc>
          <w:tcPr>
            <w:tcW w:type="dxa" w:w="4702"/>
            <w:gridSpan w:val="2"/>
          </w:tcPr>
          <w:p>
            <w:r>
              <w:t>vom Landkreis Forchheim</w:t>
            </w:r>
          </w:p>
        </w:tc>
      </w:tr>
      <w:tr>
        <w:trPr>
          <w:cantSplit/>
        </w:trPr>
        <w:tc>
          <w:tcPr>
            <w:tcW w:type="dxa" w:w="2351"/>
          </w:tcPr>
          <w:p/>
        </w:tc>
        <w:tc>
          <w:tcPr>
            <w:tcW w:type="dxa" w:w="2351"/>
          </w:tcPr>
          <w:p/>
        </w:tc>
        <w:tc>
          <w:tcPr>
            <w:tcW w:type="dxa" w:w="2351"/>
          </w:tcPr>
          <w:p/>
        </w:tc>
        <w:tc>
          <w:tcPr>
            <w:tcW w:type="dxa" w:w="2351"/>
          </w:tcPr>
          <w:p>
            <w:r>
              <w:t>die Gemeinden</w:t>
            </w:r>
            <w:r>
              <w:br/>
            </w:r>
            <w:r>
              <w:t>Eggolsheim, Forchheim, Hallerndorf, Hausen, Heroldsbach, Igensdorf, Langensendelbach, Neunkirchen a. Brand</w:t>
            </w:r>
          </w:p>
        </w:tc>
      </w:tr>
      <w:tr>
        <w:trPr>
          <w:cantSplit/>
        </w:trPr>
        <w:tc>
          <w:tcPr>
            <w:tcW w:type="dxa" w:w="2351"/>
          </w:tcPr>
          <w:p/>
        </w:tc>
        <w:tc>
          <w:tcPr>
            <w:tcW w:type="dxa" w:w="2351"/>
          </w:tcPr>
          <w:p/>
        </w:tc>
        <w:tc>
          <w:tcPr>
            <w:tcW w:type="dxa" w:w="2351"/>
          </w:tcPr>
          <w:p/>
        </w:tc>
        <w:tc>
          <w:tcPr>
            <w:tcW w:type="dxa" w:w="2351"/>
          </w:tcPr>
          <w:p>
            <w:r>
              <w:t>Verwaltungsgemeinschaft Dormitz</w:t>
            </w:r>
          </w:p>
        </w:tc>
      </w:tr>
      <w:tr>
        <w:trPr>
          <w:cantSplit/>
        </w:trPr>
        <w:tc>
          <w:tcPr>
            <w:tcW w:type="dxa" w:w="2351"/>
          </w:tcPr>
          <w:p/>
        </w:tc>
        <w:tc>
          <w:tcPr>
            <w:tcW w:type="dxa" w:w="2351"/>
          </w:tcPr>
          <w:p/>
        </w:tc>
        <w:tc>
          <w:tcPr>
            <w:tcW w:type="dxa" w:w="2351"/>
          </w:tcPr>
          <w:p/>
        </w:tc>
        <w:tc>
          <w:tcPr>
            <w:tcW w:type="dxa" w:w="2351"/>
          </w:tcPr>
          <w:p>
            <w:r>
              <w:t xml:space="preserve"> die Gemeinden</w:t>
            </w:r>
            <w:r>
              <w:br/>
            </w:r>
            <w:r>
              <w:t>Dormitz, Hetzles, Kleinsendelbach</w:t>
            </w:r>
          </w:p>
        </w:tc>
      </w:tr>
      <w:tr>
        <w:trPr>
          <w:cantSplit/>
        </w:trPr>
        <w:tc>
          <w:tcPr>
            <w:tcW w:type="dxa" w:w="2351"/>
          </w:tcPr>
          <w:p/>
        </w:tc>
        <w:tc>
          <w:tcPr>
            <w:tcW w:type="dxa" w:w="2351"/>
          </w:tcPr>
          <w:p/>
        </w:tc>
        <w:tc>
          <w:tcPr>
            <w:tcW w:type="dxa" w:w="2351"/>
          </w:tcPr>
          <w:p/>
        </w:tc>
        <w:tc>
          <w:tcPr>
            <w:tcW w:type="dxa" w:w="2351"/>
          </w:tcPr>
          <w:p>
            <w:r>
              <w:t>Verwaltungsgemeinschaft Effeltrich</w:t>
            </w:r>
          </w:p>
        </w:tc>
      </w:tr>
      <w:tr>
        <w:trPr>
          <w:cantSplit/>
        </w:trPr>
        <w:tc>
          <w:tcPr>
            <w:tcW w:type="dxa" w:w="2351"/>
          </w:tcPr>
          <w:p/>
        </w:tc>
        <w:tc>
          <w:tcPr>
            <w:tcW w:type="dxa" w:w="2351"/>
          </w:tcPr>
          <w:p/>
        </w:tc>
        <w:tc>
          <w:tcPr>
            <w:tcW w:type="dxa" w:w="2351"/>
          </w:tcPr>
          <w:p/>
        </w:tc>
        <w:tc>
          <w:tcPr>
            <w:tcW w:type="dxa" w:w="2351"/>
          </w:tcPr>
          <w:p>
            <w:r>
              <w:t xml:space="preserve"> die Gemeinden</w:t>
            </w:r>
            <w:r>
              <w:br/>
            </w:r>
            <w:r>
              <w:t>Effeltrich, Poxdorf</w:t>
            </w:r>
          </w:p>
        </w:tc>
      </w:tr>
      <w:tr>
        <w:trPr>
          <w:cantSplit/>
        </w:trPr>
        <w:tc>
          <w:tcPr>
            <w:tcW w:type="dxa" w:w="2351"/>
          </w:tcPr>
          <w:p/>
        </w:tc>
        <w:tc>
          <w:tcPr>
            <w:tcW w:type="dxa" w:w="2351"/>
          </w:tcPr>
          <w:p/>
        </w:tc>
        <w:tc>
          <w:tcPr>
            <w:tcW w:type="dxa" w:w="2351"/>
          </w:tcPr>
          <w:p/>
        </w:tc>
        <w:tc>
          <w:tcPr>
            <w:tcW w:type="dxa" w:w="2351"/>
          </w:tcPr>
          <w:p>
            <w:r>
              <w:t>Verwaltungsgemeinschaft Gosberg</w:t>
            </w:r>
          </w:p>
        </w:tc>
      </w:tr>
      <w:tr>
        <w:trPr>
          <w:cantSplit/>
        </w:trPr>
        <w:tc>
          <w:tcPr>
            <w:tcW w:type="dxa" w:w="2351"/>
          </w:tcPr>
          <w:p/>
        </w:tc>
        <w:tc>
          <w:tcPr>
            <w:tcW w:type="dxa" w:w="2351"/>
          </w:tcPr>
          <w:p/>
        </w:tc>
        <w:tc>
          <w:tcPr>
            <w:tcW w:type="dxa" w:w="2351"/>
          </w:tcPr>
          <w:p/>
        </w:tc>
        <w:tc>
          <w:tcPr>
            <w:tcW w:type="dxa" w:w="2351"/>
          </w:tcPr>
          <w:p>
            <w:r>
              <w:t xml:space="preserve"> die Gemeinden</w:t>
            </w:r>
            <w:r>
              <w:br/>
            </w:r>
            <w:r>
              <w:t>Kunreuth, Pinzberg, Wiesenthau</w:t>
            </w:r>
          </w:p>
        </w:tc>
      </w:tr>
      <w:tr>
        <w:trPr>
          <w:cantSplit/>
        </w:trPr>
        <w:tc>
          <w:tcPr>
            <w:tcW w:type="dxa" w:w="2351"/>
          </w:tcPr>
          <w:p/>
        </w:tc>
        <w:tc>
          <w:tcPr>
            <w:tcW w:type="dxa" w:w="2351"/>
          </w:tcPr>
          <w:p/>
        </w:tc>
        <w:tc>
          <w:tcPr>
            <w:tcW w:type="dxa" w:w="2351"/>
          </w:tcPr>
          <w:p/>
        </w:tc>
        <w:tc>
          <w:tcPr>
            <w:tcW w:type="dxa" w:w="2351"/>
          </w:tcPr>
          <w:p>
            <w:r>
              <w:t>Verwaltungsgemeinschaft Kirchehrenbach</w:t>
            </w:r>
          </w:p>
        </w:tc>
      </w:tr>
      <w:tr>
        <w:trPr>
          <w:cantSplit/>
        </w:trPr>
        <w:tc>
          <w:tcPr>
            <w:tcW w:type="dxa" w:w="2351"/>
          </w:tcPr>
          <w:p/>
        </w:tc>
        <w:tc>
          <w:tcPr>
            <w:tcW w:type="dxa" w:w="2351"/>
          </w:tcPr>
          <w:p/>
        </w:tc>
        <w:tc>
          <w:tcPr>
            <w:tcW w:type="dxa" w:w="2351"/>
          </w:tcPr>
          <w:p/>
        </w:tc>
        <w:tc>
          <w:tcPr>
            <w:tcW w:type="dxa" w:w="2351"/>
          </w:tcPr>
          <w:p>
            <w:r>
              <w:t xml:space="preserve"> die Gemeinden</w:t>
            </w:r>
            <w:r>
              <w:br/>
            </w:r>
            <w:r>
              <w:t>Kirchehrenbach, Leutenbach, Weilersbach</w:t>
            </w:r>
          </w:p>
        </w:tc>
      </w:tr>
      <w:tr>
        <w:trPr>
          <w:cantSplit/>
        </w:trPr>
        <w:tc>
          <w:tcPr>
            <w:tcW w:type="dxa" w:w="2351"/>
          </w:tcPr>
          <w:p/>
        </w:tc>
        <w:tc>
          <w:tcPr>
            <w:tcW w:type="dxa" w:w="2351"/>
          </w:tcPr>
          <w:p/>
        </w:tc>
        <w:tc>
          <w:tcPr>
            <w:tcW w:type="dxa" w:w="4702"/>
            <w:gridSpan w:val="2"/>
          </w:tcPr>
          <w:p>
            <w:r>
              <w:t>(Übrige Gemeinden s. Wkr. 236)</w:t>
            </w:r>
          </w:p>
        </w:tc>
      </w:tr>
      <w:tr>
        <w:trPr>
          <w:cantSplit/>
        </w:trPr>
        <w:tc>
          <w:tcPr>
            <w:tcW w:type="dxa" w:w="2351"/>
          </w:tcPr>
          <w:p>
            <w:r>
              <w:t>236</w:t>
            </w:r>
          </w:p>
        </w:tc>
        <w:tc>
          <w:tcPr>
            <w:tcW w:type="dxa" w:w="2351"/>
          </w:tcPr>
          <w:p>
            <w:r>
              <w:t>Bayreuth</w:t>
            </w:r>
          </w:p>
        </w:tc>
        <w:tc>
          <w:tcPr>
            <w:tcW w:type="dxa" w:w="4702"/>
            <w:gridSpan w:val="2"/>
          </w:tcPr>
          <w:p>
            <w:r>
              <w:t>Kreisfreie Stadt Bayreuth</w:t>
            </w:r>
          </w:p>
        </w:tc>
      </w:tr>
      <w:tr>
        <w:trPr>
          <w:cantSplit/>
        </w:trPr>
        <w:tc>
          <w:tcPr>
            <w:tcW w:type="dxa" w:w="2351"/>
          </w:tcPr>
          <w:p/>
        </w:tc>
        <w:tc>
          <w:tcPr>
            <w:tcW w:type="dxa" w:w="2351"/>
          </w:tcPr>
          <w:p/>
        </w:tc>
        <w:tc>
          <w:tcPr>
            <w:tcW w:type="dxa" w:w="4702"/>
            <w:gridSpan w:val="2"/>
          </w:tcPr>
          <w:p>
            <w:r>
              <w:t>Landkreis Bayreuth</w:t>
            </w:r>
          </w:p>
        </w:tc>
      </w:tr>
      <w:tr>
        <w:trPr>
          <w:cantSplit/>
        </w:trPr>
        <w:tc>
          <w:tcPr>
            <w:tcW w:type="dxa" w:w="2351"/>
          </w:tcPr>
          <w:p/>
        </w:tc>
        <w:tc>
          <w:tcPr>
            <w:tcW w:type="dxa" w:w="2351"/>
          </w:tcPr>
          <w:p/>
        </w:tc>
        <w:tc>
          <w:tcPr>
            <w:tcW w:type="dxa" w:w="4702"/>
            <w:gridSpan w:val="2"/>
          </w:tcPr>
          <w:p>
            <w:r>
              <w:t>vom Landkreis Forchheim</w:t>
            </w:r>
          </w:p>
        </w:tc>
      </w:tr>
      <w:tr>
        <w:trPr>
          <w:cantSplit/>
        </w:trPr>
        <w:tc>
          <w:tcPr>
            <w:tcW w:type="dxa" w:w="2351"/>
          </w:tcPr>
          <w:p/>
        </w:tc>
        <w:tc>
          <w:tcPr>
            <w:tcW w:type="dxa" w:w="2351"/>
          </w:tcPr>
          <w:p/>
        </w:tc>
        <w:tc>
          <w:tcPr>
            <w:tcW w:type="dxa" w:w="2351"/>
          </w:tcPr>
          <w:p/>
        </w:tc>
        <w:tc>
          <w:tcPr>
            <w:tcW w:type="dxa" w:w="2351"/>
          </w:tcPr>
          <w:p>
            <w:r>
              <w:t>die Gemeinden</w:t>
            </w:r>
            <w:r>
              <w:br/>
            </w:r>
            <w:r>
              <w:t>Egloffstein, Gößweinstein, Obertrubach, Pretzfeld, Wiesenttal</w:t>
            </w:r>
          </w:p>
        </w:tc>
      </w:tr>
      <w:tr>
        <w:trPr>
          <w:cantSplit/>
        </w:trPr>
        <w:tc>
          <w:tcPr>
            <w:tcW w:type="dxa" w:w="2351"/>
          </w:tcPr>
          <w:p/>
        </w:tc>
        <w:tc>
          <w:tcPr>
            <w:tcW w:type="dxa" w:w="2351"/>
          </w:tcPr>
          <w:p/>
        </w:tc>
        <w:tc>
          <w:tcPr>
            <w:tcW w:type="dxa" w:w="2351"/>
          </w:tcPr>
          <w:p/>
        </w:tc>
        <w:tc>
          <w:tcPr>
            <w:tcW w:type="dxa" w:w="2351"/>
          </w:tcPr>
          <w:p>
            <w:r>
              <w:t>Verwaltungsgemeinschaft Ebermannstadt</w:t>
            </w:r>
          </w:p>
        </w:tc>
      </w:tr>
      <w:tr>
        <w:trPr>
          <w:cantSplit/>
        </w:trPr>
        <w:tc>
          <w:tcPr>
            <w:tcW w:type="dxa" w:w="2351"/>
          </w:tcPr>
          <w:p/>
        </w:tc>
        <w:tc>
          <w:tcPr>
            <w:tcW w:type="dxa" w:w="2351"/>
          </w:tcPr>
          <w:p/>
        </w:tc>
        <w:tc>
          <w:tcPr>
            <w:tcW w:type="dxa" w:w="2351"/>
          </w:tcPr>
          <w:p/>
        </w:tc>
        <w:tc>
          <w:tcPr>
            <w:tcW w:type="dxa" w:w="2351"/>
          </w:tcPr>
          <w:p>
            <w:r>
              <w:t xml:space="preserve"> die Gemeinden</w:t>
            </w:r>
            <w:r>
              <w:br/>
            </w:r>
            <w:r>
              <w:t>Ebermannstadt, Unterleinleiter</w:t>
            </w:r>
          </w:p>
        </w:tc>
      </w:tr>
      <w:tr>
        <w:trPr>
          <w:cantSplit/>
        </w:trPr>
        <w:tc>
          <w:tcPr>
            <w:tcW w:type="dxa" w:w="2351"/>
          </w:tcPr>
          <w:p/>
        </w:tc>
        <w:tc>
          <w:tcPr>
            <w:tcW w:type="dxa" w:w="2351"/>
          </w:tcPr>
          <w:p/>
        </w:tc>
        <w:tc>
          <w:tcPr>
            <w:tcW w:type="dxa" w:w="2351"/>
          </w:tcPr>
          <w:p/>
        </w:tc>
        <w:tc>
          <w:tcPr>
            <w:tcW w:type="dxa" w:w="2351"/>
          </w:tcPr>
          <w:p>
            <w:r>
              <w:t>Verwaltungsgemeinschaft Gräfenberg</w:t>
            </w:r>
          </w:p>
        </w:tc>
      </w:tr>
      <w:tr>
        <w:trPr>
          <w:cantSplit/>
        </w:trPr>
        <w:tc>
          <w:tcPr>
            <w:tcW w:type="dxa" w:w="2351"/>
          </w:tcPr>
          <w:p/>
        </w:tc>
        <w:tc>
          <w:tcPr>
            <w:tcW w:type="dxa" w:w="2351"/>
          </w:tcPr>
          <w:p/>
        </w:tc>
        <w:tc>
          <w:tcPr>
            <w:tcW w:type="dxa" w:w="2351"/>
          </w:tcPr>
          <w:p/>
        </w:tc>
        <w:tc>
          <w:tcPr>
            <w:tcW w:type="dxa" w:w="2351"/>
          </w:tcPr>
          <w:p>
            <w:r>
              <w:t xml:space="preserve"> die Gemeinden</w:t>
            </w:r>
            <w:r>
              <w:br/>
            </w:r>
            <w:r>
              <w:t>Gräfenberg, Hiltpoltstein, Weißenohe</w:t>
            </w:r>
          </w:p>
        </w:tc>
      </w:tr>
      <w:tr>
        <w:trPr>
          <w:cantSplit/>
        </w:trPr>
        <w:tc>
          <w:tcPr>
            <w:tcW w:type="dxa" w:w="2351"/>
          </w:tcPr>
          <w:p/>
        </w:tc>
        <w:tc>
          <w:tcPr>
            <w:tcW w:type="dxa" w:w="2351"/>
          </w:tcPr>
          <w:p/>
        </w:tc>
        <w:tc>
          <w:tcPr>
            <w:tcW w:type="dxa" w:w="4702"/>
            <w:gridSpan w:val="2"/>
          </w:tcPr>
          <w:p>
            <w:r>
              <w:t>(Übrige Gemeinden s. Wkr. 235)</w:t>
            </w:r>
          </w:p>
        </w:tc>
      </w:tr>
      <w:tr>
        <w:trPr>
          <w:cantSplit/>
        </w:trPr>
        <w:tc>
          <w:tcPr>
            <w:tcW w:type="dxa" w:w="2351"/>
          </w:tcPr>
          <w:p>
            <w:r>
              <w:t>237</w:t>
            </w:r>
          </w:p>
        </w:tc>
        <w:tc>
          <w:tcPr>
            <w:tcW w:type="dxa" w:w="2351"/>
          </w:tcPr>
          <w:p>
            <w:r>
              <w:t>Coburg</w:t>
            </w:r>
          </w:p>
        </w:tc>
        <w:tc>
          <w:tcPr>
            <w:tcW w:type="dxa" w:w="4702"/>
            <w:gridSpan w:val="2"/>
          </w:tcPr>
          <w:p>
            <w:r>
              <w:t>Kreisfreie Stadt Coburg</w:t>
            </w:r>
          </w:p>
        </w:tc>
      </w:tr>
      <w:tr>
        <w:trPr>
          <w:cantSplit/>
        </w:trPr>
        <w:tc>
          <w:tcPr>
            <w:tcW w:type="dxa" w:w="2351"/>
          </w:tcPr>
          <w:p/>
        </w:tc>
        <w:tc>
          <w:tcPr>
            <w:tcW w:type="dxa" w:w="2351"/>
          </w:tcPr>
          <w:p/>
        </w:tc>
        <w:tc>
          <w:tcPr>
            <w:tcW w:type="dxa" w:w="4702"/>
            <w:gridSpan w:val="2"/>
          </w:tcPr>
          <w:p>
            <w:r>
              <w:t>Landkreis Coburg</w:t>
            </w:r>
          </w:p>
        </w:tc>
      </w:tr>
      <w:tr>
        <w:trPr>
          <w:cantSplit/>
        </w:trPr>
        <w:tc>
          <w:tcPr>
            <w:tcW w:type="dxa" w:w="2351"/>
          </w:tcPr>
          <w:p/>
        </w:tc>
        <w:tc>
          <w:tcPr>
            <w:tcW w:type="dxa" w:w="2351"/>
          </w:tcPr>
          <w:p/>
        </w:tc>
        <w:tc>
          <w:tcPr>
            <w:tcW w:type="dxa" w:w="4702"/>
            <w:gridSpan w:val="2"/>
          </w:tcPr>
          <w:p>
            <w:r>
              <w:t>Landkreis Kronach</w:t>
            </w:r>
          </w:p>
        </w:tc>
      </w:tr>
      <w:tr>
        <w:trPr>
          <w:cantSplit/>
        </w:trPr>
        <w:tc>
          <w:tcPr>
            <w:tcW w:type="dxa" w:w="2351"/>
          </w:tcPr>
          <w:p/>
        </w:tc>
        <w:tc>
          <w:tcPr>
            <w:tcW w:type="dxa" w:w="2351"/>
          </w:tcPr>
          <w:p/>
        </w:tc>
        <w:tc>
          <w:tcPr>
            <w:tcW w:type="dxa" w:w="4702"/>
            <w:gridSpan w:val="2"/>
          </w:tcPr>
          <w:p>
            <w:r>
              <w:t>vom Landkreis Hof</w:t>
            </w:r>
          </w:p>
        </w:tc>
      </w:tr>
      <w:tr>
        <w:trPr>
          <w:cantSplit/>
        </w:trPr>
        <w:tc>
          <w:tcPr>
            <w:tcW w:type="dxa" w:w="2351"/>
          </w:tcPr>
          <w:p/>
        </w:tc>
        <w:tc>
          <w:tcPr>
            <w:tcW w:type="dxa" w:w="2351"/>
          </w:tcPr>
          <w:p/>
        </w:tc>
        <w:tc>
          <w:tcPr>
            <w:tcW w:type="dxa" w:w="2351"/>
          </w:tcPr>
          <w:p/>
        </w:tc>
        <w:tc>
          <w:tcPr>
            <w:tcW w:type="dxa" w:w="2351"/>
          </w:tcPr>
          <w:p>
            <w:r>
              <w:t>die Gemeinde Geroldsgrün</w:t>
            </w:r>
          </w:p>
        </w:tc>
      </w:tr>
      <w:tr>
        <w:trPr>
          <w:cantSplit/>
        </w:trPr>
        <w:tc>
          <w:tcPr>
            <w:tcW w:type="dxa" w:w="2351"/>
          </w:tcPr>
          <w:p/>
        </w:tc>
        <w:tc>
          <w:tcPr>
            <w:tcW w:type="dxa" w:w="2351"/>
          </w:tcPr>
          <w:p/>
        </w:tc>
        <w:tc>
          <w:tcPr>
            <w:tcW w:type="dxa" w:w="4702"/>
            <w:gridSpan w:val="2"/>
          </w:tcPr>
          <w:p>
            <w:r>
              <w:t>(Übrige Gemeinden s. Wkr. 238)</w:t>
            </w:r>
          </w:p>
        </w:tc>
      </w:tr>
      <w:tr>
        <w:trPr>
          <w:cantSplit/>
        </w:trPr>
        <w:tc>
          <w:tcPr>
            <w:tcW w:type="dxa" w:w="2351"/>
          </w:tcPr>
          <w:p>
            <w:r>
              <w:t>238</w:t>
            </w:r>
          </w:p>
        </w:tc>
        <w:tc>
          <w:tcPr>
            <w:tcW w:type="dxa" w:w="2351"/>
          </w:tcPr>
          <w:p>
            <w:r>
              <w:t>Hof</w:t>
            </w:r>
          </w:p>
        </w:tc>
        <w:tc>
          <w:tcPr>
            <w:tcW w:type="dxa" w:w="4702"/>
            <w:gridSpan w:val="2"/>
          </w:tcPr>
          <w:p>
            <w:r>
              <w:t>Kreisfreie Stadt Hof</w:t>
            </w:r>
          </w:p>
        </w:tc>
      </w:tr>
      <w:tr>
        <w:trPr>
          <w:cantSplit/>
        </w:trPr>
        <w:tc>
          <w:tcPr>
            <w:tcW w:type="dxa" w:w="2351"/>
          </w:tcPr>
          <w:p/>
        </w:tc>
        <w:tc>
          <w:tcPr>
            <w:tcW w:type="dxa" w:w="2351"/>
          </w:tcPr>
          <w:p/>
        </w:tc>
        <w:tc>
          <w:tcPr>
            <w:tcW w:type="dxa" w:w="4702"/>
            <w:gridSpan w:val="2"/>
          </w:tcPr>
          <w:p>
            <w:r>
              <w:t>Landkreis Wunsiedel i. Fichtelgebirge</w:t>
            </w:r>
          </w:p>
        </w:tc>
      </w:tr>
      <w:tr>
        <w:trPr>
          <w:cantSplit/>
        </w:trPr>
        <w:tc>
          <w:tcPr>
            <w:tcW w:type="dxa" w:w="2351"/>
          </w:tcPr>
          <w:p/>
        </w:tc>
        <w:tc>
          <w:tcPr>
            <w:tcW w:type="dxa" w:w="2351"/>
          </w:tcPr>
          <w:p/>
        </w:tc>
        <w:tc>
          <w:tcPr>
            <w:tcW w:type="dxa" w:w="4702"/>
            <w:gridSpan w:val="2"/>
          </w:tcPr>
          <w:p>
            <w:r>
              <w:t>vom Landkreis Hof</w:t>
            </w:r>
          </w:p>
        </w:tc>
      </w:tr>
      <w:tr>
        <w:trPr>
          <w:cantSplit/>
        </w:trPr>
        <w:tc>
          <w:tcPr>
            <w:tcW w:type="dxa" w:w="2351"/>
          </w:tcPr>
          <w:p/>
        </w:tc>
        <w:tc>
          <w:tcPr>
            <w:tcW w:type="dxa" w:w="2351"/>
          </w:tcPr>
          <w:p/>
        </w:tc>
        <w:tc>
          <w:tcPr>
            <w:tcW w:type="dxa" w:w="2351"/>
          </w:tcPr>
          <w:p/>
        </w:tc>
        <w:tc>
          <w:tcPr>
            <w:tcW w:type="dxa" w:w="2351"/>
          </w:tcPr>
          <w:p>
            <w:r>
              <w:t>die Gemeinden</w:t>
            </w:r>
            <w:r>
              <w:br/>
            </w:r>
            <w:r>
              <w:t>Bad Steben, Berg, Döhlau, Helmbrechts, Köditz, Konradsreuth, Münchberg, Naila, Oberkotzau, Regnitzlosau, Rehau, Schwarzenbach a. Wald, Schwarzenbach a. d. Saale, Selbitz, Stammbach, Zell im Fichtelgebirge</w:t>
            </w:r>
          </w:p>
        </w:tc>
      </w:tr>
      <w:tr>
        <w:trPr>
          <w:cantSplit/>
        </w:trPr>
        <w:tc>
          <w:tcPr>
            <w:tcW w:type="dxa" w:w="2351"/>
          </w:tcPr>
          <w:p/>
        </w:tc>
        <w:tc>
          <w:tcPr>
            <w:tcW w:type="dxa" w:w="2351"/>
          </w:tcPr>
          <w:p/>
        </w:tc>
        <w:tc>
          <w:tcPr>
            <w:tcW w:type="dxa" w:w="2351"/>
          </w:tcPr>
          <w:p/>
        </w:tc>
        <w:tc>
          <w:tcPr>
            <w:tcW w:type="dxa" w:w="2351"/>
          </w:tcPr>
          <w:p>
            <w:r>
              <w:t>Verwaltungsgemeinschaft Feilitzsch</w:t>
            </w:r>
          </w:p>
        </w:tc>
      </w:tr>
      <w:tr>
        <w:trPr>
          <w:cantSplit/>
        </w:trPr>
        <w:tc>
          <w:tcPr>
            <w:tcW w:type="dxa" w:w="2351"/>
          </w:tcPr>
          <w:p/>
        </w:tc>
        <w:tc>
          <w:tcPr>
            <w:tcW w:type="dxa" w:w="2351"/>
          </w:tcPr>
          <w:p/>
        </w:tc>
        <w:tc>
          <w:tcPr>
            <w:tcW w:type="dxa" w:w="2351"/>
          </w:tcPr>
          <w:p/>
        </w:tc>
        <w:tc>
          <w:tcPr>
            <w:tcW w:type="dxa" w:w="2351"/>
          </w:tcPr>
          <w:p>
            <w:r>
              <w:t xml:space="preserve"> die Gemeinden</w:t>
            </w:r>
            <w:r>
              <w:br/>
            </w:r>
            <w:r>
              <w:t>Feilitzsch, Gattendorf, Töpen, Trogen</w:t>
            </w:r>
          </w:p>
        </w:tc>
      </w:tr>
      <w:tr>
        <w:trPr>
          <w:cantSplit/>
        </w:trPr>
        <w:tc>
          <w:tcPr>
            <w:tcW w:type="dxa" w:w="2351"/>
          </w:tcPr>
          <w:p/>
        </w:tc>
        <w:tc>
          <w:tcPr>
            <w:tcW w:type="dxa" w:w="2351"/>
          </w:tcPr>
          <w:p/>
        </w:tc>
        <w:tc>
          <w:tcPr>
            <w:tcW w:type="dxa" w:w="2351"/>
          </w:tcPr>
          <w:p/>
        </w:tc>
        <w:tc>
          <w:tcPr>
            <w:tcW w:type="dxa" w:w="2351"/>
          </w:tcPr>
          <w:p>
            <w:r>
              <w:t>Verwaltungsgemeinschaft Lichtenberg</w:t>
            </w:r>
          </w:p>
        </w:tc>
      </w:tr>
      <w:tr>
        <w:trPr>
          <w:cantSplit/>
        </w:trPr>
        <w:tc>
          <w:tcPr>
            <w:tcW w:type="dxa" w:w="2351"/>
          </w:tcPr>
          <w:p/>
        </w:tc>
        <w:tc>
          <w:tcPr>
            <w:tcW w:type="dxa" w:w="2351"/>
          </w:tcPr>
          <w:p/>
        </w:tc>
        <w:tc>
          <w:tcPr>
            <w:tcW w:type="dxa" w:w="2351"/>
          </w:tcPr>
          <w:p/>
        </w:tc>
        <w:tc>
          <w:tcPr>
            <w:tcW w:type="dxa" w:w="2351"/>
          </w:tcPr>
          <w:p>
            <w:r>
              <w:t xml:space="preserve"> die Gemeinden</w:t>
            </w:r>
            <w:r>
              <w:br/>
            </w:r>
            <w:r>
              <w:t>Issigau, Lichtenberg</w:t>
            </w:r>
          </w:p>
        </w:tc>
      </w:tr>
      <w:tr>
        <w:trPr>
          <w:cantSplit/>
        </w:trPr>
        <w:tc>
          <w:tcPr>
            <w:tcW w:type="dxa" w:w="2351"/>
          </w:tcPr>
          <w:p/>
        </w:tc>
        <w:tc>
          <w:tcPr>
            <w:tcW w:type="dxa" w:w="2351"/>
          </w:tcPr>
          <w:p/>
        </w:tc>
        <w:tc>
          <w:tcPr>
            <w:tcW w:type="dxa" w:w="2351"/>
          </w:tcPr>
          <w:p/>
        </w:tc>
        <w:tc>
          <w:tcPr>
            <w:tcW w:type="dxa" w:w="2351"/>
          </w:tcPr>
          <w:p>
            <w:r>
              <w:t>Verwaltungsgemeinschaft Schauenstein</w:t>
            </w:r>
          </w:p>
        </w:tc>
      </w:tr>
      <w:tr>
        <w:trPr>
          <w:cantSplit/>
        </w:trPr>
        <w:tc>
          <w:tcPr>
            <w:tcW w:type="dxa" w:w="2351"/>
          </w:tcPr>
          <w:p/>
        </w:tc>
        <w:tc>
          <w:tcPr>
            <w:tcW w:type="dxa" w:w="2351"/>
          </w:tcPr>
          <w:p/>
        </w:tc>
        <w:tc>
          <w:tcPr>
            <w:tcW w:type="dxa" w:w="2351"/>
          </w:tcPr>
          <w:p/>
        </w:tc>
        <w:tc>
          <w:tcPr>
            <w:tcW w:type="dxa" w:w="2351"/>
          </w:tcPr>
          <w:p>
            <w:r>
              <w:t xml:space="preserve"> die Gemeinden</w:t>
            </w:r>
            <w:r>
              <w:br/>
            </w:r>
            <w:r>
              <w:t>Leupoldsgrün, Schauenstein</w:t>
            </w:r>
          </w:p>
        </w:tc>
      </w:tr>
      <w:tr>
        <w:trPr>
          <w:cantSplit/>
        </w:trPr>
        <w:tc>
          <w:tcPr>
            <w:tcW w:type="dxa" w:w="2351"/>
          </w:tcPr>
          <w:p/>
        </w:tc>
        <w:tc>
          <w:tcPr>
            <w:tcW w:type="dxa" w:w="2351"/>
          </w:tcPr>
          <w:p/>
        </w:tc>
        <w:tc>
          <w:tcPr>
            <w:tcW w:type="dxa" w:w="2351"/>
          </w:tcPr>
          <w:p/>
        </w:tc>
        <w:tc>
          <w:tcPr>
            <w:tcW w:type="dxa" w:w="2351"/>
          </w:tcPr>
          <w:p>
            <w:r>
              <w:t>Verwaltungsgemeinschaft Sparneck</w:t>
            </w:r>
          </w:p>
        </w:tc>
      </w:tr>
      <w:tr>
        <w:trPr>
          <w:cantSplit/>
        </w:trPr>
        <w:tc>
          <w:tcPr>
            <w:tcW w:type="dxa" w:w="2351"/>
          </w:tcPr>
          <w:p/>
        </w:tc>
        <w:tc>
          <w:tcPr>
            <w:tcW w:type="dxa" w:w="2351"/>
          </w:tcPr>
          <w:p/>
        </w:tc>
        <w:tc>
          <w:tcPr>
            <w:tcW w:type="dxa" w:w="2351"/>
          </w:tcPr>
          <w:p/>
        </w:tc>
        <w:tc>
          <w:tcPr>
            <w:tcW w:type="dxa" w:w="2351"/>
          </w:tcPr>
          <w:p>
            <w:r>
              <w:t xml:space="preserve"> die Gemeinden</w:t>
            </w:r>
            <w:r>
              <w:br/>
            </w:r>
            <w:r>
              <w:t>Sparneck, Weißdorf</w:t>
            </w:r>
          </w:p>
        </w:tc>
      </w:tr>
      <w:tr>
        <w:trPr>
          <w:cantSplit/>
        </w:trPr>
        <w:tc>
          <w:tcPr>
            <w:tcW w:type="dxa" w:w="2351"/>
          </w:tcPr>
          <w:p/>
        </w:tc>
        <w:tc>
          <w:tcPr>
            <w:tcW w:type="dxa" w:w="2351"/>
          </w:tcPr>
          <w:p/>
        </w:tc>
        <w:tc>
          <w:tcPr>
            <w:tcW w:type="dxa" w:w="4702"/>
            <w:gridSpan w:val="2"/>
          </w:tcPr>
          <w:p>
            <w:r>
              <w:t>(Übrige Gemeinde s. Wkr. 237)</w:t>
            </w:r>
          </w:p>
        </w:tc>
      </w:tr>
      <w:tr>
        <w:trPr>
          <w:cantSplit/>
        </w:trPr>
        <w:tc>
          <w:tcPr>
            <w:tcW w:type="dxa" w:w="2351"/>
          </w:tcPr>
          <w:p>
            <w:r>
              <w:t>239</w:t>
            </w:r>
          </w:p>
        </w:tc>
        <w:tc>
          <w:tcPr>
            <w:tcW w:type="dxa" w:w="2351"/>
          </w:tcPr>
          <w:p>
            <w:r>
              <w:t>Kulmbach</w:t>
            </w:r>
          </w:p>
        </w:tc>
        <w:tc>
          <w:tcPr>
            <w:tcW w:type="dxa" w:w="4702"/>
            <w:gridSpan w:val="2"/>
          </w:tcPr>
          <w:p>
            <w:r>
              <w:t>Landkreis Kulmbach</w:t>
            </w:r>
          </w:p>
        </w:tc>
      </w:tr>
      <w:tr>
        <w:trPr>
          <w:cantSplit/>
        </w:trPr>
        <w:tc>
          <w:tcPr>
            <w:tcW w:type="dxa" w:w="2351"/>
          </w:tcPr>
          <w:p/>
        </w:tc>
        <w:tc>
          <w:tcPr>
            <w:tcW w:type="dxa" w:w="2351"/>
          </w:tcPr>
          <w:p/>
        </w:tc>
        <w:tc>
          <w:tcPr>
            <w:tcW w:type="dxa" w:w="4702"/>
            <w:gridSpan w:val="2"/>
          </w:tcPr>
          <w:p>
            <w:r>
              <w:t>Landkreis Lichtenfels</w:t>
            </w:r>
          </w:p>
        </w:tc>
      </w:tr>
      <w:tr>
        <w:trPr>
          <w:cantSplit/>
        </w:trPr>
        <w:tc>
          <w:tcPr>
            <w:tcW w:type="dxa" w:w="2351"/>
          </w:tcPr>
          <w:p/>
        </w:tc>
        <w:tc>
          <w:tcPr>
            <w:tcW w:type="dxa" w:w="2351"/>
          </w:tcPr>
          <w:p/>
        </w:tc>
        <w:tc>
          <w:tcPr>
            <w:tcW w:type="dxa" w:w="4702"/>
            <w:gridSpan w:val="2"/>
          </w:tcPr>
          <w:p>
            <w:r>
              <w:t>vom Landkreis Bamberg</w:t>
            </w:r>
          </w:p>
        </w:tc>
      </w:tr>
      <w:tr>
        <w:trPr>
          <w:cantSplit/>
        </w:trPr>
        <w:tc>
          <w:tcPr>
            <w:tcW w:type="dxa" w:w="2351"/>
          </w:tcPr>
          <w:p/>
        </w:tc>
        <w:tc>
          <w:tcPr>
            <w:tcW w:type="dxa" w:w="2351"/>
          </w:tcPr>
          <w:p/>
        </w:tc>
        <w:tc>
          <w:tcPr>
            <w:tcW w:type="dxa" w:w="2351"/>
          </w:tcPr>
          <w:p/>
        </w:tc>
        <w:tc>
          <w:tcPr>
            <w:tcW w:type="dxa" w:w="2351"/>
          </w:tcPr>
          <w:p>
            <w:r>
              <w:t>die Gemeinden</w:t>
            </w:r>
            <w:r>
              <w:br/>
            </w:r>
            <w:r>
              <w:t xml:space="preserve">Bischberg, Breitengüßbach, Gundelsheim, Heiligenstadt </w:t>
            </w:r>
            <w:r>
              <w:t>i.OFr.,</w:t>
            </w:r>
            <w:r>
              <w:t xml:space="preserve"> Kemmern, Litzendorf, Memmelsdorf, Oberhaid, Rattelsdorf, Scheßlitz, Viereth-Trunstadt, Zapfendorf</w:t>
            </w:r>
          </w:p>
        </w:tc>
      </w:tr>
      <w:tr>
        <w:trPr>
          <w:cantSplit/>
        </w:trPr>
        <w:tc>
          <w:tcPr>
            <w:tcW w:type="dxa" w:w="2351"/>
          </w:tcPr>
          <w:p/>
        </w:tc>
        <w:tc>
          <w:tcPr>
            <w:tcW w:type="dxa" w:w="2351"/>
          </w:tcPr>
          <w:p/>
        </w:tc>
        <w:tc>
          <w:tcPr>
            <w:tcW w:type="dxa" w:w="2351"/>
          </w:tcPr>
          <w:p/>
        </w:tc>
        <w:tc>
          <w:tcPr>
            <w:tcW w:type="dxa" w:w="2351"/>
          </w:tcPr>
          <w:p>
            <w:r>
              <w:t>Verwaltungsgemeinschaft Baunach</w:t>
            </w:r>
          </w:p>
        </w:tc>
      </w:tr>
      <w:tr>
        <w:trPr>
          <w:cantSplit/>
        </w:trPr>
        <w:tc>
          <w:tcPr>
            <w:tcW w:type="dxa" w:w="2351"/>
          </w:tcPr>
          <w:p/>
        </w:tc>
        <w:tc>
          <w:tcPr>
            <w:tcW w:type="dxa" w:w="2351"/>
          </w:tcPr>
          <w:p/>
        </w:tc>
        <w:tc>
          <w:tcPr>
            <w:tcW w:type="dxa" w:w="2351"/>
          </w:tcPr>
          <w:p/>
        </w:tc>
        <w:tc>
          <w:tcPr>
            <w:tcW w:type="dxa" w:w="2351"/>
          </w:tcPr>
          <w:p>
            <w:r>
              <w:t xml:space="preserve"> die Gemeinden</w:t>
            </w:r>
            <w:r>
              <w:br/>
            </w:r>
            <w:r>
              <w:t>Baunach, Gerach, Lauter, Reckendorf</w:t>
            </w:r>
          </w:p>
        </w:tc>
      </w:tr>
      <w:tr>
        <w:trPr>
          <w:cantSplit/>
        </w:trPr>
        <w:tc>
          <w:tcPr>
            <w:tcW w:type="dxa" w:w="2351"/>
          </w:tcPr>
          <w:p/>
        </w:tc>
        <w:tc>
          <w:tcPr>
            <w:tcW w:type="dxa" w:w="2351"/>
          </w:tcPr>
          <w:p/>
        </w:tc>
        <w:tc>
          <w:tcPr>
            <w:tcW w:type="dxa" w:w="2351"/>
          </w:tcPr>
          <w:p/>
        </w:tc>
        <w:tc>
          <w:tcPr>
            <w:tcW w:type="dxa" w:w="2351"/>
          </w:tcPr>
          <w:p>
            <w:r>
              <w:t>Verwaltungsgemeinschaft Steinfeld</w:t>
            </w:r>
          </w:p>
        </w:tc>
      </w:tr>
      <w:tr>
        <w:trPr>
          <w:cantSplit/>
        </w:trPr>
        <w:tc>
          <w:tcPr>
            <w:tcW w:type="dxa" w:w="2351"/>
          </w:tcPr>
          <w:p/>
        </w:tc>
        <w:tc>
          <w:tcPr>
            <w:tcW w:type="dxa" w:w="2351"/>
          </w:tcPr>
          <w:p/>
        </w:tc>
        <w:tc>
          <w:tcPr>
            <w:tcW w:type="dxa" w:w="2351"/>
          </w:tcPr>
          <w:p/>
        </w:tc>
        <w:tc>
          <w:tcPr>
            <w:tcW w:type="dxa" w:w="2351"/>
          </w:tcPr>
          <w:p>
            <w:r>
              <w:t xml:space="preserve"> die Gemeinden</w:t>
            </w:r>
            <w:r>
              <w:br/>
            </w:r>
            <w:r>
              <w:t>Königsfeld, Stadelhofen, Wattendorf</w:t>
            </w:r>
          </w:p>
        </w:tc>
      </w:tr>
      <w:tr>
        <w:trPr>
          <w:cantSplit/>
        </w:trPr>
        <w:tc>
          <w:tcPr>
            <w:tcW w:type="dxa" w:w="2351"/>
          </w:tcPr>
          <w:p/>
        </w:tc>
        <w:tc>
          <w:tcPr>
            <w:tcW w:type="dxa" w:w="2351"/>
          </w:tcPr>
          <w:p/>
        </w:tc>
        <w:tc>
          <w:tcPr>
            <w:tcW w:type="dxa" w:w="4702"/>
            <w:gridSpan w:val="2"/>
          </w:tcPr>
          <w:p>
            <w:r>
              <w:t>(Übrige Gemeinden s. Wkr. 235)</w:t>
            </w:r>
          </w:p>
        </w:tc>
      </w:tr>
      <w:tr>
        <w:trPr>
          <w:cantSplit/>
        </w:trPr>
        <w:tc>
          <w:tcPr>
            <w:tcW w:type="dxa" w:w="2351"/>
          </w:tcPr>
          <w:p>
            <w:r>
              <w:t>240</w:t>
            </w:r>
          </w:p>
        </w:tc>
        <w:tc>
          <w:tcPr>
            <w:tcW w:type="dxa" w:w="2351"/>
          </w:tcPr>
          <w:p>
            <w:r>
              <w:t>Ansbach</w:t>
            </w:r>
          </w:p>
        </w:tc>
        <w:tc>
          <w:tcPr>
            <w:tcW w:type="dxa" w:w="4702"/>
            <w:gridSpan w:val="2"/>
          </w:tcPr>
          <w:p>
            <w:r>
              <w:t>Kreisfreie Stadt Ansbach</w:t>
            </w:r>
          </w:p>
        </w:tc>
      </w:tr>
      <w:tr>
        <w:trPr>
          <w:cantSplit/>
        </w:trPr>
        <w:tc>
          <w:tcPr>
            <w:tcW w:type="dxa" w:w="2351"/>
          </w:tcPr>
          <w:p/>
        </w:tc>
        <w:tc>
          <w:tcPr>
            <w:tcW w:type="dxa" w:w="2351"/>
          </w:tcPr>
          <w:p/>
        </w:tc>
        <w:tc>
          <w:tcPr>
            <w:tcW w:type="dxa" w:w="4702"/>
            <w:gridSpan w:val="2"/>
          </w:tcPr>
          <w:p>
            <w:r>
              <w:t>Landkreis Ansbach</w:t>
            </w:r>
          </w:p>
        </w:tc>
      </w:tr>
      <w:tr>
        <w:trPr>
          <w:cantSplit/>
        </w:trPr>
        <w:tc>
          <w:tcPr>
            <w:tcW w:type="dxa" w:w="2351"/>
          </w:tcPr>
          <w:p/>
        </w:tc>
        <w:tc>
          <w:tcPr>
            <w:tcW w:type="dxa" w:w="2351"/>
          </w:tcPr>
          <w:p/>
        </w:tc>
        <w:tc>
          <w:tcPr>
            <w:tcW w:type="dxa" w:w="4702"/>
            <w:gridSpan w:val="2"/>
          </w:tcPr>
          <w:p>
            <w:r>
              <w:t>Landkreis Weißenburg-Gunzenhausen</w:t>
            </w:r>
          </w:p>
        </w:tc>
      </w:tr>
      <w:tr>
        <w:trPr>
          <w:cantSplit/>
        </w:trPr>
        <w:tc>
          <w:tcPr>
            <w:tcW w:type="dxa" w:w="2351"/>
          </w:tcPr>
          <w:p>
            <w:r>
              <w:t>241</w:t>
            </w:r>
          </w:p>
        </w:tc>
        <w:tc>
          <w:tcPr>
            <w:tcW w:type="dxa" w:w="2351"/>
          </w:tcPr>
          <w:p>
            <w:r>
              <w:t>Erlangen</w:t>
            </w:r>
          </w:p>
        </w:tc>
        <w:tc>
          <w:tcPr>
            <w:tcW w:type="dxa" w:w="4702"/>
            <w:gridSpan w:val="2"/>
          </w:tcPr>
          <w:p>
            <w:r>
              <w:t>Kreisfreie Stadt Erlangen</w:t>
            </w:r>
          </w:p>
        </w:tc>
      </w:tr>
      <w:tr>
        <w:trPr>
          <w:cantSplit/>
        </w:trPr>
        <w:tc>
          <w:tcPr>
            <w:tcW w:type="dxa" w:w="2351"/>
          </w:tcPr>
          <w:p/>
        </w:tc>
        <w:tc>
          <w:tcPr>
            <w:tcW w:type="dxa" w:w="2351"/>
          </w:tcPr>
          <w:p/>
        </w:tc>
        <w:tc>
          <w:tcPr>
            <w:tcW w:type="dxa" w:w="4702"/>
            <w:gridSpan w:val="2"/>
          </w:tcPr>
          <w:p>
            <w:r>
              <w:t>Landkreis Erlangen-Höchstadt</w:t>
            </w:r>
          </w:p>
        </w:tc>
      </w:tr>
      <w:tr>
        <w:trPr>
          <w:cantSplit/>
        </w:trPr>
        <w:tc>
          <w:tcPr>
            <w:tcW w:type="dxa" w:w="2351"/>
          </w:tcPr>
          <w:p/>
        </w:tc>
        <w:tc>
          <w:tcPr>
            <w:tcW w:type="dxa" w:w="2351"/>
          </w:tcPr>
          <w:p/>
        </w:tc>
        <w:tc>
          <w:tcPr>
            <w:tcW w:type="dxa" w:w="4702"/>
            <w:gridSpan w:val="2"/>
          </w:tcPr>
          <w:p>
            <w:r>
              <w:t>vom Landkreis Neustadt a. d. Aisch-Bad Windsheim</w:t>
            </w:r>
          </w:p>
        </w:tc>
      </w:tr>
      <w:tr>
        <w:trPr>
          <w:cantSplit/>
        </w:trPr>
        <w:tc>
          <w:tcPr>
            <w:tcW w:type="dxa" w:w="2351"/>
          </w:tcPr>
          <w:p/>
        </w:tc>
        <w:tc>
          <w:tcPr>
            <w:tcW w:type="dxa" w:w="2351"/>
          </w:tcPr>
          <w:p/>
        </w:tc>
        <w:tc>
          <w:tcPr>
            <w:tcW w:type="dxa" w:w="2351"/>
          </w:tcPr>
          <w:p/>
        </w:tc>
        <w:tc>
          <w:tcPr>
            <w:tcW w:type="dxa" w:w="2351"/>
          </w:tcPr>
          <w:p>
            <w:r>
              <w:t>Verwaltungsgemeinschaft Uehlfeld</w:t>
            </w:r>
          </w:p>
        </w:tc>
      </w:tr>
      <w:tr>
        <w:trPr>
          <w:cantSplit/>
        </w:trPr>
        <w:tc>
          <w:tcPr>
            <w:tcW w:type="dxa" w:w="2351"/>
          </w:tcPr>
          <w:p/>
        </w:tc>
        <w:tc>
          <w:tcPr>
            <w:tcW w:type="dxa" w:w="2351"/>
          </w:tcPr>
          <w:p/>
        </w:tc>
        <w:tc>
          <w:tcPr>
            <w:tcW w:type="dxa" w:w="2351"/>
          </w:tcPr>
          <w:p/>
        </w:tc>
        <w:tc>
          <w:tcPr>
            <w:tcW w:type="dxa" w:w="2351"/>
          </w:tcPr>
          <w:p>
            <w:r>
              <w:t xml:space="preserve"> die Gemeinden</w:t>
            </w:r>
            <w:r>
              <w:br/>
            </w:r>
            <w:r>
              <w:t>Dachsbach, Gerhardshofen, Uehlfeld</w:t>
            </w:r>
          </w:p>
        </w:tc>
      </w:tr>
      <w:tr>
        <w:trPr>
          <w:cantSplit/>
        </w:trPr>
        <w:tc>
          <w:tcPr>
            <w:tcW w:type="dxa" w:w="2351"/>
          </w:tcPr>
          <w:p/>
        </w:tc>
        <w:tc>
          <w:tcPr>
            <w:tcW w:type="dxa" w:w="2351"/>
          </w:tcPr>
          <w:p/>
        </w:tc>
        <w:tc>
          <w:tcPr>
            <w:tcW w:type="dxa" w:w="4702"/>
            <w:gridSpan w:val="2"/>
          </w:tcPr>
          <w:p>
            <w:r>
              <w:t>(Übrige Gemeinden s. Wkr. 242)</w:t>
            </w:r>
          </w:p>
        </w:tc>
      </w:tr>
      <w:tr>
        <w:trPr>
          <w:cantSplit/>
        </w:trPr>
        <w:tc>
          <w:tcPr>
            <w:tcW w:type="dxa" w:w="2351"/>
          </w:tcPr>
          <w:p>
            <w:r>
              <w:t>242</w:t>
            </w:r>
          </w:p>
        </w:tc>
        <w:tc>
          <w:tcPr>
            <w:tcW w:type="dxa" w:w="2351"/>
          </w:tcPr>
          <w:p>
            <w:r>
              <w:t>Fürth</w:t>
            </w:r>
          </w:p>
        </w:tc>
        <w:tc>
          <w:tcPr>
            <w:tcW w:type="dxa" w:w="4702"/>
            <w:gridSpan w:val="2"/>
          </w:tcPr>
          <w:p>
            <w:r>
              <w:t>Kreisfreie Stadt Fürth</w:t>
            </w:r>
          </w:p>
        </w:tc>
      </w:tr>
      <w:tr>
        <w:trPr>
          <w:cantSplit/>
        </w:trPr>
        <w:tc>
          <w:tcPr>
            <w:tcW w:type="dxa" w:w="2351"/>
          </w:tcPr>
          <w:p/>
        </w:tc>
        <w:tc>
          <w:tcPr>
            <w:tcW w:type="dxa" w:w="2351"/>
          </w:tcPr>
          <w:p/>
        </w:tc>
        <w:tc>
          <w:tcPr>
            <w:tcW w:type="dxa" w:w="4702"/>
            <w:gridSpan w:val="2"/>
          </w:tcPr>
          <w:p>
            <w:r>
              <w:t>Landkreis Fürth</w:t>
            </w:r>
          </w:p>
        </w:tc>
      </w:tr>
      <w:tr>
        <w:trPr>
          <w:cantSplit/>
        </w:trPr>
        <w:tc>
          <w:tcPr>
            <w:tcW w:type="dxa" w:w="2351"/>
          </w:tcPr>
          <w:p/>
        </w:tc>
        <w:tc>
          <w:tcPr>
            <w:tcW w:type="dxa" w:w="2351"/>
          </w:tcPr>
          <w:p/>
        </w:tc>
        <w:tc>
          <w:tcPr>
            <w:tcW w:type="dxa" w:w="4702"/>
            <w:gridSpan w:val="2"/>
          </w:tcPr>
          <w:p>
            <w:r>
              <w:t>vom Landkreis Neustadt a. d. Aisch-Bad Windsheim</w:t>
            </w:r>
          </w:p>
        </w:tc>
      </w:tr>
      <w:tr>
        <w:trPr>
          <w:cantSplit/>
        </w:trPr>
        <w:tc>
          <w:tcPr>
            <w:tcW w:type="dxa" w:w="2351"/>
          </w:tcPr>
          <w:p/>
        </w:tc>
        <w:tc>
          <w:tcPr>
            <w:tcW w:type="dxa" w:w="2351"/>
          </w:tcPr>
          <w:p/>
        </w:tc>
        <w:tc>
          <w:tcPr>
            <w:tcW w:type="dxa" w:w="2351"/>
          </w:tcPr>
          <w:p/>
        </w:tc>
        <w:tc>
          <w:tcPr>
            <w:tcW w:type="dxa" w:w="2351"/>
          </w:tcPr>
          <w:p>
            <w:r>
              <w:t>die Gemeinden</w:t>
            </w:r>
            <w:r>
              <w:br/>
            </w:r>
            <w:r>
              <w:t>Bad Windsheim, Burghaslach, Dietersheim, Emskirchen, Ipsheim, Markt Erlbach, Neustadt a. d. Aisch, Obernzenn</w:t>
            </w:r>
          </w:p>
        </w:tc>
      </w:tr>
      <w:tr>
        <w:trPr>
          <w:cantSplit/>
        </w:trPr>
        <w:tc>
          <w:tcPr>
            <w:tcW w:type="dxa" w:w="2351"/>
          </w:tcPr>
          <w:p/>
        </w:tc>
        <w:tc>
          <w:tcPr>
            <w:tcW w:type="dxa" w:w="2351"/>
          </w:tcPr>
          <w:p/>
        </w:tc>
        <w:tc>
          <w:tcPr>
            <w:tcW w:type="dxa" w:w="2351"/>
          </w:tcPr>
          <w:p/>
        </w:tc>
        <w:tc>
          <w:tcPr>
            <w:tcW w:type="dxa" w:w="2351"/>
          </w:tcPr>
          <w:p>
            <w:r>
              <w:t>Verwaltungsgemeinschaft Burgbernheim</w:t>
            </w:r>
          </w:p>
        </w:tc>
      </w:tr>
      <w:tr>
        <w:trPr>
          <w:cantSplit/>
        </w:trPr>
        <w:tc>
          <w:tcPr>
            <w:tcW w:type="dxa" w:w="2351"/>
          </w:tcPr>
          <w:p/>
        </w:tc>
        <w:tc>
          <w:tcPr>
            <w:tcW w:type="dxa" w:w="2351"/>
          </w:tcPr>
          <w:p/>
        </w:tc>
        <w:tc>
          <w:tcPr>
            <w:tcW w:type="dxa" w:w="2351"/>
          </w:tcPr>
          <w:p/>
        </w:tc>
        <w:tc>
          <w:tcPr>
            <w:tcW w:type="dxa" w:w="2351"/>
          </w:tcPr>
          <w:p>
            <w:r>
              <w:t xml:space="preserve"> die Gemeinden</w:t>
            </w:r>
            <w:r>
              <w:br/>
            </w:r>
            <w:r>
              <w:t>Burgbernheim, Gallmersgarten, Illesheim, Marktbergel</w:t>
            </w:r>
          </w:p>
        </w:tc>
      </w:tr>
      <w:tr>
        <w:trPr>
          <w:cantSplit/>
        </w:trPr>
        <w:tc>
          <w:tcPr>
            <w:tcW w:type="dxa" w:w="2351"/>
          </w:tcPr>
          <w:p/>
        </w:tc>
        <w:tc>
          <w:tcPr>
            <w:tcW w:type="dxa" w:w="2351"/>
          </w:tcPr>
          <w:p/>
        </w:tc>
        <w:tc>
          <w:tcPr>
            <w:tcW w:type="dxa" w:w="2351"/>
          </w:tcPr>
          <w:p/>
        </w:tc>
        <w:tc>
          <w:tcPr>
            <w:tcW w:type="dxa" w:w="2351"/>
          </w:tcPr>
          <w:p>
            <w:r>
              <w:t>Verwaltungsgemeinschaft Diespeck</w:t>
            </w:r>
          </w:p>
        </w:tc>
      </w:tr>
      <w:tr>
        <w:trPr>
          <w:cantSplit/>
        </w:trPr>
        <w:tc>
          <w:tcPr>
            <w:tcW w:type="dxa" w:w="2351"/>
          </w:tcPr>
          <w:p/>
        </w:tc>
        <w:tc>
          <w:tcPr>
            <w:tcW w:type="dxa" w:w="2351"/>
          </w:tcPr>
          <w:p/>
        </w:tc>
        <w:tc>
          <w:tcPr>
            <w:tcW w:type="dxa" w:w="2351"/>
          </w:tcPr>
          <w:p/>
        </w:tc>
        <w:tc>
          <w:tcPr>
            <w:tcW w:type="dxa" w:w="2351"/>
          </w:tcPr>
          <w:p>
            <w:r>
              <w:t xml:space="preserve"> die Gemeinden</w:t>
            </w:r>
            <w:r>
              <w:br/>
            </w:r>
            <w:r>
              <w:t>Baudenbach, Diespeck, Gutenstetten, Münchsteinach</w:t>
            </w:r>
          </w:p>
        </w:tc>
      </w:tr>
      <w:tr>
        <w:trPr>
          <w:cantSplit/>
        </w:trPr>
        <w:tc>
          <w:tcPr>
            <w:tcW w:type="dxa" w:w="2351"/>
          </w:tcPr>
          <w:p/>
        </w:tc>
        <w:tc>
          <w:tcPr>
            <w:tcW w:type="dxa" w:w="2351"/>
          </w:tcPr>
          <w:p/>
        </w:tc>
        <w:tc>
          <w:tcPr>
            <w:tcW w:type="dxa" w:w="2351"/>
          </w:tcPr>
          <w:p/>
        </w:tc>
        <w:tc>
          <w:tcPr>
            <w:tcW w:type="dxa" w:w="2351"/>
          </w:tcPr>
          <w:p>
            <w:r>
              <w:t>Verwaltungsgemeinschaft Hagenbüchach-Wilhelmsdorf</w:t>
            </w:r>
          </w:p>
        </w:tc>
      </w:tr>
      <w:tr>
        <w:trPr>
          <w:cantSplit/>
        </w:trPr>
        <w:tc>
          <w:tcPr>
            <w:tcW w:type="dxa" w:w="2351"/>
          </w:tcPr>
          <w:p/>
        </w:tc>
        <w:tc>
          <w:tcPr>
            <w:tcW w:type="dxa" w:w="2351"/>
          </w:tcPr>
          <w:p/>
        </w:tc>
        <w:tc>
          <w:tcPr>
            <w:tcW w:type="dxa" w:w="2351"/>
          </w:tcPr>
          <w:p/>
        </w:tc>
        <w:tc>
          <w:tcPr>
            <w:tcW w:type="dxa" w:w="2351"/>
          </w:tcPr>
          <w:p>
            <w:r>
              <w:t xml:space="preserve"> die Gemeinden</w:t>
            </w:r>
            <w:r>
              <w:br/>
            </w:r>
            <w:r>
              <w:t>Hagenbüchach, Wilhelmsdorf</w:t>
            </w:r>
          </w:p>
        </w:tc>
      </w:tr>
      <w:tr>
        <w:trPr>
          <w:cantSplit/>
        </w:trPr>
        <w:tc>
          <w:tcPr>
            <w:tcW w:type="dxa" w:w="2351"/>
          </w:tcPr>
          <w:p/>
        </w:tc>
        <w:tc>
          <w:tcPr>
            <w:tcW w:type="dxa" w:w="2351"/>
          </w:tcPr>
          <w:p/>
        </w:tc>
        <w:tc>
          <w:tcPr>
            <w:tcW w:type="dxa" w:w="2351"/>
          </w:tcPr>
          <w:p/>
        </w:tc>
        <w:tc>
          <w:tcPr>
            <w:tcW w:type="dxa" w:w="2351"/>
          </w:tcPr>
          <w:p>
            <w:r>
              <w:t>Verwaltungsgemeinschaft Neuhof a. d. Zenn</w:t>
            </w:r>
          </w:p>
        </w:tc>
      </w:tr>
      <w:tr>
        <w:trPr>
          <w:cantSplit/>
        </w:trPr>
        <w:tc>
          <w:tcPr>
            <w:tcW w:type="dxa" w:w="2351"/>
          </w:tcPr>
          <w:p/>
        </w:tc>
        <w:tc>
          <w:tcPr>
            <w:tcW w:type="dxa" w:w="2351"/>
          </w:tcPr>
          <w:p/>
        </w:tc>
        <w:tc>
          <w:tcPr>
            <w:tcW w:type="dxa" w:w="2351"/>
          </w:tcPr>
          <w:p/>
        </w:tc>
        <w:tc>
          <w:tcPr>
            <w:tcW w:type="dxa" w:w="2351"/>
          </w:tcPr>
          <w:p>
            <w:r>
              <w:t xml:space="preserve"> die Gemeinden</w:t>
            </w:r>
            <w:r>
              <w:br/>
            </w:r>
            <w:r>
              <w:t>Neuhof a. d. Zenn, Trautskirchen</w:t>
            </w:r>
          </w:p>
        </w:tc>
      </w:tr>
      <w:tr>
        <w:trPr>
          <w:cantSplit/>
        </w:trPr>
        <w:tc>
          <w:tcPr>
            <w:tcW w:type="dxa" w:w="2351"/>
          </w:tcPr>
          <w:p/>
        </w:tc>
        <w:tc>
          <w:tcPr>
            <w:tcW w:type="dxa" w:w="2351"/>
          </w:tcPr>
          <w:p/>
        </w:tc>
        <w:tc>
          <w:tcPr>
            <w:tcW w:type="dxa" w:w="2351"/>
          </w:tcPr>
          <w:p/>
        </w:tc>
        <w:tc>
          <w:tcPr>
            <w:tcW w:type="dxa" w:w="2351"/>
          </w:tcPr>
          <w:p>
            <w:r>
              <w:t>Verwaltungsgemeinschaft Scheinfeld</w:t>
            </w:r>
          </w:p>
        </w:tc>
      </w:tr>
      <w:tr>
        <w:trPr>
          <w:cantSplit/>
        </w:trPr>
        <w:tc>
          <w:tcPr>
            <w:tcW w:type="dxa" w:w="2351"/>
          </w:tcPr>
          <w:p/>
        </w:tc>
        <w:tc>
          <w:tcPr>
            <w:tcW w:type="dxa" w:w="2351"/>
          </w:tcPr>
          <w:p/>
        </w:tc>
        <w:tc>
          <w:tcPr>
            <w:tcW w:type="dxa" w:w="2351"/>
          </w:tcPr>
          <w:p/>
        </w:tc>
        <w:tc>
          <w:tcPr>
            <w:tcW w:type="dxa" w:w="2351"/>
          </w:tcPr>
          <w:p>
            <w:r>
              <w:t xml:space="preserve"> die Gemeinden</w:t>
            </w:r>
            <w:r>
              <w:br/>
            </w:r>
            <w:r>
              <w:t>Langenfeld, Markt Bibart, Markt Taschendorf, Oberscheinfeld, Scheinfeld, Sugenheim</w:t>
            </w:r>
          </w:p>
        </w:tc>
      </w:tr>
      <w:tr>
        <w:trPr>
          <w:cantSplit/>
        </w:trPr>
        <w:tc>
          <w:tcPr>
            <w:tcW w:type="dxa" w:w="2351"/>
          </w:tcPr>
          <w:p/>
        </w:tc>
        <w:tc>
          <w:tcPr>
            <w:tcW w:type="dxa" w:w="2351"/>
          </w:tcPr>
          <w:p/>
        </w:tc>
        <w:tc>
          <w:tcPr>
            <w:tcW w:type="dxa" w:w="2351"/>
          </w:tcPr>
          <w:p/>
        </w:tc>
        <w:tc>
          <w:tcPr>
            <w:tcW w:type="dxa" w:w="2351"/>
          </w:tcPr>
          <w:p>
            <w:r>
              <w:t>Verwaltungsgemeinschaft Uffenheim</w:t>
            </w:r>
          </w:p>
        </w:tc>
      </w:tr>
      <w:tr>
        <w:trPr>
          <w:cantSplit/>
        </w:trPr>
        <w:tc>
          <w:tcPr>
            <w:tcW w:type="dxa" w:w="2351"/>
          </w:tcPr>
          <w:p/>
        </w:tc>
        <w:tc>
          <w:tcPr>
            <w:tcW w:type="dxa" w:w="2351"/>
          </w:tcPr>
          <w:p/>
        </w:tc>
        <w:tc>
          <w:tcPr>
            <w:tcW w:type="dxa" w:w="2351"/>
          </w:tcPr>
          <w:p/>
        </w:tc>
        <w:tc>
          <w:tcPr>
            <w:tcW w:type="dxa" w:w="2351"/>
          </w:tcPr>
          <w:p>
            <w:r>
              <w:t xml:space="preserve"> die Gemeinden</w:t>
            </w:r>
            <w:r>
              <w:br/>
            </w:r>
            <w:r>
              <w:t>Ergersheim, Gollhofen, Hemmersheim, Ippesheim, Markt Nordheim, Oberickelsheim, Simmershofen, Uffenheim, Weigenheim</w:t>
            </w:r>
          </w:p>
        </w:tc>
      </w:tr>
      <w:tr>
        <w:trPr>
          <w:cantSplit/>
        </w:trPr>
        <w:tc>
          <w:tcPr>
            <w:tcW w:type="dxa" w:w="2351"/>
          </w:tcPr>
          <w:p/>
        </w:tc>
        <w:tc>
          <w:tcPr>
            <w:tcW w:type="dxa" w:w="2351"/>
          </w:tcPr>
          <w:p/>
        </w:tc>
        <w:tc>
          <w:tcPr>
            <w:tcW w:type="dxa" w:w="4702"/>
            <w:gridSpan w:val="2"/>
          </w:tcPr>
          <w:p>
            <w:r>
              <w:t>(Übrige Gemeinden s. Wkr. 241)</w:t>
            </w:r>
          </w:p>
        </w:tc>
      </w:tr>
      <w:tr>
        <w:trPr>
          <w:cantSplit/>
        </w:trPr>
        <w:tc>
          <w:tcPr>
            <w:tcW w:type="dxa" w:w="2351"/>
          </w:tcPr>
          <w:p>
            <w:r>
              <w:t>243</w:t>
            </w:r>
          </w:p>
        </w:tc>
        <w:tc>
          <w:tcPr>
            <w:tcW w:type="dxa" w:w="2351"/>
          </w:tcPr>
          <w:p>
            <w:r>
              <w:t>Nürnberg-Nord</w:t>
            </w:r>
          </w:p>
        </w:tc>
        <w:tc>
          <w:tcPr>
            <w:tcW w:type="dxa" w:w="4702"/>
            <w:gridSpan w:val="2"/>
          </w:tcPr>
          <w:p>
            <w:r>
              <w:t>Von der kreisfreien Stadt Nürnberg</w:t>
            </w:r>
          </w:p>
        </w:tc>
      </w:tr>
      <w:tr>
        <w:trPr>
          <w:cantSplit/>
        </w:trPr>
        <w:tc>
          <w:tcPr>
            <w:tcW w:type="dxa" w:w="2351"/>
          </w:tcPr>
          <w:p/>
        </w:tc>
        <w:tc>
          <w:tcPr>
            <w:tcW w:type="dxa" w:w="2351"/>
          </w:tcPr>
          <w:p/>
        </w:tc>
        <w:tc>
          <w:tcPr>
            <w:tcW w:type="dxa" w:w="2351"/>
          </w:tcPr>
          <w:p/>
        </w:tc>
        <w:tc>
          <w:tcPr>
            <w:tcW w:type="dxa" w:w="2351"/>
          </w:tcPr>
          <w:p>
            <w:r>
              <w:t>die Bezirke</w:t>
            </w:r>
            <w:r>
              <w:br/>
            </w:r>
            <w:r>
              <w:t>01 bis 13, 22 bis 30, 64, 65, 70 bis 87, 90 bis 95</w:t>
            </w:r>
          </w:p>
        </w:tc>
      </w:tr>
      <w:tr>
        <w:trPr>
          <w:cantSplit/>
        </w:trPr>
        <w:tc>
          <w:tcPr>
            <w:tcW w:type="dxa" w:w="2351"/>
          </w:tcPr>
          <w:p/>
        </w:tc>
        <w:tc>
          <w:tcPr>
            <w:tcW w:type="dxa" w:w="2351"/>
          </w:tcPr>
          <w:p/>
        </w:tc>
        <w:tc>
          <w:tcPr>
            <w:tcW w:type="dxa" w:w="4702"/>
            <w:gridSpan w:val="2"/>
          </w:tcPr>
          <w:p>
            <w:r>
              <w:t>(Übrige Bezirke s. Wkr. 244)</w:t>
            </w:r>
          </w:p>
        </w:tc>
      </w:tr>
      <w:tr>
        <w:trPr>
          <w:cantSplit/>
        </w:trPr>
        <w:tc>
          <w:tcPr>
            <w:tcW w:type="dxa" w:w="2351"/>
          </w:tcPr>
          <w:p>
            <w:r>
              <w:t>244</w:t>
            </w:r>
          </w:p>
        </w:tc>
        <w:tc>
          <w:tcPr>
            <w:tcW w:type="dxa" w:w="2351"/>
          </w:tcPr>
          <w:p>
            <w:r>
              <w:t>Nürnberg-Süd</w:t>
            </w:r>
          </w:p>
        </w:tc>
        <w:tc>
          <w:tcPr>
            <w:tcW w:type="dxa" w:w="4702"/>
            <w:gridSpan w:val="2"/>
          </w:tcPr>
          <w:p>
            <w:r>
              <w:t>Kreisfreie Stadt Schwabach</w:t>
            </w:r>
          </w:p>
        </w:tc>
      </w:tr>
      <w:tr>
        <w:trPr>
          <w:cantSplit/>
        </w:trPr>
        <w:tc>
          <w:tcPr>
            <w:tcW w:type="dxa" w:w="2351"/>
          </w:tcPr>
          <w:p/>
        </w:tc>
        <w:tc>
          <w:tcPr>
            <w:tcW w:type="dxa" w:w="2351"/>
          </w:tcPr>
          <w:p/>
        </w:tc>
        <w:tc>
          <w:tcPr>
            <w:tcW w:type="dxa" w:w="4702"/>
            <w:gridSpan w:val="2"/>
          </w:tcPr>
          <w:p>
            <w:r>
              <w:t>von der kreisfreien Stadt Nürnberg</w:t>
            </w:r>
          </w:p>
        </w:tc>
      </w:tr>
      <w:tr>
        <w:trPr>
          <w:cantSplit/>
        </w:trPr>
        <w:tc>
          <w:tcPr>
            <w:tcW w:type="dxa" w:w="2351"/>
          </w:tcPr>
          <w:p/>
        </w:tc>
        <w:tc>
          <w:tcPr>
            <w:tcW w:type="dxa" w:w="2351"/>
          </w:tcPr>
          <w:p/>
        </w:tc>
        <w:tc>
          <w:tcPr>
            <w:tcW w:type="dxa" w:w="2351"/>
          </w:tcPr>
          <w:p/>
        </w:tc>
        <w:tc>
          <w:tcPr>
            <w:tcW w:type="dxa" w:w="2351"/>
          </w:tcPr>
          <w:p>
            <w:r>
              <w:t>die Bezirke</w:t>
            </w:r>
            <w:r>
              <w:br/>
            </w:r>
            <w:r>
              <w:t>14 bis 21, 31 bis 55, 60 bis 63, 96, 97</w:t>
            </w:r>
          </w:p>
        </w:tc>
      </w:tr>
      <w:tr>
        <w:trPr>
          <w:cantSplit/>
        </w:trPr>
        <w:tc>
          <w:tcPr>
            <w:tcW w:type="dxa" w:w="2351"/>
          </w:tcPr>
          <w:p/>
        </w:tc>
        <w:tc>
          <w:tcPr>
            <w:tcW w:type="dxa" w:w="2351"/>
          </w:tcPr>
          <w:p/>
        </w:tc>
        <w:tc>
          <w:tcPr>
            <w:tcW w:type="dxa" w:w="4702"/>
            <w:gridSpan w:val="2"/>
          </w:tcPr>
          <w:p>
            <w:r>
              <w:t>(Übrige Bezirke s. Wkr. 243)</w:t>
            </w:r>
          </w:p>
        </w:tc>
      </w:tr>
      <w:tr>
        <w:trPr>
          <w:cantSplit/>
        </w:trPr>
        <w:tc>
          <w:tcPr>
            <w:tcW w:type="dxa" w:w="2351"/>
          </w:tcPr>
          <w:p>
            <w:r>
              <w:t>245</w:t>
            </w:r>
          </w:p>
        </w:tc>
        <w:tc>
          <w:tcPr>
            <w:tcW w:type="dxa" w:w="2351"/>
          </w:tcPr>
          <w:p>
            <w:r>
              <w:t>Roth</w:t>
            </w:r>
          </w:p>
        </w:tc>
        <w:tc>
          <w:tcPr>
            <w:tcW w:type="dxa" w:w="4702"/>
            <w:gridSpan w:val="2"/>
          </w:tcPr>
          <w:p>
            <w:r>
              <w:t>Landkreis Nürnberger Land</w:t>
            </w:r>
          </w:p>
        </w:tc>
      </w:tr>
      <w:tr>
        <w:trPr>
          <w:cantSplit/>
        </w:trPr>
        <w:tc>
          <w:tcPr>
            <w:tcW w:type="dxa" w:w="2351"/>
          </w:tcPr>
          <w:p/>
        </w:tc>
        <w:tc>
          <w:tcPr>
            <w:tcW w:type="dxa" w:w="2351"/>
          </w:tcPr>
          <w:p/>
        </w:tc>
        <w:tc>
          <w:tcPr>
            <w:tcW w:type="dxa" w:w="4702"/>
            <w:gridSpan w:val="2"/>
          </w:tcPr>
          <w:p>
            <w:r>
              <w:t>Landkreis Roth</w:t>
            </w:r>
          </w:p>
        </w:tc>
      </w:tr>
      <w:tr>
        <w:trPr>
          <w:cantSplit/>
        </w:trPr>
        <w:tc>
          <w:tcPr>
            <w:tcW w:type="dxa" w:w="2351"/>
          </w:tcPr>
          <w:p>
            <w:r>
              <w:t>246</w:t>
            </w:r>
          </w:p>
        </w:tc>
        <w:tc>
          <w:tcPr>
            <w:tcW w:type="dxa" w:w="2351"/>
          </w:tcPr>
          <w:p>
            <w:r>
              <w:t>Aschaffenburg</w:t>
            </w:r>
          </w:p>
        </w:tc>
        <w:tc>
          <w:tcPr>
            <w:tcW w:type="dxa" w:w="4702"/>
            <w:gridSpan w:val="2"/>
          </w:tcPr>
          <w:p>
            <w:r>
              <w:t>Kreisfreie Stadt Aschaffenburg</w:t>
            </w:r>
          </w:p>
        </w:tc>
      </w:tr>
      <w:tr>
        <w:trPr>
          <w:cantSplit/>
        </w:trPr>
        <w:tc>
          <w:tcPr>
            <w:tcW w:type="dxa" w:w="2351"/>
          </w:tcPr>
          <w:p/>
        </w:tc>
        <w:tc>
          <w:tcPr>
            <w:tcW w:type="dxa" w:w="2351"/>
          </w:tcPr>
          <w:p/>
        </w:tc>
        <w:tc>
          <w:tcPr>
            <w:tcW w:type="dxa" w:w="4702"/>
            <w:gridSpan w:val="2"/>
          </w:tcPr>
          <w:p>
            <w:r>
              <w:t>Landkreis Aschaffenburg</w:t>
            </w:r>
          </w:p>
        </w:tc>
      </w:tr>
      <w:tr>
        <w:trPr>
          <w:cantSplit/>
        </w:trPr>
        <w:tc>
          <w:tcPr>
            <w:tcW w:type="dxa" w:w="2351"/>
          </w:tcPr>
          <w:p>
            <w:r>
              <w:t>247</w:t>
            </w:r>
          </w:p>
        </w:tc>
        <w:tc>
          <w:tcPr>
            <w:tcW w:type="dxa" w:w="2351"/>
          </w:tcPr>
          <w:p>
            <w:r>
              <w:t>Bad Kissingen</w:t>
            </w:r>
          </w:p>
        </w:tc>
        <w:tc>
          <w:tcPr>
            <w:tcW w:type="dxa" w:w="4702"/>
            <w:gridSpan w:val="2"/>
          </w:tcPr>
          <w:p>
            <w:r>
              <w:t>Landkreis Bad Kissingen</w:t>
            </w:r>
          </w:p>
        </w:tc>
      </w:tr>
      <w:tr>
        <w:trPr>
          <w:cantSplit/>
        </w:trPr>
        <w:tc>
          <w:tcPr>
            <w:tcW w:type="dxa" w:w="2351"/>
          </w:tcPr>
          <w:p/>
        </w:tc>
        <w:tc>
          <w:tcPr>
            <w:tcW w:type="dxa" w:w="2351"/>
          </w:tcPr>
          <w:p/>
        </w:tc>
        <w:tc>
          <w:tcPr>
            <w:tcW w:type="dxa" w:w="4702"/>
            <w:gridSpan w:val="2"/>
          </w:tcPr>
          <w:p>
            <w:r>
              <w:t>Landkreis Haßberge</w:t>
            </w:r>
          </w:p>
        </w:tc>
      </w:tr>
      <w:tr>
        <w:trPr>
          <w:cantSplit/>
        </w:trPr>
        <w:tc>
          <w:tcPr>
            <w:tcW w:type="dxa" w:w="2351"/>
          </w:tcPr>
          <w:p/>
        </w:tc>
        <w:tc>
          <w:tcPr>
            <w:tcW w:type="dxa" w:w="2351"/>
          </w:tcPr>
          <w:p/>
        </w:tc>
        <w:tc>
          <w:tcPr>
            <w:tcW w:type="dxa" w:w="4702"/>
            <w:gridSpan w:val="2"/>
          </w:tcPr>
          <w:p>
            <w:r>
              <w:t>Landkreis Rhön-Grabfeld</w:t>
            </w:r>
          </w:p>
        </w:tc>
      </w:tr>
      <w:tr>
        <w:trPr>
          <w:cantSplit/>
        </w:trPr>
        <w:tc>
          <w:tcPr>
            <w:tcW w:type="dxa" w:w="2351"/>
          </w:tcPr>
          <w:p>
            <w:r>
              <w:t>248</w:t>
            </w:r>
          </w:p>
        </w:tc>
        <w:tc>
          <w:tcPr>
            <w:tcW w:type="dxa" w:w="2351"/>
          </w:tcPr>
          <w:p>
            <w:r>
              <w:t>Main-Spessart</w:t>
            </w:r>
          </w:p>
        </w:tc>
        <w:tc>
          <w:tcPr>
            <w:tcW w:type="dxa" w:w="4702"/>
            <w:gridSpan w:val="2"/>
          </w:tcPr>
          <w:p>
            <w:r>
              <w:t>Landkreis Main-Spessart</w:t>
            </w:r>
          </w:p>
        </w:tc>
      </w:tr>
      <w:tr>
        <w:trPr>
          <w:cantSplit/>
        </w:trPr>
        <w:tc>
          <w:tcPr>
            <w:tcW w:type="dxa" w:w="2351"/>
          </w:tcPr>
          <w:p/>
        </w:tc>
        <w:tc>
          <w:tcPr>
            <w:tcW w:type="dxa" w:w="2351"/>
          </w:tcPr>
          <w:p/>
        </w:tc>
        <w:tc>
          <w:tcPr>
            <w:tcW w:type="dxa" w:w="4702"/>
            <w:gridSpan w:val="2"/>
          </w:tcPr>
          <w:p>
            <w:r>
              <w:t>Landkreis Miltenberg</w:t>
            </w:r>
          </w:p>
        </w:tc>
      </w:tr>
      <w:tr>
        <w:trPr>
          <w:cantSplit/>
        </w:trPr>
        <w:tc>
          <w:tcPr>
            <w:tcW w:type="dxa" w:w="2351"/>
          </w:tcPr>
          <w:p>
            <w:r>
              <w:t>249</w:t>
            </w:r>
          </w:p>
        </w:tc>
        <w:tc>
          <w:tcPr>
            <w:tcW w:type="dxa" w:w="2351"/>
          </w:tcPr>
          <w:p>
            <w:r>
              <w:t>Schweinfurt</w:t>
            </w:r>
          </w:p>
        </w:tc>
        <w:tc>
          <w:tcPr>
            <w:tcW w:type="dxa" w:w="4702"/>
            <w:gridSpan w:val="2"/>
          </w:tcPr>
          <w:p>
            <w:r>
              <w:t>Kreisfreie Stadt Schweinfurt</w:t>
            </w:r>
          </w:p>
        </w:tc>
      </w:tr>
      <w:tr>
        <w:trPr>
          <w:cantSplit/>
        </w:trPr>
        <w:tc>
          <w:tcPr>
            <w:tcW w:type="dxa" w:w="2351"/>
          </w:tcPr>
          <w:p/>
        </w:tc>
        <w:tc>
          <w:tcPr>
            <w:tcW w:type="dxa" w:w="2351"/>
          </w:tcPr>
          <w:p/>
        </w:tc>
        <w:tc>
          <w:tcPr>
            <w:tcW w:type="dxa" w:w="4702"/>
            <w:gridSpan w:val="2"/>
          </w:tcPr>
          <w:p>
            <w:r>
              <w:t>Landkreis Kitzingen</w:t>
            </w:r>
          </w:p>
        </w:tc>
      </w:tr>
      <w:tr>
        <w:trPr>
          <w:cantSplit/>
        </w:trPr>
        <w:tc>
          <w:tcPr>
            <w:tcW w:type="dxa" w:w="2351"/>
          </w:tcPr>
          <w:p/>
        </w:tc>
        <w:tc>
          <w:tcPr>
            <w:tcW w:type="dxa" w:w="2351"/>
          </w:tcPr>
          <w:p/>
        </w:tc>
        <w:tc>
          <w:tcPr>
            <w:tcW w:type="dxa" w:w="4702"/>
            <w:gridSpan w:val="2"/>
          </w:tcPr>
          <w:p>
            <w:r>
              <w:t>Landkreis Schweinfurt</w:t>
            </w:r>
          </w:p>
        </w:tc>
      </w:tr>
      <w:tr>
        <w:trPr>
          <w:cantSplit/>
        </w:trPr>
        <w:tc>
          <w:tcPr>
            <w:tcW w:type="dxa" w:w="2351"/>
          </w:tcPr>
          <w:p>
            <w:r>
              <w:t>250</w:t>
            </w:r>
          </w:p>
        </w:tc>
        <w:tc>
          <w:tcPr>
            <w:tcW w:type="dxa" w:w="2351"/>
          </w:tcPr>
          <w:p>
            <w:r>
              <w:t>Würzburg</w:t>
            </w:r>
          </w:p>
        </w:tc>
        <w:tc>
          <w:tcPr>
            <w:tcW w:type="dxa" w:w="4702"/>
            <w:gridSpan w:val="2"/>
          </w:tcPr>
          <w:p>
            <w:r>
              <w:t>Kreisfreie Stadt Würzburg</w:t>
            </w:r>
          </w:p>
        </w:tc>
      </w:tr>
      <w:tr>
        <w:trPr>
          <w:cantSplit/>
        </w:trPr>
        <w:tc>
          <w:tcPr>
            <w:tcW w:type="dxa" w:w="2351"/>
          </w:tcPr>
          <w:p/>
        </w:tc>
        <w:tc>
          <w:tcPr>
            <w:tcW w:type="dxa" w:w="2351"/>
          </w:tcPr>
          <w:p/>
        </w:tc>
        <w:tc>
          <w:tcPr>
            <w:tcW w:type="dxa" w:w="4702"/>
            <w:gridSpan w:val="2"/>
          </w:tcPr>
          <w:p>
            <w:r>
              <w:t>Landkreis Würzburg</w:t>
            </w:r>
          </w:p>
        </w:tc>
      </w:tr>
      <w:tr>
        <w:trPr>
          <w:cantSplit/>
        </w:trPr>
        <w:tc>
          <w:tcPr>
            <w:tcW w:type="dxa" w:w="2351"/>
          </w:tcPr>
          <w:p>
            <w:r>
              <w:t>251</w:t>
            </w:r>
          </w:p>
        </w:tc>
        <w:tc>
          <w:tcPr>
            <w:tcW w:type="dxa" w:w="2351"/>
          </w:tcPr>
          <w:p>
            <w:r>
              <w:t>Augsburg-Stadt</w:t>
            </w:r>
          </w:p>
        </w:tc>
        <w:tc>
          <w:tcPr>
            <w:tcW w:type="dxa" w:w="4702"/>
            <w:gridSpan w:val="2"/>
          </w:tcPr>
          <w:p>
            <w:r>
              <w:t>Kreisfreie Stadt Augsburg</w:t>
            </w:r>
          </w:p>
        </w:tc>
      </w:tr>
      <w:tr>
        <w:trPr>
          <w:cantSplit/>
        </w:trPr>
        <w:tc>
          <w:tcPr>
            <w:tcW w:type="dxa" w:w="2351"/>
          </w:tcPr>
          <w:p>
            <w:r>
              <w:t>252</w:t>
            </w:r>
          </w:p>
        </w:tc>
        <w:tc>
          <w:tcPr>
            <w:tcW w:type="dxa" w:w="2351"/>
          </w:tcPr>
          <w:p>
            <w:r>
              <w:t>Augsburg-Land</w:t>
            </w:r>
          </w:p>
        </w:tc>
        <w:tc>
          <w:tcPr>
            <w:tcW w:type="dxa" w:w="4702"/>
            <w:gridSpan w:val="2"/>
          </w:tcPr>
          <w:p>
            <w:r>
              <w:t>Vom Landkreis Aichach-Friedberg</w:t>
            </w:r>
          </w:p>
        </w:tc>
      </w:tr>
      <w:tr>
        <w:trPr>
          <w:cantSplit/>
        </w:trPr>
        <w:tc>
          <w:tcPr>
            <w:tcW w:type="dxa" w:w="2351"/>
          </w:tcPr>
          <w:p/>
        </w:tc>
        <w:tc>
          <w:tcPr>
            <w:tcW w:type="dxa" w:w="2351"/>
          </w:tcPr>
          <w:p/>
        </w:tc>
        <w:tc>
          <w:tcPr>
            <w:tcW w:type="dxa" w:w="2351"/>
          </w:tcPr>
          <w:p/>
        </w:tc>
        <w:tc>
          <w:tcPr>
            <w:tcW w:type="dxa" w:w="2351"/>
          </w:tcPr>
          <w:p>
            <w:r>
              <w:t>die Gemeinden</w:t>
            </w:r>
            <w:r>
              <w:br/>
            </w:r>
            <w:r>
              <w:t>Affing, Aichach, Friedberg, Hollenbach, Kissing, Merching, Rehling, Ried</w:t>
            </w:r>
          </w:p>
        </w:tc>
      </w:tr>
      <w:tr>
        <w:trPr>
          <w:cantSplit/>
        </w:trPr>
        <w:tc>
          <w:tcPr>
            <w:tcW w:type="dxa" w:w="2351"/>
          </w:tcPr>
          <w:p/>
        </w:tc>
        <w:tc>
          <w:tcPr>
            <w:tcW w:type="dxa" w:w="2351"/>
          </w:tcPr>
          <w:p/>
        </w:tc>
        <w:tc>
          <w:tcPr>
            <w:tcW w:type="dxa" w:w="2351"/>
          </w:tcPr>
          <w:p/>
        </w:tc>
        <w:tc>
          <w:tcPr>
            <w:tcW w:type="dxa" w:w="2351"/>
          </w:tcPr>
          <w:p>
            <w:r>
              <w:t>Verwaltungsgemeinschaft Dasing</w:t>
            </w:r>
          </w:p>
        </w:tc>
      </w:tr>
      <w:tr>
        <w:trPr>
          <w:cantSplit/>
        </w:trPr>
        <w:tc>
          <w:tcPr>
            <w:tcW w:type="dxa" w:w="2351"/>
          </w:tcPr>
          <w:p/>
        </w:tc>
        <w:tc>
          <w:tcPr>
            <w:tcW w:type="dxa" w:w="2351"/>
          </w:tcPr>
          <w:p/>
        </w:tc>
        <w:tc>
          <w:tcPr>
            <w:tcW w:type="dxa" w:w="2351"/>
          </w:tcPr>
          <w:p/>
        </w:tc>
        <w:tc>
          <w:tcPr>
            <w:tcW w:type="dxa" w:w="2351"/>
          </w:tcPr>
          <w:p>
            <w:r>
              <w:t xml:space="preserve"> die Gemeinden</w:t>
            </w:r>
            <w:r>
              <w:br/>
            </w:r>
            <w:r>
              <w:t>Adelzhausen, Dasing, Eurasburg, Obergriesbach, Sielenbach</w:t>
            </w:r>
          </w:p>
        </w:tc>
      </w:tr>
      <w:tr>
        <w:trPr>
          <w:cantSplit/>
        </w:trPr>
        <w:tc>
          <w:tcPr>
            <w:tcW w:type="dxa" w:w="2351"/>
          </w:tcPr>
          <w:p/>
        </w:tc>
        <w:tc>
          <w:tcPr>
            <w:tcW w:type="dxa" w:w="2351"/>
          </w:tcPr>
          <w:p/>
        </w:tc>
        <w:tc>
          <w:tcPr>
            <w:tcW w:type="dxa" w:w="2351"/>
          </w:tcPr>
          <w:p/>
        </w:tc>
        <w:tc>
          <w:tcPr>
            <w:tcW w:type="dxa" w:w="2351"/>
          </w:tcPr>
          <w:p>
            <w:r>
              <w:t>Verwaltungsgemeinschaft Mering</w:t>
            </w:r>
          </w:p>
        </w:tc>
      </w:tr>
      <w:tr>
        <w:trPr>
          <w:cantSplit/>
        </w:trPr>
        <w:tc>
          <w:tcPr>
            <w:tcW w:type="dxa" w:w="2351"/>
          </w:tcPr>
          <w:p/>
        </w:tc>
        <w:tc>
          <w:tcPr>
            <w:tcW w:type="dxa" w:w="2351"/>
          </w:tcPr>
          <w:p/>
        </w:tc>
        <w:tc>
          <w:tcPr>
            <w:tcW w:type="dxa" w:w="2351"/>
          </w:tcPr>
          <w:p/>
        </w:tc>
        <w:tc>
          <w:tcPr>
            <w:tcW w:type="dxa" w:w="2351"/>
          </w:tcPr>
          <w:p>
            <w:r>
              <w:t xml:space="preserve"> die Gemeinden</w:t>
            </w:r>
            <w:r>
              <w:br/>
            </w:r>
            <w:r>
              <w:t>Mering, Schmiechen, Steindorf</w:t>
            </w:r>
          </w:p>
        </w:tc>
      </w:tr>
      <w:tr>
        <w:trPr>
          <w:cantSplit/>
        </w:trPr>
        <w:tc>
          <w:tcPr>
            <w:tcW w:type="dxa" w:w="2351"/>
          </w:tcPr>
          <w:p/>
        </w:tc>
        <w:tc>
          <w:tcPr>
            <w:tcW w:type="dxa" w:w="2351"/>
          </w:tcPr>
          <w:p/>
        </w:tc>
        <w:tc>
          <w:tcPr>
            <w:tcW w:type="dxa" w:w="4702"/>
            <w:gridSpan w:val="2"/>
          </w:tcPr>
          <w:p>
            <w:r>
              <w:t>(Übrige Gemeinden s. Wkr. 253)</w:t>
            </w:r>
          </w:p>
        </w:tc>
      </w:tr>
      <w:tr>
        <w:trPr>
          <w:cantSplit/>
        </w:trPr>
        <w:tc>
          <w:tcPr>
            <w:tcW w:type="dxa" w:w="2351"/>
          </w:tcPr>
          <w:p/>
        </w:tc>
        <w:tc>
          <w:tcPr>
            <w:tcW w:type="dxa" w:w="2351"/>
          </w:tcPr>
          <w:p/>
        </w:tc>
        <w:tc>
          <w:tcPr>
            <w:tcW w:type="dxa" w:w="4702"/>
            <w:gridSpan w:val="2"/>
          </w:tcPr>
          <w:p>
            <w:r>
              <w:t>vom Landkreis Augsburg</w:t>
            </w:r>
          </w:p>
        </w:tc>
      </w:tr>
      <w:tr>
        <w:trPr>
          <w:cantSplit/>
        </w:trPr>
        <w:tc>
          <w:tcPr>
            <w:tcW w:type="dxa" w:w="2351"/>
          </w:tcPr>
          <w:p/>
        </w:tc>
        <w:tc>
          <w:tcPr>
            <w:tcW w:type="dxa" w:w="2351"/>
          </w:tcPr>
          <w:p/>
        </w:tc>
        <w:tc>
          <w:tcPr>
            <w:tcW w:type="dxa" w:w="2351"/>
          </w:tcPr>
          <w:p/>
        </w:tc>
        <w:tc>
          <w:tcPr>
            <w:tcW w:type="dxa" w:w="2351"/>
          </w:tcPr>
          <w:p>
            <w:r>
              <w:t>die Gemeinden</w:t>
            </w:r>
            <w:r>
              <w:br/>
            </w:r>
            <w:r>
              <w:t>Adelsried, Altenmünster, Aystetten, Biberbach, Bobingen, Diedorf, Dinkelscherben, Gablingen, Gersthofen, Horgau, Königsbrunn, Kutzenhausen, Langweid a. Lech, Meitingen, Neusäß, Stadtbergen, Thierhaupten, Wehringen, Zusmarshausen</w:t>
            </w:r>
          </w:p>
        </w:tc>
      </w:tr>
      <w:tr>
        <w:trPr>
          <w:cantSplit/>
        </w:trPr>
        <w:tc>
          <w:tcPr>
            <w:tcW w:type="dxa" w:w="2351"/>
          </w:tcPr>
          <w:p/>
        </w:tc>
        <w:tc>
          <w:tcPr>
            <w:tcW w:type="dxa" w:w="2351"/>
          </w:tcPr>
          <w:p/>
        </w:tc>
        <w:tc>
          <w:tcPr>
            <w:tcW w:type="dxa" w:w="2351"/>
          </w:tcPr>
          <w:p/>
        </w:tc>
        <w:tc>
          <w:tcPr>
            <w:tcW w:type="dxa" w:w="2351"/>
          </w:tcPr>
          <w:p>
            <w:r>
              <w:t>Verwaltungsgemeinschaft Gessertshausen</w:t>
            </w:r>
          </w:p>
        </w:tc>
      </w:tr>
      <w:tr>
        <w:trPr>
          <w:cantSplit/>
        </w:trPr>
        <w:tc>
          <w:tcPr>
            <w:tcW w:type="dxa" w:w="2351"/>
          </w:tcPr>
          <w:p/>
        </w:tc>
        <w:tc>
          <w:tcPr>
            <w:tcW w:type="dxa" w:w="2351"/>
          </w:tcPr>
          <w:p/>
        </w:tc>
        <w:tc>
          <w:tcPr>
            <w:tcW w:type="dxa" w:w="2351"/>
          </w:tcPr>
          <w:p/>
        </w:tc>
        <w:tc>
          <w:tcPr>
            <w:tcW w:type="dxa" w:w="2351"/>
          </w:tcPr>
          <w:p>
            <w:r>
              <w:t xml:space="preserve"> die Gemeinden</w:t>
            </w:r>
            <w:r>
              <w:br/>
            </w:r>
            <w:r>
              <w:t>Gessertshausen, Ustersbach</w:t>
            </w:r>
          </w:p>
        </w:tc>
      </w:tr>
      <w:tr>
        <w:trPr>
          <w:cantSplit/>
        </w:trPr>
        <w:tc>
          <w:tcPr>
            <w:tcW w:type="dxa" w:w="2351"/>
          </w:tcPr>
          <w:p/>
        </w:tc>
        <w:tc>
          <w:tcPr>
            <w:tcW w:type="dxa" w:w="2351"/>
          </w:tcPr>
          <w:p/>
        </w:tc>
        <w:tc>
          <w:tcPr>
            <w:tcW w:type="dxa" w:w="2351"/>
          </w:tcPr>
          <w:p/>
        </w:tc>
        <w:tc>
          <w:tcPr>
            <w:tcW w:type="dxa" w:w="2351"/>
          </w:tcPr>
          <w:p>
            <w:r>
              <w:t>Verwaltungsgemeinschaft Nordendorf</w:t>
            </w:r>
          </w:p>
        </w:tc>
      </w:tr>
      <w:tr>
        <w:trPr>
          <w:cantSplit/>
        </w:trPr>
        <w:tc>
          <w:tcPr>
            <w:tcW w:type="dxa" w:w="2351"/>
          </w:tcPr>
          <w:p/>
        </w:tc>
        <w:tc>
          <w:tcPr>
            <w:tcW w:type="dxa" w:w="2351"/>
          </w:tcPr>
          <w:p/>
        </w:tc>
        <w:tc>
          <w:tcPr>
            <w:tcW w:type="dxa" w:w="2351"/>
          </w:tcPr>
          <w:p/>
        </w:tc>
        <w:tc>
          <w:tcPr>
            <w:tcW w:type="dxa" w:w="2351"/>
          </w:tcPr>
          <w:p>
            <w:r>
              <w:t xml:space="preserve"> die Gemeinden</w:t>
            </w:r>
            <w:r>
              <w:br/>
            </w:r>
            <w:r>
              <w:t>Allmannshofen, Ehingen, Ellgau, Kühlenthal, Nordendorf, Westendorf</w:t>
            </w:r>
          </w:p>
        </w:tc>
      </w:tr>
      <w:tr>
        <w:trPr>
          <w:cantSplit/>
        </w:trPr>
        <w:tc>
          <w:tcPr>
            <w:tcW w:type="dxa" w:w="2351"/>
          </w:tcPr>
          <w:p/>
        </w:tc>
        <w:tc>
          <w:tcPr>
            <w:tcW w:type="dxa" w:w="2351"/>
          </w:tcPr>
          <w:p/>
        </w:tc>
        <w:tc>
          <w:tcPr>
            <w:tcW w:type="dxa" w:w="2351"/>
          </w:tcPr>
          <w:p/>
        </w:tc>
        <w:tc>
          <w:tcPr>
            <w:tcW w:type="dxa" w:w="2351"/>
          </w:tcPr>
          <w:p>
            <w:r>
              <w:t>Verwaltungsgemeinschaft Welden</w:t>
            </w:r>
          </w:p>
        </w:tc>
      </w:tr>
      <w:tr>
        <w:trPr>
          <w:cantSplit/>
        </w:trPr>
        <w:tc>
          <w:tcPr>
            <w:tcW w:type="dxa" w:w="2351"/>
          </w:tcPr>
          <w:p/>
        </w:tc>
        <w:tc>
          <w:tcPr>
            <w:tcW w:type="dxa" w:w="2351"/>
          </w:tcPr>
          <w:p/>
        </w:tc>
        <w:tc>
          <w:tcPr>
            <w:tcW w:type="dxa" w:w="2351"/>
          </w:tcPr>
          <w:p/>
        </w:tc>
        <w:tc>
          <w:tcPr>
            <w:tcW w:type="dxa" w:w="2351"/>
          </w:tcPr>
          <w:p>
            <w:r>
              <w:t xml:space="preserve"> die Gemeinden</w:t>
            </w:r>
            <w:r>
              <w:br/>
            </w:r>
            <w:r>
              <w:t>Bonstetten, Emersacker, Heretsried, Welden</w:t>
            </w:r>
          </w:p>
        </w:tc>
      </w:tr>
      <w:tr>
        <w:trPr>
          <w:cantSplit/>
        </w:trPr>
        <w:tc>
          <w:tcPr>
            <w:tcW w:type="dxa" w:w="2351"/>
          </w:tcPr>
          <w:p/>
        </w:tc>
        <w:tc>
          <w:tcPr>
            <w:tcW w:type="dxa" w:w="2351"/>
          </w:tcPr>
          <w:p/>
        </w:tc>
        <w:tc>
          <w:tcPr>
            <w:tcW w:type="dxa" w:w="4702"/>
            <w:gridSpan w:val="2"/>
          </w:tcPr>
          <w:p>
            <w:r>
              <w:t>(Übrige Gemeinden s. Wkr. 255, 257)</w:t>
            </w:r>
          </w:p>
        </w:tc>
      </w:tr>
      <w:tr>
        <w:trPr>
          <w:cantSplit/>
        </w:trPr>
        <w:tc>
          <w:tcPr>
            <w:tcW w:type="dxa" w:w="2351"/>
          </w:tcPr>
          <w:p>
            <w:r>
              <w:t>253</w:t>
            </w:r>
          </w:p>
        </w:tc>
        <w:tc>
          <w:tcPr>
            <w:tcW w:type="dxa" w:w="2351"/>
          </w:tcPr>
          <w:p>
            <w:r>
              <w:t>Donau-Ries</w:t>
            </w:r>
          </w:p>
        </w:tc>
        <w:tc>
          <w:tcPr>
            <w:tcW w:type="dxa" w:w="4702"/>
            <w:gridSpan w:val="2"/>
          </w:tcPr>
          <w:p>
            <w:r>
              <w:t>Landkreis Dillingen a. d. Donau</w:t>
            </w:r>
          </w:p>
        </w:tc>
      </w:tr>
      <w:tr>
        <w:trPr>
          <w:cantSplit/>
        </w:trPr>
        <w:tc>
          <w:tcPr>
            <w:tcW w:type="dxa" w:w="2351"/>
          </w:tcPr>
          <w:p/>
        </w:tc>
        <w:tc>
          <w:tcPr>
            <w:tcW w:type="dxa" w:w="2351"/>
          </w:tcPr>
          <w:p/>
        </w:tc>
        <w:tc>
          <w:tcPr>
            <w:tcW w:type="dxa" w:w="4702"/>
            <w:gridSpan w:val="2"/>
          </w:tcPr>
          <w:p>
            <w:r>
              <w:t>Landkreis Donau-Ries</w:t>
            </w:r>
          </w:p>
        </w:tc>
      </w:tr>
      <w:tr>
        <w:trPr>
          <w:cantSplit/>
        </w:trPr>
        <w:tc>
          <w:tcPr>
            <w:tcW w:type="dxa" w:w="2351"/>
          </w:tcPr>
          <w:p/>
        </w:tc>
        <w:tc>
          <w:tcPr>
            <w:tcW w:type="dxa" w:w="2351"/>
          </w:tcPr>
          <w:p/>
        </w:tc>
        <w:tc>
          <w:tcPr>
            <w:tcW w:type="dxa" w:w="4702"/>
            <w:gridSpan w:val="2"/>
          </w:tcPr>
          <w:p>
            <w:r>
              <w:t>vom Landkreis Aichach-Friedberg</w:t>
            </w:r>
          </w:p>
        </w:tc>
      </w:tr>
      <w:tr>
        <w:trPr>
          <w:cantSplit/>
        </w:trPr>
        <w:tc>
          <w:tcPr>
            <w:tcW w:type="dxa" w:w="2351"/>
          </w:tcPr>
          <w:p/>
        </w:tc>
        <w:tc>
          <w:tcPr>
            <w:tcW w:type="dxa" w:w="2351"/>
          </w:tcPr>
          <w:p/>
        </w:tc>
        <w:tc>
          <w:tcPr>
            <w:tcW w:type="dxa" w:w="2351"/>
          </w:tcPr>
          <w:p/>
        </w:tc>
        <w:tc>
          <w:tcPr>
            <w:tcW w:type="dxa" w:w="2351"/>
          </w:tcPr>
          <w:p>
            <w:r>
              <w:t>die Gemeinde Inchenhofen</w:t>
            </w:r>
          </w:p>
        </w:tc>
      </w:tr>
      <w:tr>
        <w:trPr>
          <w:cantSplit/>
        </w:trPr>
        <w:tc>
          <w:tcPr>
            <w:tcW w:type="dxa" w:w="2351"/>
          </w:tcPr>
          <w:p/>
        </w:tc>
        <w:tc>
          <w:tcPr>
            <w:tcW w:type="dxa" w:w="2351"/>
          </w:tcPr>
          <w:p/>
        </w:tc>
        <w:tc>
          <w:tcPr>
            <w:tcW w:type="dxa" w:w="2351"/>
          </w:tcPr>
          <w:p/>
        </w:tc>
        <w:tc>
          <w:tcPr>
            <w:tcW w:type="dxa" w:w="2351"/>
          </w:tcPr>
          <w:p>
            <w:r>
              <w:t>Verwaltungsgemeinschaft Aindling</w:t>
            </w:r>
          </w:p>
        </w:tc>
      </w:tr>
      <w:tr>
        <w:trPr>
          <w:cantSplit/>
        </w:trPr>
        <w:tc>
          <w:tcPr>
            <w:tcW w:type="dxa" w:w="2351"/>
          </w:tcPr>
          <w:p/>
        </w:tc>
        <w:tc>
          <w:tcPr>
            <w:tcW w:type="dxa" w:w="2351"/>
          </w:tcPr>
          <w:p/>
        </w:tc>
        <w:tc>
          <w:tcPr>
            <w:tcW w:type="dxa" w:w="2351"/>
          </w:tcPr>
          <w:p/>
        </w:tc>
        <w:tc>
          <w:tcPr>
            <w:tcW w:type="dxa" w:w="2351"/>
          </w:tcPr>
          <w:p>
            <w:r>
              <w:t xml:space="preserve"> die Gemeinden</w:t>
            </w:r>
            <w:r>
              <w:br/>
            </w:r>
            <w:r>
              <w:t>Aindling, Petersdorf, Todtenweis</w:t>
            </w:r>
          </w:p>
        </w:tc>
      </w:tr>
      <w:tr>
        <w:trPr>
          <w:cantSplit/>
        </w:trPr>
        <w:tc>
          <w:tcPr>
            <w:tcW w:type="dxa" w:w="2351"/>
          </w:tcPr>
          <w:p/>
        </w:tc>
        <w:tc>
          <w:tcPr>
            <w:tcW w:type="dxa" w:w="2351"/>
          </w:tcPr>
          <w:p/>
        </w:tc>
        <w:tc>
          <w:tcPr>
            <w:tcW w:type="dxa" w:w="2351"/>
          </w:tcPr>
          <w:p/>
        </w:tc>
        <w:tc>
          <w:tcPr>
            <w:tcW w:type="dxa" w:w="2351"/>
          </w:tcPr>
          <w:p>
            <w:r>
              <w:t>Verwaltungsgemeinschaft Kühbach</w:t>
            </w:r>
          </w:p>
        </w:tc>
      </w:tr>
      <w:tr>
        <w:trPr>
          <w:cantSplit/>
        </w:trPr>
        <w:tc>
          <w:tcPr>
            <w:tcW w:type="dxa" w:w="2351"/>
          </w:tcPr>
          <w:p/>
        </w:tc>
        <w:tc>
          <w:tcPr>
            <w:tcW w:type="dxa" w:w="2351"/>
          </w:tcPr>
          <w:p/>
        </w:tc>
        <w:tc>
          <w:tcPr>
            <w:tcW w:type="dxa" w:w="2351"/>
          </w:tcPr>
          <w:p/>
        </w:tc>
        <w:tc>
          <w:tcPr>
            <w:tcW w:type="dxa" w:w="2351"/>
          </w:tcPr>
          <w:p>
            <w:r>
              <w:t xml:space="preserve"> die Gemeinden</w:t>
            </w:r>
            <w:r>
              <w:br/>
            </w:r>
            <w:r>
              <w:t>Kühbach, Schiltberg</w:t>
            </w:r>
          </w:p>
        </w:tc>
      </w:tr>
      <w:tr>
        <w:trPr>
          <w:cantSplit/>
        </w:trPr>
        <w:tc>
          <w:tcPr>
            <w:tcW w:type="dxa" w:w="2351"/>
          </w:tcPr>
          <w:p/>
        </w:tc>
        <w:tc>
          <w:tcPr>
            <w:tcW w:type="dxa" w:w="2351"/>
          </w:tcPr>
          <w:p/>
        </w:tc>
        <w:tc>
          <w:tcPr>
            <w:tcW w:type="dxa" w:w="2351"/>
          </w:tcPr>
          <w:p/>
        </w:tc>
        <w:tc>
          <w:tcPr>
            <w:tcW w:type="dxa" w:w="2351"/>
          </w:tcPr>
          <w:p>
            <w:r>
              <w:t>Verwaltungsgemeinschaft Pöttmes</w:t>
            </w:r>
          </w:p>
        </w:tc>
      </w:tr>
      <w:tr>
        <w:trPr>
          <w:cantSplit/>
        </w:trPr>
        <w:tc>
          <w:tcPr>
            <w:tcW w:type="dxa" w:w="2351"/>
          </w:tcPr>
          <w:p/>
        </w:tc>
        <w:tc>
          <w:tcPr>
            <w:tcW w:type="dxa" w:w="2351"/>
          </w:tcPr>
          <w:p/>
        </w:tc>
        <w:tc>
          <w:tcPr>
            <w:tcW w:type="dxa" w:w="2351"/>
          </w:tcPr>
          <w:p/>
        </w:tc>
        <w:tc>
          <w:tcPr>
            <w:tcW w:type="dxa" w:w="2351"/>
          </w:tcPr>
          <w:p>
            <w:r>
              <w:t xml:space="preserve"> die Gemeinden</w:t>
            </w:r>
            <w:r>
              <w:br/>
            </w:r>
            <w:r>
              <w:t>Baar (Schwaben), Pöttmes</w:t>
            </w:r>
          </w:p>
        </w:tc>
      </w:tr>
      <w:tr>
        <w:trPr>
          <w:cantSplit/>
        </w:trPr>
        <w:tc>
          <w:tcPr>
            <w:tcW w:type="dxa" w:w="2351"/>
          </w:tcPr>
          <w:p/>
        </w:tc>
        <w:tc>
          <w:tcPr>
            <w:tcW w:type="dxa" w:w="2351"/>
          </w:tcPr>
          <w:p/>
        </w:tc>
        <w:tc>
          <w:tcPr>
            <w:tcW w:type="dxa" w:w="4702"/>
            <w:gridSpan w:val="2"/>
          </w:tcPr>
          <w:p>
            <w:r>
              <w:t>(Übrige Gemeinden s. Wkr. 252)</w:t>
            </w:r>
          </w:p>
        </w:tc>
      </w:tr>
      <w:tr>
        <w:trPr>
          <w:cantSplit/>
        </w:trPr>
        <w:tc>
          <w:tcPr>
            <w:tcW w:type="dxa" w:w="2351"/>
          </w:tcPr>
          <w:p>
            <w:r>
              <w:t>254</w:t>
            </w:r>
          </w:p>
        </w:tc>
        <w:tc>
          <w:tcPr>
            <w:tcW w:type="dxa" w:w="2351"/>
          </w:tcPr>
          <w:p>
            <w:r>
              <w:t>Neu-Ulm</w:t>
            </w:r>
          </w:p>
        </w:tc>
        <w:tc>
          <w:tcPr>
            <w:tcW w:type="dxa" w:w="4702"/>
            <w:gridSpan w:val="2"/>
          </w:tcPr>
          <w:p>
            <w:r>
              <w:t>Landkreis Günzburg</w:t>
            </w:r>
          </w:p>
        </w:tc>
      </w:tr>
      <w:tr>
        <w:trPr>
          <w:cantSplit/>
        </w:trPr>
        <w:tc>
          <w:tcPr>
            <w:tcW w:type="dxa" w:w="2351"/>
          </w:tcPr>
          <w:p/>
        </w:tc>
        <w:tc>
          <w:tcPr>
            <w:tcW w:type="dxa" w:w="2351"/>
          </w:tcPr>
          <w:p/>
        </w:tc>
        <w:tc>
          <w:tcPr>
            <w:tcW w:type="dxa" w:w="4702"/>
            <w:gridSpan w:val="2"/>
          </w:tcPr>
          <w:p>
            <w:r>
              <w:t>Landkreis Neu-Ulm</w:t>
            </w:r>
          </w:p>
        </w:tc>
      </w:tr>
      <w:tr>
        <w:trPr>
          <w:cantSplit/>
        </w:trPr>
        <w:tc>
          <w:tcPr>
            <w:tcW w:type="dxa" w:w="2351"/>
          </w:tcPr>
          <w:p>
            <w:r>
              <w:t>255</w:t>
            </w:r>
          </w:p>
        </w:tc>
        <w:tc>
          <w:tcPr>
            <w:tcW w:type="dxa" w:w="2351"/>
          </w:tcPr>
          <w:p>
            <w:r>
              <w:t>Memmingen – Unterallgäu</w:t>
            </w:r>
          </w:p>
        </w:tc>
        <w:tc>
          <w:tcPr>
            <w:tcW w:type="dxa" w:w="4702"/>
            <w:gridSpan w:val="2"/>
          </w:tcPr>
          <w:p>
            <w:r>
              <w:t>Kreisfreie Stadt Memmingen</w:t>
            </w:r>
          </w:p>
        </w:tc>
      </w:tr>
      <w:tr>
        <w:trPr>
          <w:cantSplit/>
        </w:trPr>
        <w:tc>
          <w:tcPr>
            <w:tcW w:type="dxa" w:w="2351"/>
          </w:tcPr>
          <w:p/>
        </w:tc>
        <w:tc>
          <w:tcPr>
            <w:tcW w:type="dxa" w:w="2351"/>
          </w:tcPr>
          <w:p/>
        </w:tc>
        <w:tc>
          <w:tcPr>
            <w:tcW w:type="dxa" w:w="4702"/>
            <w:gridSpan w:val="2"/>
          </w:tcPr>
          <w:p>
            <w:r>
              <w:t>Landkreis Unterallgäu</w:t>
            </w:r>
          </w:p>
        </w:tc>
      </w:tr>
      <w:tr>
        <w:trPr>
          <w:cantSplit/>
        </w:trPr>
        <w:tc>
          <w:tcPr>
            <w:tcW w:type="dxa" w:w="2351"/>
          </w:tcPr>
          <w:p/>
        </w:tc>
        <w:tc>
          <w:tcPr>
            <w:tcW w:type="dxa" w:w="2351"/>
          </w:tcPr>
          <w:p/>
        </w:tc>
        <w:tc>
          <w:tcPr>
            <w:tcW w:type="dxa" w:w="4702"/>
            <w:gridSpan w:val="2"/>
          </w:tcPr>
          <w:p>
            <w:r>
              <w:t>vom Landkreis Augsburg</w:t>
            </w:r>
          </w:p>
        </w:tc>
      </w:tr>
      <w:tr>
        <w:trPr>
          <w:cantSplit/>
        </w:trPr>
        <w:tc>
          <w:tcPr>
            <w:tcW w:type="dxa" w:w="2351"/>
          </w:tcPr>
          <w:p/>
        </w:tc>
        <w:tc>
          <w:tcPr>
            <w:tcW w:type="dxa" w:w="2351"/>
          </w:tcPr>
          <w:p/>
        </w:tc>
        <w:tc>
          <w:tcPr>
            <w:tcW w:type="dxa" w:w="2351"/>
          </w:tcPr>
          <w:p/>
        </w:tc>
        <w:tc>
          <w:tcPr>
            <w:tcW w:type="dxa" w:w="2351"/>
          </w:tcPr>
          <w:p>
            <w:r>
              <w:t>die Gemeinden</w:t>
            </w:r>
            <w:r>
              <w:br/>
            </w:r>
            <w:r>
              <w:t>Fischach, Schwabmünchen</w:t>
            </w:r>
          </w:p>
        </w:tc>
      </w:tr>
      <w:tr>
        <w:trPr>
          <w:cantSplit/>
        </w:trPr>
        <w:tc>
          <w:tcPr>
            <w:tcW w:type="dxa" w:w="2351"/>
          </w:tcPr>
          <w:p/>
        </w:tc>
        <w:tc>
          <w:tcPr>
            <w:tcW w:type="dxa" w:w="2351"/>
          </w:tcPr>
          <w:p/>
        </w:tc>
        <w:tc>
          <w:tcPr>
            <w:tcW w:type="dxa" w:w="2351"/>
          </w:tcPr>
          <w:p/>
        </w:tc>
        <w:tc>
          <w:tcPr>
            <w:tcW w:type="dxa" w:w="2351"/>
          </w:tcPr>
          <w:p>
            <w:r>
              <w:t>Verwaltungsgemeinschaft Stauden</w:t>
            </w:r>
          </w:p>
        </w:tc>
      </w:tr>
      <w:tr>
        <w:trPr>
          <w:cantSplit/>
        </w:trPr>
        <w:tc>
          <w:tcPr>
            <w:tcW w:type="dxa" w:w="2351"/>
          </w:tcPr>
          <w:p/>
        </w:tc>
        <w:tc>
          <w:tcPr>
            <w:tcW w:type="dxa" w:w="2351"/>
          </w:tcPr>
          <w:p/>
        </w:tc>
        <w:tc>
          <w:tcPr>
            <w:tcW w:type="dxa" w:w="2351"/>
          </w:tcPr>
          <w:p/>
        </w:tc>
        <w:tc>
          <w:tcPr>
            <w:tcW w:type="dxa" w:w="2351"/>
          </w:tcPr>
          <w:p>
            <w:r>
              <w:t xml:space="preserve"> die Gemeinden</w:t>
            </w:r>
            <w:r>
              <w:br/>
            </w:r>
            <w:r>
              <w:t>Langenneufnach, Mickhausen, Mittelneufnach, Scherstetten, Walkertshofen</w:t>
            </w:r>
          </w:p>
        </w:tc>
      </w:tr>
      <w:tr>
        <w:trPr>
          <w:cantSplit/>
        </w:trPr>
        <w:tc>
          <w:tcPr>
            <w:tcW w:type="dxa" w:w="2351"/>
          </w:tcPr>
          <w:p/>
        </w:tc>
        <w:tc>
          <w:tcPr>
            <w:tcW w:type="dxa" w:w="2351"/>
          </w:tcPr>
          <w:p/>
        </w:tc>
        <w:tc>
          <w:tcPr>
            <w:tcW w:type="dxa" w:w="4702"/>
            <w:gridSpan w:val="2"/>
          </w:tcPr>
          <w:p>
            <w:r>
              <w:t>(Übrige Gemeinden s. Wkr. 252, 257)</w:t>
            </w:r>
          </w:p>
        </w:tc>
      </w:tr>
      <w:tr>
        <w:trPr>
          <w:cantSplit/>
        </w:trPr>
        <w:tc>
          <w:tcPr>
            <w:tcW w:type="dxa" w:w="2351"/>
          </w:tcPr>
          <w:p>
            <w:r>
              <w:t>256</w:t>
            </w:r>
          </w:p>
        </w:tc>
        <w:tc>
          <w:tcPr>
            <w:tcW w:type="dxa" w:w="2351"/>
          </w:tcPr>
          <w:p>
            <w:r>
              <w:t>Oberallgäu</w:t>
            </w:r>
          </w:p>
        </w:tc>
        <w:tc>
          <w:tcPr>
            <w:tcW w:type="dxa" w:w="4702"/>
            <w:gridSpan w:val="2"/>
          </w:tcPr>
          <w:p>
            <w:r>
              <w:t>Kreisfreie Stadt Kempten (Allgäu)</w:t>
            </w:r>
          </w:p>
        </w:tc>
      </w:tr>
      <w:tr>
        <w:trPr>
          <w:cantSplit/>
        </w:trPr>
        <w:tc>
          <w:tcPr>
            <w:tcW w:type="dxa" w:w="2351"/>
          </w:tcPr>
          <w:p/>
        </w:tc>
        <w:tc>
          <w:tcPr>
            <w:tcW w:type="dxa" w:w="2351"/>
          </w:tcPr>
          <w:p/>
        </w:tc>
        <w:tc>
          <w:tcPr>
            <w:tcW w:type="dxa" w:w="4702"/>
            <w:gridSpan w:val="2"/>
          </w:tcPr>
          <w:p>
            <w:r>
              <w:t>Landkreis Lindau (Bodensee)</w:t>
            </w:r>
          </w:p>
        </w:tc>
      </w:tr>
      <w:tr>
        <w:trPr>
          <w:cantSplit/>
        </w:trPr>
        <w:tc>
          <w:tcPr>
            <w:tcW w:type="dxa" w:w="2351"/>
          </w:tcPr>
          <w:p/>
        </w:tc>
        <w:tc>
          <w:tcPr>
            <w:tcW w:type="dxa" w:w="2351"/>
          </w:tcPr>
          <w:p/>
        </w:tc>
        <w:tc>
          <w:tcPr>
            <w:tcW w:type="dxa" w:w="4702"/>
            <w:gridSpan w:val="2"/>
          </w:tcPr>
          <w:p>
            <w:r>
              <w:t>Landkreis Oberallgäu</w:t>
            </w:r>
          </w:p>
        </w:tc>
      </w:tr>
      <w:tr>
        <w:trPr>
          <w:cantSplit/>
        </w:trPr>
        <w:tc>
          <w:tcPr>
            <w:tcW w:type="dxa" w:w="2351"/>
          </w:tcPr>
          <w:p>
            <w:r>
              <w:t>257</w:t>
            </w:r>
          </w:p>
        </w:tc>
        <w:tc>
          <w:tcPr>
            <w:tcW w:type="dxa" w:w="2351"/>
          </w:tcPr>
          <w:p>
            <w:r>
              <w:t>Ostallgäu</w:t>
            </w:r>
          </w:p>
        </w:tc>
        <w:tc>
          <w:tcPr>
            <w:tcW w:type="dxa" w:w="4702"/>
            <w:gridSpan w:val="2"/>
          </w:tcPr>
          <w:p>
            <w:r>
              <w:t>Kreisfreie Stadt Kaufbeuren</w:t>
            </w:r>
          </w:p>
        </w:tc>
      </w:tr>
      <w:tr>
        <w:trPr>
          <w:cantSplit/>
        </w:trPr>
        <w:tc>
          <w:tcPr>
            <w:tcW w:type="dxa" w:w="2351"/>
          </w:tcPr>
          <w:p/>
        </w:tc>
        <w:tc>
          <w:tcPr>
            <w:tcW w:type="dxa" w:w="2351"/>
          </w:tcPr>
          <w:p/>
        </w:tc>
        <w:tc>
          <w:tcPr>
            <w:tcW w:type="dxa" w:w="4702"/>
            <w:gridSpan w:val="2"/>
          </w:tcPr>
          <w:p>
            <w:r>
              <w:t>Landkreis Ostallgäu</w:t>
            </w:r>
          </w:p>
        </w:tc>
      </w:tr>
      <w:tr>
        <w:trPr>
          <w:cantSplit/>
        </w:trPr>
        <w:tc>
          <w:tcPr>
            <w:tcW w:type="dxa" w:w="2351"/>
          </w:tcPr>
          <w:p/>
        </w:tc>
        <w:tc>
          <w:tcPr>
            <w:tcW w:type="dxa" w:w="2351"/>
          </w:tcPr>
          <w:p/>
        </w:tc>
        <w:tc>
          <w:tcPr>
            <w:tcW w:type="dxa" w:w="4702"/>
            <w:gridSpan w:val="2"/>
          </w:tcPr>
          <w:p>
            <w:r>
              <w:t>vom Landkreis Augsburg</w:t>
            </w:r>
          </w:p>
        </w:tc>
      </w:tr>
      <w:tr>
        <w:trPr>
          <w:cantSplit/>
        </w:trPr>
        <w:tc>
          <w:tcPr>
            <w:tcW w:type="dxa" w:w="2351"/>
          </w:tcPr>
          <w:p/>
        </w:tc>
        <w:tc>
          <w:tcPr>
            <w:tcW w:type="dxa" w:w="2351"/>
          </w:tcPr>
          <w:p/>
        </w:tc>
        <w:tc>
          <w:tcPr>
            <w:tcW w:type="dxa" w:w="2351"/>
          </w:tcPr>
          <w:p/>
        </w:tc>
        <w:tc>
          <w:tcPr>
            <w:tcW w:type="dxa" w:w="2351"/>
          </w:tcPr>
          <w:p>
            <w:r>
              <w:t>die Gemeinde Graben</w:t>
            </w:r>
          </w:p>
        </w:tc>
      </w:tr>
      <w:tr>
        <w:trPr>
          <w:cantSplit/>
        </w:trPr>
        <w:tc>
          <w:tcPr>
            <w:tcW w:type="dxa" w:w="2351"/>
          </w:tcPr>
          <w:p/>
        </w:tc>
        <w:tc>
          <w:tcPr>
            <w:tcW w:type="dxa" w:w="2351"/>
          </w:tcPr>
          <w:p/>
        </w:tc>
        <w:tc>
          <w:tcPr>
            <w:tcW w:type="dxa" w:w="2351"/>
          </w:tcPr>
          <w:p/>
        </w:tc>
        <w:tc>
          <w:tcPr>
            <w:tcW w:type="dxa" w:w="2351"/>
          </w:tcPr>
          <w:p>
            <w:r>
              <w:t>Verwaltungsgemeinschaft Großaitingen</w:t>
            </w:r>
          </w:p>
        </w:tc>
      </w:tr>
      <w:tr>
        <w:trPr>
          <w:cantSplit/>
        </w:trPr>
        <w:tc>
          <w:tcPr>
            <w:tcW w:type="dxa" w:w="2351"/>
          </w:tcPr>
          <w:p/>
        </w:tc>
        <w:tc>
          <w:tcPr>
            <w:tcW w:type="dxa" w:w="2351"/>
          </w:tcPr>
          <w:p/>
        </w:tc>
        <w:tc>
          <w:tcPr>
            <w:tcW w:type="dxa" w:w="2351"/>
          </w:tcPr>
          <w:p/>
        </w:tc>
        <w:tc>
          <w:tcPr>
            <w:tcW w:type="dxa" w:w="2351"/>
          </w:tcPr>
          <w:p>
            <w:r>
              <w:t xml:space="preserve"> die Gemeinden</w:t>
            </w:r>
            <w:r>
              <w:br/>
            </w:r>
            <w:r>
              <w:t>Großaitingen, Kleinaitingen, Oberottmarshausen</w:t>
            </w:r>
          </w:p>
        </w:tc>
      </w:tr>
      <w:tr>
        <w:trPr>
          <w:cantSplit/>
        </w:trPr>
        <w:tc>
          <w:tcPr>
            <w:tcW w:type="dxa" w:w="2351"/>
          </w:tcPr>
          <w:p/>
        </w:tc>
        <w:tc>
          <w:tcPr>
            <w:tcW w:type="dxa" w:w="2351"/>
          </w:tcPr>
          <w:p/>
        </w:tc>
        <w:tc>
          <w:tcPr>
            <w:tcW w:type="dxa" w:w="2351"/>
          </w:tcPr>
          <w:p/>
        </w:tc>
        <w:tc>
          <w:tcPr>
            <w:tcW w:type="dxa" w:w="2351"/>
          </w:tcPr>
          <w:p>
            <w:r>
              <w:t>Verwaltungsgemeinschaft Langerringen</w:t>
            </w:r>
          </w:p>
        </w:tc>
      </w:tr>
      <w:tr>
        <w:trPr>
          <w:cantSplit/>
        </w:trPr>
        <w:tc>
          <w:tcPr>
            <w:tcW w:type="dxa" w:w="2351"/>
          </w:tcPr>
          <w:p/>
        </w:tc>
        <w:tc>
          <w:tcPr>
            <w:tcW w:type="dxa" w:w="2351"/>
          </w:tcPr>
          <w:p/>
        </w:tc>
        <w:tc>
          <w:tcPr>
            <w:tcW w:type="dxa" w:w="2351"/>
          </w:tcPr>
          <w:p/>
        </w:tc>
        <w:tc>
          <w:tcPr>
            <w:tcW w:type="dxa" w:w="2351"/>
          </w:tcPr>
          <w:p>
            <w:r>
              <w:t xml:space="preserve"> die Gemeinden</w:t>
            </w:r>
            <w:r>
              <w:br/>
            </w:r>
            <w:r>
              <w:t>Hiltenfingen, Langerringen</w:t>
            </w:r>
          </w:p>
        </w:tc>
      </w:tr>
      <w:tr>
        <w:trPr>
          <w:cantSplit/>
        </w:trPr>
        <w:tc>
          <w:tcPr>
            <w:tcW w:type="dxa" w:w="2351"/>
          </w:tcPr>
          <w:p/>
        </w:tc>
        <w:tc>
          <w:tcPr>
            <w:tcW w:type="dxa" w:w="2351"/>
          </w:tcPr>
          <w:p/>
        </w:tc>
        <w:tc>
          <w:tcPr>
            <w:tcW w:type="dxa" w:w="2351"/>
          </w:tcPr>
          <w:p/>
        </w:tc>
        <w:tc>
          <w:tcPr>
            <w:tcW w:type="dxa" w:w="2351"/>
          </w:tcPr>
          <w:p>
            <w:r>
              <w:t>Verwaltungsgemeinschaft Lechfeld</w:t>
            </w:r>
          </w:p>
        </w:tc>
      </w:tr>
      <w:tr>
        <w:trPr>
          <w:cantSplit/>
        </w:trPr>
        <w:tc>
          <w:tcPr>
            <w:tcW w:type="dxa" w:w="2351"/>
          </w:tcPr>
          <w:p/>
        </w:tc>
        <w:tc>
          <w:tcPr>
            <w:tcW w:type="dxa" w:w="2351"/>
          </w:tcPr>
          <w:p/>
        </w:tc>
        <w:tc>
          <w:tcPr>
            <w:tcW w:type="dxa" w:w="2351"/>
          </w:tcPr>
          <w:p/>
        </w:tc>
        <w:tc>
          <w:tcPr>
            <w:tcW w:type="dxa" w:w="2351"/>
          </w:tcPr>
          <w:p>
            <w:r>
              <w:t xml:space="preserve"> die Gemeinden</w:t>
            </w:r>
            <w:r>
              <w:br/>
            </w:r>
            <w:r>
              <w:t>Klosterlechfeld, Untermeitingen</w:t>
            </w:r>
          </w:p>
        </w:tc>
      </w:tr>
      <w:tr>
        <w:trPr>
          <w:cantSplit/>
        </w:trPr>
        <w:tc>
          <w:tcPr>
            <w:tcW w:type="dxa" w:w="2351"/>
          </w:tcPr>
          <w:p/>
        </w:tc>
        <w:tc>
          <w:tcPr>
            <w:tcW w:type="dxa" w:w="2351"/>
          </w:tcPr>
          <w:p/>
        </w:tc>
        <w:tc>
          <w:tcPr>
            <w:tcW w:type="dxa" w:w="4702"/>
            <w:gridSpan w:val="2"/>
          </w:tcPr>
          <w:p>
            <w:r>
              <w:t>(Übrige Gemeinden s. Wkr. 252, 255)</w:t>
            </w:r>
          </w:p>
        </w:tc>
      </w:tr>
      <w:tr>
        <w:trPr>
          <w:cantSplit/>
        </w:trPr>
        <w:tc>
          <w:tcPr>
            <w:tcW w:type="dxa" w:w="9404"/>
            <w:gridSpan w:val="4"/>
          </w:tcPr>
          <w:p>
            <w:r>
              <w:rPr>
                <w:b/>
              </w:rPr>
              <w:t>Baden-Württemberg</w:t>
            </w:r>
          </w:p>
        </w:tc>
      </w:tr>
      <w:tr>
        <w:trPr>
          <w:cantSplit/>
        </w:trPr>
        <w:tc>
          <w:tcPr>
            <w:tcW w:type="dxa" w:w="2351"/>
          </w:tcPr>
          <w:p>
            <w:r>
              <w:t>258</w:t>
            </w:r>
          </w:p>
        </w:tc>
        <w:tc>
          <w:tcPr>
            <w:tcW w:type="dxa" w:w="2351"/>
          </w:tcPr>
          <w:p>
            <w:r>
              <w:t>Stuttgart I</w:t>
            </w:r>
          </w:p>
        </w:tc>
        <w:tc>
          <w:tcPr>
            <w:tcW w:type="dxa" w:w="4702"/>
            <w:gridSpan w:val="2"/>
          </w:tcPr>
          <w:p>
            <w:r>
              <w:t>Vom Stadtkreis Stuttgart</w:t>
            </w:r>
          </w:p>
        </w:tc>
      </w:tr>
      <w:tr>
        <w:trPr>
          <w:cantSplit/>
        </w:trPr>
        <w:tc>
          <w:tcPr>
            <w:tcW w:type="dxa" w:w="2351"/>
          </w:tcPr>
          <w:p/>
        </w:tc>
        <w:tc>
          <w:tcPr>
            <w:tcW w:type="dxa" w:w="2351"/>
          </w:tcPr>
          <w:p/>
        </w:tc>
        <w:tc>
          <w:tcPr>
            <w:tcW w:type="dxa" w:w="2351"/>
          </w:tcPr>
          <w:p/>
        </w:tc>
        <w:tc>
          <w:tcPr>
            <w:tcW w:type="dxa" w:w="2351"/>
          </w:tcPr>
          <w:p>
            <w:r>
              <w:t>die Stadtbezirke</w:t>
            </w:r>
            <w:r>
              <w:br/>
            </w:r>
            <w:r>
              <w:t>Birkach, Degerloch, Hedelfingen, Möhringen, Plieningen, Sillenbuch, Stuttgart-Mitte, Stuttgart-Nord, Stuttgart-Süd, Stuttgart-West, Vaihingen</w:t>
            </w:r>
          </w:p>
        </w:tc>
      </w:tr>
      <w:tr>
        <w:trPr>
          <w:cantSplit/>
        </w:trPr>
        <w:tc>
          <w:tcPr>
            <w:tcW w:type="dxa" w:w="2351"/>
          </w:tcPr>
          <w:p/>
        </w:tc>
        <w:tc>
          <w:tcPr>
            <w:tcW w:type="dxa" w:w="2351"/>
          </w:tcPr>
          <w:p/>
        </w:tc>
        <w:tc>
          <w:tcPr>
            <w:tcW w:type="dxa" w:w="4702"/>
            <w:gridSpan w:val="2"/>
          </w:tcPr>
          <w:p>
            <w:r>
              <w:t>(Übrige Stadtbezirke s. Wkr. 259)</w:t>
            </w:r>
          </w:p>
        </w:tc>
      </w:tr>
      <w:tr>
        <w:trPr>
          <w:cantSplit/>
        </w:trPr>
        <w:tc>
          <w:tcPr>
            <w:tcW w:type="dxa" w:w="2351"/>
          </w:tcPr>
          <w:p>
            <w:r>
              <w:t>259</w:t>
            </w:r>
          </w:p>
        </w:tc>
        <w:tc>
          <w:tcPr>
            <w:tcW w:type="dxa" w:w="2351"/>
          </w:tcPr>
          <w:p>
            <w:r>
              <w:t>Stuttgart II</w:t>
            </w:r>
          </w:p>
        </w:tc>
        <w:tc>
          <w:tcPr>
            <w:tcW w:type="dxa" w:w="4702"/>
            <w:gridSpan w:val="2"/>
          </w:tcPr>
          <w:p>
            <w:r>
              <w:t>Vom Stadtkreis Stuttgart</w:t>
            </w:r>
          </w:p>
        </w:tc>
      </w:tr>
      <w:tr>
        <w:trPr>
          <w:cantSplit/>
        </w:trPr>
        <w:tc>
          <w:tcPr>
            <w:tcW w:type="dxa" w:w="2351"/>
          </w:tcPr>
          <w:p/>
        </w:tc>
        <w:tc>
          <w:tcPr>
            <w:tcW w:type="dxa" w:w="2351"/>
          </w:tcPr>
          <w:p/>
        </w:tc>
        <w:tc>
          <w:tcPr>
            <w:tcW w:type="dxa" w:w="2351"/>
          </w:tcPr>
          <w:p/>
        </w:tc>
        <w:tc>
          <w:tcPr>
            <w:tcW w:type="dxa" w:w="2351"/>
          </w:tcPr>
          <w:p>
            <w:r>
              <w:t>die Stadtbezirke</w:t>
            </w:r>
            <w:r>
              <w:br/>
            </w:r>
            <w:r>
              <w:t>Bad Cannstatt, Botnang, Feuerbach, Mühlhausen, Münster, Obertürkheim, Stammheim, Stuttgart-Ost, Untertürkheim, Wangen, Weilimdorf, Zuffenhausen</w:t>
            </w:r>
          </w:p>
        </w:tc>
      </w:tr>
      <w:tr>
        <w:trPr>
          <w:cantSplit/>
        </w:trPr>
        <w:tc>
          <w:tcPr>
            <w:tcW w:type="dxa" w:w="2351"/>
          </w:tcPr>
          <w:p/>
        </w:tc>
        <w:tc>
          <w:tcPr>
            <w:tcW w:type="dxa" w:w="2351"/>
          </w:tcPr>
          <w:p/>
        </w:tc>
        <w:tc>
          <w:tcPr>
            <w:tcW w:type="dxa" w:w="4702"/>
            <w:gridSpan w:val="2"/>
          </w:tcPr>
          <w:p>
            <w:r>
              <w:t>(Übrige Stadtbezirke s. Wkr. 258)</w:t>
            </w:r>
          </w:p>
        </w:tc>
      </w:tr>
      <w:tr>
        <w:trPr>
          <w:cantSplit/>
        </w:trPr>
        <w:tc>
          <w:tcPr>
            <w:tcW w:type="dxa" w:w="2351"/>
          </w:tcPr>
          <w:p>
            <w:r>
              <w:t>260</w:t>
            </w:r>
          </w:p>
        </w:tc>
        <w:tc>
          <w:tcPr>
            <w:tcW w:type="dxa" w:w="2351"/>
          </w:tcPr>
          <w:p>
            <w:r>
              <w:t>Böblingen</w:t>
            </w:r>
          </w:p>
        </w:tc>
        <w:tc>
          <w:tcPr>
            <w:tcW w:type="dxa" w:w="4702"/>
            <w:gridSpan w:val="2"/>
          </w:tcPr>
          <w:p>
            <w:r>
              <w:t>Vom Landkreis Böblingen</w:t>
            </w:r>
          </w:p>
        </w:tc>
      </w:tr>
      <w:tr>
        <w:trPr>
          <w:cantSplit/>
        </w:trPr>
        <w:tc>
          <w:tcPr>
            <w:tcW w:type="dxa" w:w="2351"/>
          </w:tcPr>
          <w:p/>
        </w:tc>
        <w:tc>
          <w:tcPr>
            <w:tcW w:type="dxa" w:w="2351"/>
          </w:tcPr>
          <w:p/>
        </w:tc>
        <w:tc>
          <w:tcPr>
            <w:tcW w:type="dxa" w:w="2351"/>
          </w:tcPr>
          <w:p/>
        </w:tc>
        <w:tc>
          <w:tcPr>
            <w:tcW w:type="dxa" w:w="2351"/>
          </w:tcPr>
          <w:p>
            <w:r>
              <w:t>die Gemeinden</w:t>
            </w:r>
            <w:r>
              <w:br/>
            </w:r>
            <w:r>
              <w:t>Aidlingen, Altdorf, Böblingen, Bondorf, Deckenpfronn, Ehningen, Gärtringen, Gäufelden, Grafenau, Herrenberg, Hildrizhausen, Holzgerlingen, Jettingen, Leonberg, Magstadt, Mötzingen, Nufringen, Renningen, Rutesheim, Schönaich, Sindelfingen, Weil der Stadt, Weil im Schönbuch</w:t>
            </w:r>
          </w:p>
        </w:tc>
      </w:tr>
      <w:tr>
        <w:trPr>
          <w:cantSplit/>
        </w:trPr>
        <w:tc>
          <w:tcPr>
            <w:tcW w:type="dxa" w:w="2351"/>
          </w:tcPr>
          <w:p/>
        </w:tc>
        <w:tc>
          <w:tcPr>
            <w:tcW w:type="dxa" w:w="2351"/>
          </w:tcPr>
          <w:p/>
        </w:tc>
        <w:tc>
          <w:tcPr>
            <w:tcW w:type="dxa" w:w="4702"/>
            <w:gridSpan w:val="2"/>
          </w:tcPr>
          <w:p>
            <w:r>
              <w:t>(Übrige Gemeinden s. Wkr. 262, 265)</w:t>
            </w:r>
          </w:p>
        </w:tc>
      </w:tr>
      <w:tr>
        <w:trPr>
          <w:cantSplit/>
        </w:trPr>
        <w:tc>
          <w:tcPr>
            <w:tcW w:type="dxa" w:w="2351"/>
          </w:tcPr>
          <w:p>
            <w:r>
              <w:t>261</w:t>
            </w:r>
          </w:p>
        </w:tc>
        <w:tc>
          <w:tcPr>
            <w:tcW w:type="dxa" w:w="2351"/>
          </w:tcPr>
          <w:p>
            <w:r>
              <w:t>Esslingen</w:t>
            </w:r>
          </w:p>
        </w:tc>
        <w:tc>
          <w:tcPr>
            <w:tcW w:type="dxa" w:w="4702"/>
            <w:gridSpan w:val="2"/>
          </w:tcPr>
          <w:p>
            <w:r>
              <w:t>Vom Landkreis Esslingen</w:t>
            </w:r>
          </w:p>
        </w:tc>
      </w:tr>
      <w:tr>
        <w:trPr>
          <w:cantSplit/>
        </w:trPr>
        <w:tc>
          <w:tcPr>
            <w:tcW w:type="dxa" w:w="2351"/>
          </w:tcPr>
          <w:p/>
        </w:tc>
        <w:tc>
          <w:tcPr>
            <w:tcW w:type="dxa" w:w="2351"/>
          </w:tcPr>
          <w:p/>
        </w:tc>
        <w:tc>
          <w:tcPr>
            <w:tcW w:type="dxa" w:w="2351"/>
          </w:tcPr>
          <w:p/>
        </w:tc>
        <w:tc>
          <w:tcPr>
            <w:tcW w:type="dxa" w:w="2351"/>
          </w:tcPr>
          <w:p>
            <w:r>
              <w:t>die Gemeinden</w:t>
            </w:r>
            <w:r>
              <w:br/>
            </w:r>
            <w:r>
              <w:t>Aichwald, Altbach, Baltmannsweiler, Deizisau, Denkendorf, Esslingen am Neckar, Hochdorf, Köngen, Lichtenwald, Neuhausen auf den Fildern, Ostfildern, Plochingen, Reichenbach an der Fils, Wendlingen am Neckar, Wernau (Neckar)</w:t>
            </w:r>
          </w:p>
        </w:tc>
      </w:tr>
      <w:tr>
        <w:trPr>
          <w:cantSplit/>
        </w:trPr>
        <w:tc>
          <w:tcPr>
            <w:tcW w:type="dxa" w:w="2351"/>
          </w:tcPr>
          <w:p/>
        </w:tc>
        <w:tc>
          <w:tcPr>
            <w:tcW w:type="dxa" w:w="2351"/>
          </w:tcPr>
          <w:p/>
        </w:tc>
        <w:tc>
          <w:tcPr>
            <w:tcW w:type="dxa" w:w="4702"/>
            <w:gridSpan w:val="2"/>
          </w:tcPr>
          <w:p>
            <w:r>
              <w:t>(Übrige Gemeinden s. Wkr. 262)</w:t>
            </w:r>
          </w:p>
        </w:tc>
      </w:tr>
      <w:tr>
        <w:trPr>
          <w:cantSplit/>
        </w:trPr>
        <w:tc>
          <w:tcPr>
            <w:tcW w:type="dxa" w:w="2351"/>
          </w:tcPr>
          <w:p>
            <w:r>
              <w:t>262</w:t>
            </w:r>
          </w:p>
        </w:tc>
        <w:tc>
          <w:tcPr>
            <w:tcW w:type="dxa" w:w="2351"/>
          </w:tcPr>
          <w:p>
            <w:r>
              <w:t>Nürtingen</w:t>
            </w:r>
          </w:p>
        </w:tc>
        <w:tc>
          <w:tcPr>
            <w:tcW w:type="dxa" w:w="4702"/>
            <w:gridSpan w:val="2"/>
          </w:tcPr>
          <w:p>
            <w:r>
              <w:t>Vom Landkreis Böblingen</w:t>
            </w:r>
          </w:p>
        </w:tc>
      </w:tr>
      <w:tr>
        <w:trPr>
          <w:cantSplit/>
        </w:trPr>
        <w:tc>
          <w:tcPr>
            <w:tcW w:type="dxa" w:w="2351"/>
          </w:tcPr>
          <w:p/>
        </w:tc>
        <w:tc>
          <w:tcPr>
            <w:tcW w:type="dxa" w:w="2351"/>
          </w:tcPr>
          <w:p/>
        </w:tc>
        <w:tc>
          <w:tcPr>
            <w:tcW w:type="dxa" w:w="2351"/>
          </w:tcPr>
          <w:p/>
        </w:tc>
        <w:tc>
          <w:tcPr>
            <w:tcW w:type="dxa" w:w="2351"/>
          </w:tcPr>
          <w:p>
            <w:r>
              <w:t>die Gemeinden</w:t>
            </w:r>
            <w:r>
              <w:br/>
            </w:r>
            <w:r>
              <w:t>Steinenbronn, Waldenbuch</w:t>
            </w:r>
          </w:p>
        </w:tc>
      </w:tr>
      <w:tr>
        <w:trPr>
          <w:cantSplit/>
        </w:trPr>
        <w:tc>
          <w:tcPr>
            <w:tcW w:type="dxa" w:w="2351"/>
          </w:tcPr>
          <w:p/>
        </w:tc>
        <w:tc>
          <w:tcPr>
            <w:tcW w:type="dxa" w:w="2351"/>
          </w:tcPr>
          <w:p/>
        </w:tc>
        <w:tc>
          <w:tcPr>
            <w:tcW w:type="dxa" w:w="4702"/>
            <w:gridSpan w:val="2"/>
          </w:tcPr>
          <w:p>
            <w:r>
              <w:t>(Übrige Gemeinden s. Wkr. 260, 265)</w:t>
            </w:r>
          </w:p>
        </w:tc>
      </w:tr>
      <w:tr>
        <w:trPr>
          <w:cantSplit/>
        </w:trPr>
        <w:tc>
          <w:tcPr>
            <w:tcW w:type="dxa" w:w="2351"/>
          </w:tcPr>
          <w:p/>
        </w:tc>
        <w:tc>
          <w:tcPr>
            <w:tcW w:type="dxa" w:w="2351"/>
          </w:tcPr>
          <w:p/>
        </w:tc>
        <w:tc>
          <w:tcPr>
            <w:tcW w:type="dxa" w:w="4702"/>
            <w:gridSpan w:val="2"/>
          </w:tcPr>
          <w:p>
            <w:r>
              <w:t>vom Landkreis Esslingen</w:t>
            </w:r>
          </w:p>
        </w:tc>
      </w:tr>
      <w:tr>
        <w:trPr>
          <w:cantSplit/>
        </w:trPr>
        <w:tc>
          <w:tcPr>
            <w:tcW w:type="dxa" w:w="2351"/>
          </w:tcPr>
          <w:p/>
        </w:tc>
        <w:tc>
          <w:tcPr>
            <w:tcW w:type="dxa" w:w="2351"/>
          </w:tcPr>
          <w:p/>
        </w:tc>
        <w:tc>
          <w:tcPr>
            <w:tcW w:type="dxa" w:w="2351"/>
          </w:tcPr>
          <w:p/>
        </w:tc>
        <w:tc>
          <w:tcPr>
            <w:tcW w:type="dxa" w:w="2351"/>
          </w:tcPr>
          <w:p>
            <w:r>
              <w:t>die Gemeinden</w:t>
            </w:r>
            <w:r>
              <w:br/>
            </w:r>
            <w:r>
              <w:t>Aichtal, Altdorf, Altenriet, Bempflingen, Beuren, Bissingen an der Teck, Dettingen unter Teck, Erkenbrechtsweiler, Filderstadt, Frickenhausen, Großbettlingen, Holzmaden, Kirchheim unter Teck, Kohlberg, Leinfelden-Echterdingen, Lenningen, Neckartailfingen, Neckartenzlingen, Neidlingen, Neuffen, Notzingen, Nürtingen, Oberboihingen, Ohmden, Owen, Schlaitdorf, Unterensingen, Weilheim an der Teck, Wolfschlugen</w:t>
            </w:r>
          </w:p>
        </w:tc>
      </w:tr>
      <w:tr>
        <w:trPr>
          <w:cantSplit/>
        </w:trPr>
        <w:tc>
          <w:tcPr>
            <w:tcW w:type="dxa" w:w="2351"/>
          </w:tcPr>
          <w:p/>
        </w:tc>
        <w:tc>
          <w:tcPr>
            <w:tcW w:type="dxa" w:w="2351"/>
          </w:tcPr>
          <w:p/>
        </w:tc>
        <w:tc>
          <w:tcPr>
            <w:tcW w:type="dxa" w:w="4702"/>
            <w:gridSpan w:val="2"/>
          </w:tcPr>
          <w:p>
            <w:r>
              <w:t>(Übrige Gemeinden s. Wkr. 261)</w:t>
            </w:r>
          </w:p>
        </w:tc>
      </w:tr>
      <w:tr>
        <w:trPr>
          <w:cantSplit/>
        </w:trPr>
        <w:tc>
          <w:tcPr>
            <w:tcW w:type="dxa" w:w="2351"/>
          </w:tcPr>
          <w:p>
            <w:r>
              <w:t>263</w:t>
            </w:r>
          </w:p>
        </w:tc>
        <w:tc>
          <w:tcPr>
            <w:tcW w:type="dxa" w:w="2351"/>
          </w:tcPr>
          <w:p>
            <w:r>
              <w:t>Göppingen</w:t>
            </w:r>
          </w:p>
        </w:tc>
        <w:tc>
          <w:tcPr>
            <w:tcW w:type="dxa" w:w="4702"/>
            <w:gridSpan w:val="2"/>
          </w:tcPr>
          <w:p>
            <w:r>
              <w:t>Landkreis Göppingen</w:t>
            </w:r>
          </w:p>
        </w:tc>
      </w:tr>
      <w:tr>
        <w:trPr>
          <w:cantSplit/>
        </w:trPr>
        <w:tc>
          <w:tcPr>
            <w:tcW w:type="dxa" w:w="2351"/>
          </w:tcPr>
          <w:p>
            <w:r>
              <w:t>264</w:t>
            </w:r>
          </w:p>
        </w:tc>
        <w:tc>
          <w:tcPr>
            <w:tcW w:type="dxa" w:w="2351"/>
          </w:tcPr>
          <w:p>
            <w:r>
              <w:t>Waiblingen</w:t>
            </w:r>
          </w:p>
        </w:tc>
        <w:tc>
          <w:tcPr>
            <w:tcW w:type="dxa" w:w="4702"/>
            <w:gridSpan w:val="2"/>
          </w:tcPr>
          <w:p>
            <w:r>
              <w:t>Vom Rems-Murr-Kreis</w:t>
            </w:r>
          </w:p>
        </w:tc>
      </w:tr>
      <w:tr>
        <w:trPr>
          <w:cantSplit/>
        </w:trPr>
        <w:tc>
          <w:tcPr>
            <w:tcW w:type="dxa" w:w="2351"/>
          </w:tcPr>
          <w:p/>
        </w:tc>
        <w:tc>
          <w:tcPr>
            <w:tcW w:type="dxa" w:w="2351"/>
          </w:tcPr>
          <w:p/>
        </w:tc>
        <w:tc>
          <w:tcPr>
            <w:tcW w:type="dxa" w:w="2351"/>
          </w:tcPr>
          <w:p/>
        </w:tc>
        <w:tc>
          <w:tcPr>
            <w:tcW w:type="dxa" w:w="2351"/>
          </w:tcPr>
          <w:p>
            <w:r>
              <w:t>die Gemeinden</w:t>
            </w:r>
            <w:r>
              <w:br/>
            </w:r>
            <w:r>
              <w:t>Alfdorf, Berglen, Fellbach, Kaisersbach, Kernen im Remstal, Korb, Leutenbach, Plüderhausen, Remshalden, Rudersberg, Schorndorf, Schwaikheim, Urbach, Waiblingen, Weinstadt, Welzheim, Winnenden, Winterbach</w:t>
            </w:r>
          </w:p>
        </w:tc>
      </w:tr>
      <w:tr>
        <w:trPr>
          <w:cantSplit/>
        </w:trPr>
        <w:tc>
          <w:tcPr>
            <w:tcW w:type="dxa" w:w="2351"/>
          </w:tcPr>
          <w:p/>
        </w:tc>
        <w:tc>
          <w:tcPr>
            <w:tcW w:type="dxa" w:w="2351"/>
          </w:tcPr>
          <w:p/>
        </w:tc>
        <w:tc>
          <w:tcPr>
            <w:tcW w:type="dxa" w:w="4702"/>
            <w:gridSpan w:val="2"/>
          </w:tcPr>
          <w:p>
            <w:r>
              <w:t>(Übrige Gemeinden s. Wkr. 269)</w:t>
            </w:r>
          </w:p>
        </w:tc>
      </w:tr>
      <w:tr>
        <w:trPr>
          <w:cantSplit/>
        </w:trPr>
        <w:tc>
          <w:tcPr>
            <w:tcW w:type="dxa" w:w="2351"/>
          </w:tcPr>
          <w:p>
            <w:r>
              <w:t>265</w:t>
            </w:r>
          </w:p>
        </w:tc>
        <w:tc>
          <w:tcPr>
            <w:tcW w:type="dxa" w:w="2351"/>
          </w:tcPr>
          <w:p>
            <w:r>
              <w:t>Ludwigsburg</w:t>
            </w:r>
          </w:p>
        </w:tc>
        <w:tc>
          <w:tcPr>
            <w:tcW w:type="dxa" w:w="4702"/>
            <w:gridSpan w:val="2"/>
          </w:tcPr>
          <w:p>
            <w:r>
              <w:t>Vom Landkreis Böblingen</w:t>
            </w:r>
          </w:p>
        </w:tc>
      </w:tr>
      <w:tr>
        <w:trPr>
          <w:cantSplit/>
        </w:trPr>
        <w:tc>
          <w:tcPr>
            <w:tcW w:type="dxa" w:w="2351"/>
          </w:tcPr>
          <w:p/>
        </w:tc>
        <w:tc>
          <w:tcPr>
            <w:tcW w:type="dxa" w:w="2351"/>
          </w:tcPr>
          <w:p/>
        </w:tc>
        <w:tc>
          <w:tcPr>
            <w:tcW w:type="dxa" w:w="2351"/>
          </w:tcPr>
          <w:p/>
        </w:tc>
        <w:tc>
          <w:tcPr>
            <w:tcW w:type="dxa" w:w="2351"/>
          </w:tcPr>
          <w:p>
            <w:r>
              <w:t>die Gemeinde Weissach</w:t>
            </w:r>
          </w:p>
        </w:tc>
      </w:tr>
      <w:tr>
        <w:trPr>
          <w:cantSplit/>
        </w:trPr>
        <w:tc>
          <w:tcPr>
            <w:tcW w:type="dxa" w:w="2351"/>
          </w:tcPr>
          <w:p/>
        </w:tc>
        <w:tc>
          <w:tcPr>
            <w:tcW w:type="dxa" w:w="2351"/>
          </w:tcPr>
          <w:p/>
        </w:tc>
        <w:tc>
          <w:tcPr>
            <w:tcW w:type="dxa" w:w="4702"/>
            <w:gridSpan w:val="2"/>
          </w:tcPr>
          <w:p>
            <w:r>
              <w:t>(Übrige Gemeinden s. Wkr. 260, 262)</w:t>
            </w:r>
          </w:p>
        </w:tc>
      </w:tr>
      <w:tr>
        <w:trPr>
          <w:cantSplit/>
        </w:trPr>
        <w:tc>
          <w:tcPr>
            <w:tcW w:type="dxa" w:w="2351"/>
          </w:tcPr>
          <w:p/>
        </w:tc>
        <w:tc>
          <w:tcPr>
            <w:tcW w:type="dxa" w:w="2351"/>
          </w:tcPr>
          <w:p/>
        </w:tc>
        <w:tc>
          <w:tcPr>
            <w:tcW w:type="dxa" w:w="4702"/>
            <w:gridSpan w:val="2"/>
          </w:tcPr>
          <w:p>
            <w:r>
              <w:t>vom Landkreis Ludwigsburg</w:t>
            </w:r>
          </w:p>
        </w:tc>
      </w:tr>
      <w:tr>
        <w:trPr>
          <w:cantSplit/>
        </w:trPr>
        <w:tc>
          <w:tcPr>
            <w:tcW w:type="dxa" w:w="2351"/>
          </w:tcPr>
          <w:p/>
        </w:tc>
        <w:tc>
          <w:tcPr>
            <w:tcW w:type="dxa" w:w="2351"/>
          </w:tcPr>
          <w:p/>
        </w:tc>
        <w:tc>
          <w:tcPr>
            <w:tcW w:type="dxa" w:w="2351"/>
          </w:tcPr>
          <w:p/>
        </w:tc>
        <w:tc>
          <w:tcPr>
            <w:tcW w:type="dxa" w:w="2351"/>
          </w:tcPr>
          <w:p>
            <w:r>
              <w:t>die Gemeinden</w:t>
            </w:r>
            <w:r>
              <w:br/>
            </w:r>
            <w:r>
              <w:t>Asperg, Ditzingen, Eberdingen, Gerlingen, Hemmingen, Korntal-Münchingen, Kornwestheim, Ludwigsburg, Markgröningen, Möglingen, Oberriexingen, Remseck am Neckar, Schwieberdingen, Sersheim, Vaihingen an der Enz</w:t>
            </w:r>
          </w:p>
        </w:tc>
      </w:tr>
      <w:tr>
        <w:trPr>
          <w:cantSplit/>
        </w:trPr>
        <w:tc>
          <w:tcPr>
            <w:tcW w:type="dxa" w:w="2351"/>
          </w:tcPr>
          <w:p/>
        </w:tc>
        <w:tc>
          <w:tcPr>
            <w:tcW w:type="dxa" w:w="2351"/>
          </w:tcPr>
          <w:p/>
        </w:tc>
        <w:tc>
          <w:tcPr>
            <w:tcW w:type="dxa" w:w="4702"/>
            <w:gridSpan w:val="2"/>
          </w:tcPr>
          <w:p>
            <w:r>
              <w:t>(Übrige Gemeinden s. Wkr. 266)</w:t>
            </w:r>
          </w:p>
        </w:tc>
      </w:tr>
      <w:tr>
        <w:trPr>
          <w:cantSplit/>
        </w:trPr>
        <w:tc>
          <w:tcPr>
            <w:tcW w:type="dxa" w:w="2351"/>
          </w:tcPr>
          <w:p>
            <w:r>
              <w:t>266</w:t>
            </w:r>
          </w:p>
        </w:tc>
        <w:tc>
          <w:tcPr>
            <w:tcW w:type="dxa" w:w="2351"/>
          </w:tcPr>
          <w:p>
            <w:r>
              <w:t>Neckar-Zaber</w:t>
            </w:r>
          </w:p>
        </w:tc>
        <w:tc>
          <w:tcPr>
            <w:tcW w:type="dxa" w:w="4702"/>
            <w:gridSpan w:val="2"/>
          </w:tcPr>
          <w:p>
            <w:r>
              <w:t>Vom Landkreis Heilbronn</w:t>
            </w:r>
          </w:p>
        </w:tc>
      </w:tr>
      <w:tr>
        <w:trPr>
          <w:cantSplit/>
        </w:trPr>
        <w:tc>
          <w:tcPr>
            <w:tcW w:type="dxa" w:w="2351"/>
          </w:tcPr>
          <w:p/>
        </w:tc>
        <w:tc>
          <w:tcPr>
            <w:tcW w:type="dxa" w:w="2351"/>
          </w:tcPr>
          <w:p/>
        </w:tc>
        <w:tc>
          <w:tcPr>
            <w:tcW w:type="dxa" w:w="2351"/>
          </w:tcPr>
          <w:p/>
        </w:tc>
        <w:tc>
          <w:tcPr>
            <w:tcW w:type="dxa" w:w="2351"/>
          </w:tcPr>
          <w:p>
            <w:r>
              <w:t>die Gemeinden</w:t>
            </w:r>
            <w:r>
              <w:br/>
            </w:r>
            <w:r>
              <w:t>Abstatt, Beilstein, Brackenheim, Cleebronn, Flein, Güglingen, Ilsfeld, Lauffen am Neckar, Leingarten, Neckarwestheim, Nordheim, Pfaffenhofen, Talheim, Untergruppenbach, Zaberfeld</w:t>
            </w:r>
          </w:p>
        </w:tc>
      </w:tr>
      <w:tr>
        <w:trPr>
          <w:cantSplit/>
        </w:trPr>
        <w:tc>
          <w:tcPr>
            <w:tcW w:type="dxa" w:w="2351"/>
          </w:tcPr>
          <w:p/>
        </w:tc>
        <w:tc>
          <w:tcPr>
            <w:tcW w:type="dxa" w:w="2351"/>
          </w:tcPr>
          <w:p/>
        </w:tc>
        <w:tc>
          <w:tcPr>
            <w:tcW w:type="dxa" w:w="4702"/>
            <w:gridSpan w:val="2"/>
          </w:tcPr>
          <w:p>
            <w:r>
              <w:t>(Übrige Gemeinden s. Wkr. 267)</w:t>
            </w:r>
          </w:p>
        </w:tc>
      </w:tr>
      <w:tr>
        <w:trPr>
          <w:cantSplit/>
        </w:trPr>
        <w:tc>
          <w:tcPr>
            <w:tcW w:type="dxa" w:w="2351"/>
          </w:tcPr>
          <w:p/>
        </w:tc>
        <w:tc>
          <w:tcPr>
            <w:tcW w:type="dxa" w:w="2351"/>
          </w:tcPr>
          <w:p/>
        </w:tc>
        <w:tc>
          <w:tcPr>
            <w:tcW w:type="dxa" w:w="4702"/>
            <w:gridSpan w:val="2"/>
          </w:tcPr>
          <w:p>
            <w:r>
              <w:t>vom Landkreis Ludwigsburg</w:t>
            </w:r>
          </w:p>
        </w:tc>
      </w:tr>
      <w:tr>
        <w:trPr>
          <w:cantSplit/>
        </w:trPr>
        <w:tc>
          <w:tcPr>
            <w:tcW w:type="dxa" w:w="2351"/>
          </w:tcPr>
          <w:p/>
        </w:tc>
        <w:tc>
          <w:tcPr>
            <w:tcW w:type="dxa" w:w="2351"/>
          </w:tcPr>
          <w:p/>
        </w:tc>
        <w:tc>
          <w:tcPr>
            <w:tcW w:type="dxa" w:w="2351"/>
          </w:tcPr>
          <w:p/>
        </w:tc>
        <w:tc>
          <w:tcPr>
            <w:tcW w:type="dxa" w:w="2351"/>
          </w:tcPr>
          <w:p>
            <w:r>
              <w:t>die Gemeinden</w:t>
            </w:r>
            <w:r>
              <w:br/>
            </w:r>
            <w:r>
              <w:t>Affalterbach, Benningen am Neckar, Besigheim, Bietigheim-Bissingen, Bönnigheim, Erdmannhausen, Erligheim, Freiberg am Neckar, Freudental, Gemmrigheim, Großbottwar, Hessigheim, Ingersheim, Kirchheim am Neckar, Löchgau, Marbach am Neckar, Mundelsheim, Murr, Oberstenfeld, Pleidelsheim, Sachsenheim, Steinheim an der Murr, Tamm, Walheim</w:t>
            </w:r>
          </w:p>
        </w:tc>
      </w:tr>
      <w:tr>
        <w:trPr>
          <w:cantSplit/>
        </w:trPr>
        <w:tc>
          <w:tcPr>
            <w:tcW w:type="dxa" w:w="2351"/>
          </w:tcPr>
          <w:p/>
        </w:tc>
        <w:tc>
          <w:tcPr>
            <w:tcW w:type="dxa" w:w="2351"/>
          </w:tcPr>
          <w:p/>
        </w:tc>
        <w:tc>
          <w:tcPr>
            <w:tcW w:type="dxa" w:w="4702"/>
            <w:gridSpan w:val="2"/>
          </w:tcPr>
          <w:p>
            <w:r>
              <w:t>(Übrige Gemeinden s. Wkr. 265)</w:t>
            </w:r>
          </w:p>
        </w:tc>
      </w:tr>
      <w:tr>
        <w:trPr>
          <w:cantSplit/>
        </w:trPr>
        <w:tc>
          <w:tcPr>
            <w:tcW w:type="dxa" w:w="2351"/>
          </w:tcPr>
          <w:p>
            <w:r>
              <w:t>267</w:t>
            </w:r>
          </w:p>
        </w:tc>
        <w:tc>
          <w:tcPr>
            <w:tcW w:type="dxa" w:w="2351"/>
          </w:tcPr>
          <w:p>
            <w:r>
              <w:t>Heilbronn</w:t>
            </w:r>
          </w:p>
        </w:tc>
        <w:tc>
          <w:tcPr>
            <w:tcW w:type="dxa" w:w="4702"/>
            <w:gridSpan w:val="2"/>
          </w:tcPr>
          <w:p>
            <w:r>
              <w:t>Stadtkreis Heilbronn</w:t>
            </w:r>
          </w:p>
        </w:tc>
      </w:tr>
      <w:tr>
        <w:trPr>
          <w:cantSplit/>
        </w:trPr>
        <w:tc>
          <w:tcPr>
            <w:tcW w:type="dxa" w:w="2351"/>
          </w:tcPr>
          <w:p/>
        </w:tc>
        <w:tc>
          <w:tcPr>
            <w:tcW w:type="dxa" w:w="2351"/>
          </w:tcPr>
          <w:p/>
        </w:tc>
        <w:tc>
          <w:tcPr>
            <w:tcW w:type="dxa" w:w="4702"/>
            <w:gridSpan w:val="2"/>
          </w:tcPr>
          <w:p>
            <w:r>
              <w:t>vom Landkreis Heilbronn</w:t>
            </w:r>
          </w:p>
        </w:tc>
      </w:tr>
      <w:tr>
        <w:trPr>
          <w:cantSplit/>
        </w:trPr>
        <w:tc>
          <w:tcPr>
            <w:tcW w:type="dxa" w:w="2351"/>
          </w:tcPr>
          <w:p/>
        </w:tc>
        <w:tc>
          <w:tcPr>
            <w:tcW w:type="dxa" w:w="2351"/>
          </w:tcPr>
          <w:p/>
        </w:tc>
        <w:tc>
          <w:tcPr>
            <w:tcW w:type="dxa" w:w="2351"/>
          </w:tcPr>
          <w:p/>
        </w:tc>
        <w:tc>
          <w:tcPr>
            <w:tcW w:type="dxa" w:w="2351"/>
          </w:tcPr>
          <w:p>
            <w:r>
              <w:t>die Gemeinden</w:t>
            </w:r>
            <w:r>
              <w:br/>
            </w:r>
            <w:r>
              <w:t>Bad Friedrichshall, Bad Rappenau, Bad Wimpfen, Eberstadt, Ellhofen, Eppingen, Erlenbach, Gemmingen, Gundelsheim, Hardthausen am Kocher, Ittlingen, Jagsthausen, Kirchardt, Langenbrettach, Lehrensteinsfeld, Löwenstein, Massenbachhausen, Möckmühl, Neckarsulm, Neudenau, Neuenstadt am Kocher, Obersulm, Oedheim, Offenau, Roigheim, Schwaigern, Siegelsbach, Untereisesheim, Weinsberg, Widdern, Wüstenrot</w:t>
            </w:r>
          </w:p>
        </w:tc>
      </w:tr>
      <w:tr>
        <w:trPr>
          <w:cantSplit/>
        </w:trPr>
        <w:tc>
          <w:tcPr>
            <w:tcW w:type="dxa" w:w="2351"/>
          </w:tcPr>
          <w:p/>
        </w:tc>
        <w:tc>
          <w:tcPr>
            <w:tcW w:type="dxa" w:w="2351"/>
          </w:tcPr>
          <w:p/>
        </w:tc>
        <w:tc>
          <w:tcPr>
            <w:tcW w:type="dxa" w:w="4702"/>
            <w:gridSpan w:val="2"/>
          </w:tcPr>
          <w:p>
            <w:r>
              <w:t>(Übrige Gemeinden s. Wkr. 266)</w:t>
            </w:r>
          </w:p>
        </w:tc>
      </w:tr>
      <w:tr>
        <w:trPr>
          <w:cantSplit/>
        </w:trPr>
        <w:tc>
          <w:tcPr>
            <w:tcW w:type="dxa" w:w="2351"/>
          </w:tcPr>
          <w:p>
            <w:r>
              <w:t>268</w:t>
            </w:r>
          </w:p>
        </w:tc>
        <w:tc>
          <w:tcPr>
            <w:tcW w:type="dxa" w:w="2351"/>
          </w:tcPr>
          <w:p>
            <w:r>
              <w:t>Schwäbisch Hall – Hohenlohe</w:t>
            </w:r>
          </w:p>
        </w:tc>
        <w:tc>
          <w:tcPr>
            <w:tcW w:type="dxa" w:w="4702"/>
            <w:gridSpan w:val="2"/>
          </w:tcPr>
          <w:p>
            <w:r>
              <w:t>Hohenlohekreis</w:t>
            </w:r>
          </w:p>
        </w:tc>
      </w:tr>
      <w:tr>
        <w:trPr>
          <w:cantSplit/>
        </w:trPr>
        <w:tc>
          <w:tcPr>
            <w:tcW w:type="dxa" w:w="2351"/>
          </w:tcPr>
          <w:p/>
        </w:tc>
        <w:tc>
          <w:tcPr>
            <w:tcW w:type="dxa" w:w="2351"/>
          </w:tcPr>
          <w:p/>
        </w:tc>
        <w:tc>
          <w:tcPr>
            <w:tcW w:type="dxa" w:w="4702"/>
            <w:gridSpan w:val="2"/>
          </w:tcPr>
          <w:p>
            <w:r>
              <w:t>Landkreis Schwäbisch Hall</w:t>
            </w:r>
          </w:p>
        </w:tc>
      </w:tr>
      <w:tr>
        <w:trPr>
          <w:cantSplit/>
        </w:trPr>
        <w:tc>
          <w:tcPr>
            <w:tcW w:type="dxa" w:w="2351"/>
          </w:tcPr>
          <w:p>
            <w:r>
              <w:t>269</w:t>
            </w:r>
          </w:p>
        </w:tc>
        <w:tc>
          <w:tcPr>
            <w:tcW w:type="dxa" w:w="2351"/>
          </w:tcPr>
          <w:p>
            <w:r>
              <w:t>Backnang – Schwäbisch Gmünd</w:t>
            </w:r>
          </w:p>
        </w:tc>
        <w:tc>
          <w:tcPr>
            <w:tcW w:type="dxa" w:w="4702"/>
            <w:gridSpan w:val="2"/>
          </w:tcPr>
          <w:p>
            <w:r>
              <w:t>Vom Ostalbkreis</w:t>
            </w:r>
          </w:p>
        </w:tc>
      </w:tr>
      <w:tr>
        <w:trPr>
          <w:cantSplit/>
        </w:trPr>
        <w:tc>
          <w:tcPr>
            <w:tcW w:type="dxa" w:w="2351"/>
          </w:tcPr>
          <w:p/>
        </w:tc>
        <w:tc>
          <w:tcPr>
            <w:tcW w:type="dxa" w:w="2351"/>
          </w:tcPr>
          <w:p/>
        </w:tc>
        <w:tc>
          <w:tcPr>
            <w:tcW w:type="dxa" w:w="2351"/>
          </w:tcPr>
          <w:p/>
        </w:tc>
        <w:tc>
          <w:tcPr>
            <w:tcW w:type="dxa" w:w="2351"/>
          </w:tcPr>
          <w:p>
            <w:r>
              <w:t>die Gemeinden</w:t>
            </w:r>
            <w:r>
              <w:br/>
            </w:r>
            <w:r>
              <w:t>Abtsgmünd, Bartholomä, Böbingen an der Rems, Durlangen, Eschach, Göggingen, Gschwend, Heubach, Heuchlingen, Iggingen, Leinzell, Lorch, Mögglingen, Mutlangen, Obergröningen, Ruppertshofen, Schechingen, Schwäbisch Gmünd, Spraitbach, Täferrot, Waldstetten</w:t>
            </w:r>
          </w:p>
        </w:tc>
      </w:tr>
      <w:tr>
        <w:trPr>
          <w:cantSplit/>
        </w:trPr>
        <w:tc>
          <w:tcPr>
            <w:tcW w:type="dxa" w:w="2351"/>
          </w:tcPr>
          <w:p/>
        </w:tc>
        <w:tc>
          <w:tcPr>
            <w:tcW w:type="dxa" w:w="2351"/>
          </w:tcPr>
          <w:p/>
        </w:tc>
        <w:tc>
          <w:tcPr>
            <w:tcW w:type="dxa" w:w="4702"/>
            <w:gridSpan w:val="2"/>
          </w:tcPr>
          <w:p>
            <w:r>
              <w:t>(Übrige Gemeinden s. Wkr. 270)</w:t>
            </w:r>
          </w:p>
        </w:tc>
      </w:tr>
      <w:tr>
        <w:trPr>
          <w:cantSplit/>
        </w:trPr>
        <w:tc>
          <w:tcPr>
            <w:tcW w:type="dxa" w:w="2351"/>
          </w:tcPr>
          <w:p/>
        </w:tc>
        <w:tc>
          <w:tcPr>
            <w:tcW w:type="dxa" w:w="2351"/>
          </w:tcPr>
          <w:p/>
        </w:tc>
        <w:tc>
          <w:tcPr>
            <w:tcW w:type="dxa" w:w="4702"/>
            <w:gridSpan w:val="2"/>
          </w:tcPr>
          <w:p>
            <w:r>
              <w:t>vom Rems-Murr-Kreis</w:t>
            </w:r>
          </w:p>
        </w:tc>
      </w:tr>
      <w:tr>
        <w:trPr>
          <w:cantSplit/>
        </w:trPr>
        <w:tc>
          <w:tcPr>
            <w:tcW w:type="dxa" w:w="2351"/>
          </w:tcPr>
          <w:p/>
        </w:tc>
        <w:tc>
          <w:tcPr>
            <w:tcW w:type="dxa" w:w="2351"/>
          </w:tcPr>
          <w:p/>
        </w:tc>
        <w:tc>
          <w:tcPr>
            <w:tcW w:type="dxa" w:w="2351"/>
          </w:tcPr>
          <w:p/>
        </w:tc>
        <w:tc>
          <w:tcPr>
            <w:tcW w:type="dxa" w:w="2351"/>
          </w:tcPr>
          <w:p>
            <w:r>
              <w:t>die Gemeinden</w:t>
            </w:r>
            <w:r>
              <w:br/>
            </w:r>
            <w:r>
              <w:t>Allmersbach im Tal, Althütte, Aspach, Auenwald, Backnang, Burgstetten, Großerlach, Kirchberg an der Murr, Murrhardt, Oppenweiler, Spiegelberg, Sulzbach an der Murr, Weissach im Tal</w:t>
            </w:r>
          </w:p>
        </w:tc>
      </w:tr>
      <w:tr>
        <w:trPr>
          <w:cantSplit/>
        </w:trPr>
        <w:tc>
          <w:tcPr>
            <w:tcW w:type="dxa" w:w="2351"/>
          </w:tcPr>
          <w:p/>
        </w:tc>
        <w:tc>
          <w:tcPr>
            <w:tcW w:type="dxa" w:w="2351"/>
          </w:tcPr>
          <w:p/>
        </w:tc>
        <w:tc>
          <w:tcPr>
            <w:tcW w:type="dxa" w:w="4702"/>
            <w:gridSpan w:val="2"/>
          </w:tcPr>
          <w:p>
            <w:r>
              <w:t>(Übrige Gemeinden s. Wkr. 264)</w:t>
            </w:r>
          </w:p>
        </w:tc>
      </w:tr>
      <w:tr>
        <w:trPr>
          <w:cantSplit/>
        </w:trPr>
        <w:tc>
          <w:tcPr>
            <w:tcW w:type="dxa" w:w="2351"/>
          </w:tcPr>
          <w:p>
            <w:r>
              <w:t>270</w:t>
            </w:r>
          </w:p>
        </w:tc>
        <w:tc>
          <w:tcPr>
            <w:tcW w:type="dxa" w:w="2351"/>
          </w:tcPr>
          <w:p>
            <w:r>
              <w:t>Aalen – Heidenheim</w:t>
            </w:r>
          </w:p>
        </w:tc>
        <w:tc>
          <w:tcPr>
            <w:tcW w:type="dxa" w:w="4702"/>
            <w:gridSpan w:val="2"/>
          </w:tcPr>
          <w:p>
            <w:r>
              <w:t>Landkreis Heidenheim</w:t>
            </w:r>
          </w:p>
        </w:tc>
      </w:tr>
      <w:tr>
        <w:trPr>
          <w:cantSplit/>
        </w:trPr>
        <w:tc>
          <w:tcPr>
            <w:tcW w:type="dxa" w:w="2351"/>
          </w:tcPr>
          <w:p/>
        </w:tc>
        <w:tc>
          <w:tcPr>
            <w:tcW w:type="dxa" w:w="2351"/>
          </w:tcPr>
          <w:p/>
        </w:tc>
        <w:tc>
          <w:tcPr>
            <w:tcW w:type="dxa" w:w="4702"/>
            <w:gridSpan w:val="2"/>
          </w:tcPr>
          <w:p>
            <w:r>
              <w:t>vom Ostalbkreis</w:t>
            </w:r>
          </w:p>
        </w:tc>
      </w:tr>
      <w:tr>
        <w:trPr>
          <w:cantSplit/>
        </w:trPr>
        <w:tc>
          <w:tcPr>
            <w:tcW w:type="dxa" w:w="2351"/>
          </w:tcPr>
          <w:p/>
        </w:tc>
        <w:tc>
          <w:tcPr>
            <w:tcW w:type="dxa" w:w="2351"/>
          </w:tcPr>
          <w:p/>
        </w:tc>
        <w:tc>
          <w:tcPr>
            <w:tcW w:type="dxa" w:w="2351"/>
          </w:tcPr>
          <w:p/>
        </w:tc>
        <w:tc>
          <w:tcPr>
            <w:tcW w:type="dxa" w:w="2351"/>
          </w:tcPr>
          <w:p>
            <w:r>
              <w:t>die Gemeinden</w:t>
            </w:r>
            <w:r>
              <w:br/>
            </w:r>
            <w:r>
              <w:t>Aalen, Adelmannsfelden, Bopfingen, Ellenberg, Ellwangen (Jagst), Essingen, Hüttlingen, Jagstzell, Kirchheim am Ries, Lauchheim, Neresheim, Neuler, Oberkochen, Rainau, Riesbürg, Rosenberg, Stödtlen, Tannhausen, Unterschneidheim, Westhausen, Wört</w:t>
            </w:r>
          </w:p>
        </w:tc>
      </w:tr>
      <w:tr>
        <w:trPr>
          <w:cantSplit/>
        </w:trPr>
        <w:tc>
          <w:tcPr>
            <w:tcW w:type="dxa" w:w="2351"/>
          </w:tcPr>
          <w:p/>
        </w:tc>
        <w:tc>
          <w:tcPr>
            <w:tcW w:type="dxa" w:w="2351"/>
          </w:tcPr>
          <w:p/>
        </w:tc>
        <w:tc>
          <w:tcPr>
            <w:tcW w:type="dxa" w:w="4702"/>
            <w:gridSpan w:val="2"/>
          </w:tcPr>
          <w:p>
            <w:r>
              <w:t>(Übrige Gemeinden s. Wkr. 269)</w:t>
            </w:r>
          </w:p>
        </w:tc>
      </w:tr>
      <w:tr>
        <w:trPr>
          <w:cantSplit/>
        </w:trPr>
        <w:tc>
          <w:tcPr>
            <w:tcW w:type="dxa" w:w="2351"/>
          </w:tcPr>
          <w:p>
            <w:r>
              <w:t>271</w:t>
            </w:r>
          </w:p>
        </w:tc>
        <w:tc>
          <w:tcPr>
            <w:tcW w:type="dxa" w:w="2351"/>
          </w:tcPr>
          <w:p>
            <w:r>
              <w:t>Karlsruhe-Stadt</w:t>
            </w:r>
          </w:p>
        </w:tc>
        <w:tc>
          <w:tcPr>
            <w:tcW w:type="dxa" w:w="4702"/>
            <w:gridSpan w:val="2"/>
          </w:tcPr>
          <w:p>
            <w:r>
              <w:t>Stadtkreis Karlsruhe</w:t>
            </w:r>
          </w:p>
        </w:tc>
      </w:tr>
      <w:tr>
        <w:trPr>
          <w:cantSplit/>
        </w:trPr>
        <w:tc>
          <w:tcPr>
            <w:tcW w:type="dxa" w:w="2351"/>
          </w:tcPr>
          <w:p>
            <w:r>
              <w:t>272</w:t>
            </w:r>
          </w:p>
        </w:tc>
        <w:tc>
          <w:tcPr>
            <w:tcW w:type="dxa" w:w="2351"/>
          </w:tcPr>
          <w:p>
            <w:r>
              <w:t>Karlsruhe-Land</w:t>
            </w:r>
          </w:p>
        </w:tc>
        <w:tc>
          <w:tcPr>
            <w:tcW w:type="dxa" w:w="4702"/>
            <w:gridSpan w:val="2"/>
          </w:tcPr>
          <w:p>
            <w:r>
              <w:t>Vom Landkreis Karlsruhe</w:t>
            </w:r>
          </w:p>
        </w:tc>
      </w:tr>
      <w:tr>
        <w:trPr>
          <w:cantSplit/>
        </w:trPr>
        <w:tc>
          <w:tcPr>
            <w:tcW w:type="dxa" w:w="2351"/>
          </w:tcPr>
          <w:p/>
        </w:tc>
        <w:tc>
          <w:tcPr>
            <w:tcW w:type="dxa" w:w="2351"/>
          </w:tcPr>
          <w:p/>
        </w:tc>
        <w:tc>
          <w:tcPr>
            <w:tcW w:type="dxa" w:w="2351"/>
          </w:tcPr>
          <w:p/>
        </w:tc>
        <w:tc>
          <w:tcPr>
            <w:tcW w:type="dxa" w:w="2351"/>
          </w:tcPr>
          <w:p>
            <w:r>
              <w:t>die Gemeinden</w:t>
            </w:r>
            <w:r>
              <w:br/>
            </w:r>
            <w:r>
              <w:t>Bretten, Dettenheim, Eggenstein-Leopoldshafen, Ettlingen, Gondelsheim, Graben-Neudorf, Karlsbad, Kraichtal, Kürnbach, Linkenheim-Hochstetten, Malsch, Marxzell, Oberderdingen, Pfinztal, Rheinstetten, Stutensee, Sulzfeld, Waldbronn, Walzbachtal, Weingarten (Baden), Zaisenhausen</w:t>
            </w:r>
          </w:p>
        </w:tc>
      </w:tr>
      <w:tr>
        <w:trPr>
          <w:cantSplit/>
        </w:trPr>
        <w:tc>
          <w:tcPr>
            <w:tcW w:type="dxa" w:w="2351"/>
          </w:tcPr>
          <w:p/>
        </w:tc>
        <w:tc>
          <w:tcPr>
            <w:tcW w:type="dxa" w:w="2351"/>
          </w:tcPr>
          <w:p/>
        </w:tc>
        <w:tc>
          <w:tcPr>
            <w:tcW w:type="dxa" w:w="4702"/>
            <w:gridSpan w:val="2"/>
          </w:tcPr>
          <w:p>
            <w:r>
              <w:t>(Übrige Gemeinden s. Wkr. 278)</w:t>
            </w:r>
          </w:p>
        </w:tc>
      </w:tr>
      <w:tr>
        <w:trPr>
          <w:cantSplit/>
        </w:trPr>
        <w:tc>
          <w:tcPr>
            <w:tcW w:type="dxa" w:w="2351"/>
          </w:tcPr>
          <w:p>
            <w:r>
              <w:t>273</w:t>
            </w:r>
          </w:p>
        </w:tc>
        <w:tc>
          <w:tcPr>
            <w:tcW w:type="dxa" w:w="2351"/>
          </w:tcPr>
          <w:p>
            <w:r>
              <w:t>Rastatt</w:t>
            </w:r>
          </w:p>
        </w:tc>
        <w:tc>
          <w:tcPr>
            <w:tcW w:type="dxa" w:w="4702"/>
            <w:gridSpan w:val="2"/>
          </w:tcPr>
          <w:p>
            <w:r>
              <w:t>Stadtkreis Baden-Baden</w:t>
            </w:r>
          </w:p>
        </w:tc>
      </w:tr>
      <w:tr>
        <w:trPr>
          <w:cantSplit/>
        </w:trPr>
        <w:tc>
          <w:tcPr>
            <w:tcW w:type="dxa" w:w="2351"/>
          </w:tcPr>
          <w:p/>
        </w:tc>
        <w:tc>
          <w:tcPr>
            <w:tcW w:type="dxa" w:w="2351"/>
          </w:tcPr>
          <w:p/>
        </w:tc>
        <w:tc>
          <w:tcPr>
            <w:tcW w:type="dxa" w:w="4702"/>
            <w:gridSpan w:val="2"/>
          </w:tcPr>
          <w:p>
            <w:r>
              <w:t>Landkreis Rastatt</w:t>
            </w:r>
          </w:p>
        </w:tc>
      </w:tr>
      <w:tr>
        <w:trPr>
          <w:cantSplit/>
        </w:trPr>
        <w:tc>
          <w:tcPr>
            <w:tcW w:type="dxa" w:w="2351"/>
          </w:tcPr>
          <w:p>
            <w:r>
              <w:t>274</w:t>
            </w:r>
          </w:p>
        </w:tc>
        <w:tc>
          <w:tcPr>
            <w:tcW w:type="dxa" w:w="2351"/>
          </w:tcPr>
          <w:p>
            <w:r>
              <w:t>Heidelberg</w:t>
            </w:r>
          </w:p>
        </w:tc>
        <w:tc>
          <w:tcPr>
            <w:tcW w:type="dxa" w:w="4702"/>
            <w:gridSpan w:val="2"/>
          </w:tcPr>
          <w:p>
            <w:r>
              <w:t>Stadtkreis Heidelberg</w:t>
            </w:r>
          </w:p>
        </w:tc>
      </w:tr>
      <w:tr>
        <w:trPr>
          <w:cantSplit/>
        </w:trPr>
        <w:tc>
          <w:tcPr>
            <w:tcW w:type="dxa" w:w="2351"/>
          </w:tcPr>
          <w:p/>
        </w:tc>
        <w:tc>
          <w:tcPr>
            <w:tcW w:type="dxa" w:w="2351"/>
          </w:tcPr>
          <w:p/>
        </w:tc>
        <w:tc>
          <w:tcPr>
            <w:tcW w:type="dxa" w:w="4702"/>
            <w:gridSpan w:val="2"/>
          </w:tcPr>
          <w:p>
            <w:r>
              <w:t>vom Rhein-Neckar-Kreis</w:t>
            </w:r>
          </w:p>
        </w:tc>
      </w:tr>
      <w:tr>
        <w:trPr>
          <w:cantSplit/>
        </w:trPr>
        <w:tc>
          <w:tcPr>
            <w:tcW w:type="dxa" w:w="2351"/>
          </w:tcPr>
          <w:p/>
        </w:tc>
        <w:tc>
          <w:tcPr>
            <w:tcW w:type="dxa" w:w="2351"/>
          </w:tcPr>
          <w:p/>
        </w:tc>
        <w:tc>
          <w:tcPr>
            <w:tcW w:type="dxa" w:w="2351"/>
          </w:tcPr>
          <w:p/>
        </w:tc>
        <w:tc>
          <w:tcPr>
            <w:tcW w:type="dxa" w:w="2351"/>
          </w:tcPr>
          <w:p>
            <w:r>
              <w:t>die Gemeinden</w:t>
            </w:r>
            <w:r>
              <w:br/>
            </w:r>
            <w:r>
              <w:t>Dossenheim, Edingen-Neckarhausen, Eppelheim, Heddesheim, Hemsbach, Hirschberg an der Bergstraße, Ilvesheim, Ladenburg, Laudenbach, Schriesheim, Weinheim</w:t>
            </w:r>
          </w:p>
        </w:tc>
      </w:tr>
      <w:tr>
        <w:trPr>
          <w:cantSplit/>
        </w:trPr>
        <w:tc>
          <w:tcPr>
            <w:tcW w:type="dxa" w:w="2351"/>
          </w:tcPr>
          <w:p/>
        </w:tc>
        <w:tc>
          <w:tcPr>
            <w:tcW w:type="dxa" w:w="2351"/>
          </w:tcPr>
          <w:p/>
        </w:tc>
        <w:tc>
          <w:tcPr>
            <w:tcW w:type="dxa" w:w="4702"/>
            <w:gridSpan w:val="2"/>
          </w:tcPr>
          <w:p>
            <w:r>
              <w:t>(Übrige Gemeinden s. Wkr. 277, 278)</w:t>
            </w:r>
          </w:p>
        </w:tc>
      </w:tr>
      <w:tr>
        <w:trPr>
          <w:cantSplit/>
        </w:trPr>
        <w:tc>
          <w:tcPr>
            <w:tcW w:type="dxa" w:w="2351"/>
          </w:tcPr>
          <w:p>
            <w:r>
              <w:t>275</w:t>
            </w:r>
          </w:p>
        </w:tc>
        <w:tc>
          <w:tcPr>
            <w:tcW w:type="dxa" w:w="2351"/>
          </w:tcPr>
          <w:p>
            <w:r>
              <w:t>Mannheim</w:t>
            </w:r>
          </w:p>
        </w:tc>
        <w:tc>
          <w:tcPr>
            <w:tcW w:type="dxa" w:w="4702"/>
            <w:gridSpan w:val="2"/>
          </w:tcPr>
          <w:p>
            <w:r>
              <w:t>Stadtkreis Mannheim</w:t>
            </w:r>
          </w:p>
        </w:tc>
      </w:tr>
      <w:tr>
        <w:trPr>
          <w:cantSplit/>
        </w:trPr>
        <w:tc>
          <w:tcPr>
            <w:tcW w:type="dxa" w:w="2351"/>
          </w:tcPr>
          <w:p>
            <w:r>
              <w:t>276</w:t>
            </w:r>
          </w:p>
        </w:tc>
        <w:tc>
          <w:tcPr>
            <w:tcW w:type="dxa" w:w="2351"/>
          </w:tcPr>
          <w:p>
            <w:r>
              <w:t>Odenwald – Tauber</w:t>
            </w:r>
          </w:p>
        </w:tc>
        <w:tc>
          <w:tcPr>
            <w:tcW w:type="dxa" w:w="4702"/>
            <w:gridSpan w:val="2"/>
          </w:tcPr>
          <w:p>
            <w:r>
              <w:t>Main-Tauber-Kreis</w:t>
            </w:r>
          </w:p>
        </w:tc>
      </w:tr>
      <w:tr>
        <w:trPr>
          <w:cantSplit/>
        </w:trPr>
        <w:tc>
          <w:tcPr>
            <w:tcW w:type="dxa" w:w="2351"/>
          </w:tcPr>
          <w:p/>
        </w:tc>
        <w:tc>
          <w:tcPr>
            <w:tcW w:type="dxa" w:w="2351"/>
          </w:tcPr>
          <w:p/>
        </w:tc>
        <w:tc>
          <w:tcPr>
            <w:tcW w:type="dxa" w:w="4702"/>
            <w:gridSpan w:val="2"/>
          </w:tcPr>
          <w:p>
            <w:r>
              <w:t>Neckar-Odenwald-Kreis</w:t>
            </w:r>
          </w:p>
        </w:tc>
      </w:tr>
      <w:tr>
        <w:trPr>
          <w:cantSplit/>
        </w:trPr>
        <w:tc>
          <w:tcPr>
            <w:tcW w:type="dxa" w:w="2351"/>
          </w:tcPr>
          <w:p>
            <w:r>
              <w:t>277</w:t>
            </w:r>
          </w:p>
        </w:tc>
        <w:tc>
          <w:tcPr>
            <w:tcW w:type="dxa" w:w="2351"/>
          </w:tcPr>
          <w:p>
            <w:r>
              <w:t>Rhein-Neckar</w:t>
            </w:r>
          </w:p>
        </w:tc>
        <w:tc>
          <w:tcPr>
            <w:tcW w:type="dxa" w:w="4702"/>
            <w:gridSpan w:val="2"/>
          </w:tcPr>
          <w:p>
            <w:r>
              <w:t>Vom Rhein-Neckar-Kreis</w:t>
            </w:r>
          </w:p>
        </w:tc>
      </w:tr>
      <w:tr>
        <w:trPr>
          <w:cantSplit/>
        </w:trPr>
        <w:tc>
          <w:tcPr>
            <w:tcW w:type="dxa" w:w="2351"/>
          </w:tcPr>
          <w:p/>
        </w:tc>
        <w:tc>
          <w:tcPr>
            <w:tcW w:type="dxa" w:w="2351"/>
          </w:tcPr>
          <w:p/>
        </w:tc>
        <w:tc>
          <w:tcPr>
            <w:tcW w:type="dxa" w:w="2351"/>
          </w:tcPr>
          <w:p/>
        </w:tc>
        <w:tc>
          <w:tcPr>
            <w:tcW w:type="dxa" w:w="2351"/>
          </w:tcPr>
          <w:p>
            <w:r>
              <w:t>die Gemeinden</w:t>
            </w:r>
            <w:r>
              <w:br/>
            </w:r>
            <w:r>
              <w:t>Angelbachtal, Bammental, Dielheim, Eberbach, Epfenbach, Eschelbronn, Gaiberg, Heddesbach, Heiligkreuzsteinach, Helmstadt-Bargen, Leimen, Lobbach, Malsch, Mauer, Meckesheim, Mühlhausen, Neckarbischofsheim, Neckargemünd, Neidenstein, Nußloch, Rauenberg, Reichartshausen, Sandhausen, St. Leon-Rot, Schönau, Schönbrunn, Sinsheim, Spechbach, Waibstadt, Walldorf, Wiesenbach, Wiesloch, Wilhelmsfeld, Zuzenhausen</w:t>
            </w:r>
          </w:p>
        </w:tc>
      </w:tr>
      <w:tr>
        <w:trPr>
          <w:cantSplit/>
        </w:trPr>
        <w:tc>
          <w:tcPr>
            <w:tcW w:type="dxa" w:w="2351"/>
          </w:tcPr>
          <w:p/>
        </w:tc>
        <w:tc>
          <w:tcPr>
            <w:tcW w:type="dxa" w:w="2351"/>
          </w:tcPr>
          <w:p/>
        </w:tc>
        <w:tc>
          <w:tcPr>
            <w:tcW w:type="dxa" w:w="4702"/>
            <w:gridSpan w:val="2"/>
          </w:tcPr>
          <w:p>
            <w:r>
              <w:t>(Übrige Gemeinden s. Wkr. 274, 278)</w:t>
            </w:r>
          </w:p>
        </w:tc>
      </w:tr>
      <w:tr>
        <w:trPr>
          <w:cantSplit/>
        </w:trPr>
        <w:tc>
          <w:tcPr>
            <w:tcW w:type="dxa" w:w="2351"/>
          </w:tcPr>
          <w:p>
            <w:r>
              <w:t>278</w:t>
            </w:r>
          </w:p>
        </w:tc>
        <w:tc>
          <w:tcPr>
            <w:tcW w:type="dxa" w:w="2351"/>
          </w:tcPr>
          <w:p>
            <w:r>
              <w:t>Bruchsal – Schwetzingen</w:t>
            </w:r>
          </w:p>
        </w:tc>
        <w:tc>
          <w:tcPr>
            <w:tcW w:type="dxa" w:w="4702"/>
            <w:gridSpan w:val="2"/>
          </w:tcPr>
          <w:p>
            <w:r>
              <w:t>Vom Landkreis Karlsruhe</w:t>
            </w:r>
          </w:p>
        </w:tc>
      </w:tr>
      <w:tr>
        <w:trPr>
          <w:cantSplit/>
        </w:trPr>
        <w:tc>
          <w:tcPr>
            <w:tcW w:type="dxa" w:w="2351"/>
          </w:tcPr>
          <w:p/>
        </w:tc>
        <w:tc>
          <w:tcPr>
            <w:tcW w:type="dxa" w:w="2351"/>
          </w:tcPr>
          <w:p/>
        </w:tc>
        <w:tc>
          <w:tcPr>
            <w:tcW w:type="dxa" w:w="2351"/>
          </w:tcPr>
          <w:p/>
        </w:tc>
        <w:tc>
          <w:tcPr>
            <w:tcW w:type="dxa" w:w="2351"/>
          </w:tcPr>
          <w:p>
            <w:r>
              <w:t>die Gemeinden</w:t>
            </w:r>
            <w:r>
              <w:br/>
            </w:r>
            <w:r>
              <w:t>Bad Schönborn, Bruchsal, Forst, Hambrücken, Karlsdorf-Neuthard, Kronau, Oberhausen-Rheinhausen, Östringen, Philippsburg, Ubstadt-Weiher, Waghäusel</w:t>
            </w:r>
          </w:p>
        </w:tc>
      </w:tr>
      <w:tr>
        <w:trPr>
          <w:cantSplit/>
        </w:trPr>
        <w:tc>
          <w:tcPr>
            <w:tcW w:type="dxa" w:w="2351"/>
          </w:tcPr>
          <w:p/>
        </w:tc>
        <w:tc>
          <w:tcPr>
            <w:tcW w:type="dxa" w:w="2351"/>
          </w:tcPr>
          <w:p/>
        </w:tc>
        <w:tc>
          <w:tcPr>
            <w:tcW w:type="dxa" w:w="4702"/>
            <w:gridSpan w:val="2"/>
          </w:tcPr>
          <w:p>
            <w:r>
              <w:t>(Übrige Gemeinden s. Wkr. 272)</w:t>
            </w:r>
          </w:p>
        </w:tc>
      </w:tr>
      <w:tr>
        <w:trPr>
          <w:cantSplit/>
        </w:trPr>
        <w:tc>
          <w:tcPr>
            <w:tcW w:type="dxa" w:w="2351"/>
          </w:tcPr>
          <w:p/>
        </w:tc>
        <w:tc>
          <w:tcPr>
            <w:tcW w:type="dxa" w:w="2351"/>
          </w:tcPr>
          <w:p/>
        </w:tc>
        <w:tc>
          <w:tcPr>
            <w:tcW w:type="dxa" w:w="4702"/>
            <w:gridSpan w:val="2"/>
          </w:tcPr>
          <w:p>
            <w:r>
              <w:t>vom Rhein-Neckar-Kreis</w:t>
            </w:r>
          </w:p>
        </w:tc>
      </w:tr>
      <w:tr>
        <w:trPr>
          <w:cantSplit/>
        </w:trPr>
        <w:tc>
          <w:tcPr>
            <w:tcW w:type="dxa" w:w="2351"/>
          </w:tcPr>
          <w:p/>
        </w:tc>
        <w:tc>
          <w:tcPr>
            <w:tcW w:type="dxa" w:w="2351"/>
          </w:tcPr>
          <w:p/>
        </w:tc>
        <w:tc>
          <w:tcPr>
            <w:tcW w:type="dxa" w:w="2351"/>
          </w:tcPr>
          <w:p/>
        </w:tc>
        <w:tc>
          <w:tcPr>
            <w:tcW w:type="dxa" w:w="2351"/>
          </w:tcPr>
          <w:p>
            <w:r>
              <w:t>die Gemeinden</w:t>
            </w:r>
            <w:r>
              <w:br/>
            </w:r>
            <w:r>
              <w:t>Altlußheim, Brühl, Hockenheim, Ketsch, Neulußheim, Oftersheim, Plankstadt, Reilingen, Schwetzingen</w:t>
            </w:r>
          </w:p>
        </w:tc>
      </w:tr>
      <w:tr>
        <w:trPr>
          <w:cantSplit/>
        </w:trPr>
        <w:tc>
          <w:tcPr>
            <w:tcW w:type="dxa" w:w="2351"/>
          </w:tcPr>
          <w:p/>
        </w:tc>
        <w:tc>
          <w:tcPr>
            <w:tcW w:type="dxa" w:w="2351"/>
          </w:tcPr>
          <w:p/>
        </w:tc>
        <w:tc>
          <w:tcPr>
            <w:tcW w:type="dxa" w:w="4702"/>
            <w:gridSpan w:val="2"/>
          </w:tcPr>
          <w:p>
            <w:r>
              <w:t>(Übrige Gemeinden s. Wkr. 274, 277)</w:t>
            </w:r>
          </w:p>
        </w:tc>
      </w:tr>
      <w:tr>
        <w:trPr>
          <w:cantSplit/>
        </w:trPr>
        <w:tc>
          <w:tcPr>
            <w:tcW w:type="dxa" w:w="2351"/>
          </w:tcPr>
          <w:p>
            <w:r>
              <w:t>279</w:t>
            </w:r>
          </w:p>
        </w:tc>
        <w:tc>
          <w:tcPr>
            <w:tcW w:type="dxa" w:w="2351"/>
          </w:tcPr>
          <w:p>
            <w:r>
              <w:t>Pforzheim</w:t>
            </w:r>
          </w:p>
        </w:tc>
        <w:tc>
          <w:tcPr>
            <w:tcW w:type="dxa" w:w="4702"/>
            <w:gridSpan w:val="2"/>
          </w:tcPr>
          <w:p>
            <w:r>
              <w:t>Stadtkreis Pforzheim</w:t>
            </w:r>
          </w:p>
        </w:tc>
      </w:tr>
      <w:tr>
        <w:trPr>
          <w:cantSplit/>
        </w:trPr>
        <w:tc>
          <w:tcPr>
            <w:tcW w:type="dxa" w:w="2351"/>
          </w:tcPr>
          <w:p/>
        </w:tc>
        <w:tc>
          <w:tcPr>
            <w:tcW w:type="dxa" w:w="2351"/>
          </w:tcPr>
          <w:p/>
        </w:tc>
        <w:tc>
          <w:tcPr>
            <w:tcW w:type="dxa" w:w="4702"/>
            <w:gridSpan w:val="2"/>
          </w:tcPr>
          <w:p>
            <w:r>
              <w:t>Enzkreis</w:t>
            </w:r>
          </w:p>
        </w:tc>
      </w:tr>
      <w:tr>
        <w:trPr>
          <w:cantSplit/>
        </w:trPr>
        <w:tc>
          <w:tcPr>
            <w:tcW w:type="dxa" w:w="2351"/>
          </w:tcPr>
          <w:p>
            <w:r>
              <w:t>280</w:t>
            </w:r>
          </w:p>
        </w:tc>
        <w:tc>
          <w:tcPr>
            <w:tcW w:type="dxa" w:w="2351"/>
          </w:tcPr>
          <w:p>
            <w:r>
              <w:t>Calw</w:t>
            </w:r>
          </w:p>
        </w:tc>
        <w:tc>
          <w:tcPr>
            <w:tcW w:type="dxa" w:w="4702"/>
            <w:gridSpan w:val="2"/>
          </w:tcPr>
          <w:p>
            <w:r>
              <w:t>Landkreis Calw</w:t>
            </w:r>
          </w:p>
        </w:tc>
      </w:tr>
      <w:tr>
        <w:trPr>
          <w:cantSplit/>
        </w:trPr>
        <w:tc>
          <w:tcPr>
            <w:tcW w:type="dxa" w:w="2351"/>
          </w:tcPr>
          <w:p/>
        </w:tc>
        <w:tc>
          <w:tcPr>
            <w:tcW w:type="dxa" w:w="2351"/>
          </w:tcPr>
          <w:p/>
        </w:tc>
        <w:tc>
          <w:tcPr>
            <w:tcW w:type="dxa" w:w="4702"/>
            <w:gridSpan w:val="2"/>
          </w:tcPr>
          <w:p>
            <w:r>
              <w:t>Landkreis Freudenstadt</w:t>
            </w:r>
          </w:p>
        </w:tc>
      </w:tr>
      <w:tr>
        <w:trPr>
          <w:cantSplit/>
        </w:trPr>
        <w:tc>
          <w:tcPr>
            <w:tcW w:type="dxa" w:w="2351"/>
          </w:tcPr>
          <w:p>
            <w:r>
              <w:t>281</w:t>
            </w:r>
          </w:p>
        </w:tc>
        <w:tc>
          <w:tcPr>
            <w:tcW w:type="dxa" w:w="2351"/>
          </w:tcPr>
          <w:p>
            <w:r>
              <w:t>Freiburg</w:t>
            </w:r>
          </w:p>
        </w:tc>
        <w:tc>
          <w:tcPr>
            <w:tcW w:type="dxa" w:w="4702"/>
            <w:gridSpan w:val="2"/>
          </w:tcPr>
          <w:p>
            <w:r>
              <w:t>Stadtkreis Freiburg im Breisgau</w:t>
            </w:r>
          </w:p>
        </w:tc>
      </w:tr>
      <w:tr>
        <w:trPr>
          <w:cantSplit/>
        </w:trPr>
        <w:tc>
          <w:tcPr>
            <w:tcW w:type="dxa" w:w="2351"/>
          </w:tcPr>
          <w:p/>
        </w:tc>
        <w:tc>
          <w:tcPr>
            <w:tcW w:type="dxa" w:w="2351"/>
          </w:tcPr>
          <w:p/>
        </w:tc>
        <w:tc>
          <w:tcPr>
            <w:tcW w:type="dxa" w:w="4702"/>
            <w:gridSpan w:val="2"/>
          </w:tcPr>
          <w:p>
            <w:r>
              <w:t>vom Landkreis Breisgau-Hochschwarzwald</w:t>
            </w:r>
          </w:p>
        </w:tc>
      </w:tr>
      <w:tr>
        <w:trPr>
          <w:cantSplit/>
        </w:trPr>
        <w:tc>
          <w:tcPr>
            <w:tcW w:type="dxa" w:w="2351"/>
          </w:tcPr>
          <w:p/>
        </w:tc>
        <w:tc>
          <w:tcPr>
            <w:tcW w:type="dxa" w:w="2351"/>
          </w:tcPr>
          <w:p/>
        </w:tc>
        <w:tc>
          <w:tcPr>
            <w:tcW w:type="dxa" w:w="2351"/>
          </w:tcPr>
          <w:p/>
        </w:tc>
        <w:tc>
          <w:tcPr>
            <w:tcW w:type="dxa" w:w="2351"/>
          </w:tcPr>
          <w:p>
            <w:r>
              <w:t>die Gemeinden</w:t>
            </w:r>
            <w:r>
              <w:br/>
            </w:r>
            <w:r>
              <w:t>Au, Bötzingen, Bollschweil, Breisach am Rhein, Ebringen, Ehrenkirchen, Eichstetten am Kaiserstuhl, Gottenheim, Horben, Ihringen, March, Merdingen, Merzhausen, Pfaffenweiler, Schallstadt, Sölden, Umkirch, Vogtsburg im Kaiserstuhl, Wittnau</w:t>
            </w:r>
          </w:p>
        </w:tc>
      </w:tr>
      <w:tr>
        <w:trPr>
          <w:cantSplit/>
        </w:trPr>
        <w:tc>
          <w:tcPr>
            <w:tcW w:type="dxa" w:w="2351"/>
          </w:tcPr>
          <w:p/>
        </w:tc>
        <w:tc>
          <w:tcPr>
            <w:tcW w:type="dxa" w:w="2351"/>
          </w:tcPr>
          <w:p/>
        </w:tc>
        <w:tc>
          <w:tcPr>
            <w:tcW w:type="dxa" w:w="4702"/>
            <w:gridSpan w:val="2"/>
          </w:tcPr>
          <w:p>
            <w:r>
              <w:t>(Übrige Gemeinden s. Wkr. 282, 288)</w:t>
            </w:r>
          </w:p>
        </w:tc>
      </w:tr>
      <w:tr>
        <w:trPr>
          <w:cantSplit/>
        </w:trPr>
        <w:tc>
          <w:tcPr>
            <w:tcW w:type="dxa" w:w="2351"/>
          </w:tcPr>
          <w:p>
            <w:r>
              <w:t>282</w:t>
            </w:r>
          </w:p>
        </w:tc>
        <w:tc>
          <w:tcPr>
            <w:tcW w:type="dxa" w:w="2351"/>
          </w:tcPr>
          <w:p>
            <w:r>
              <w:t>Lörrach – Müllheim</w:t>
            </w:r>
          </w:p>
        </w:tc>
        <w:tc>
          <w:tcPr>
            <w:tcW w:type="dxa" w:w="4702"/>
            <w:gridSpan w:val="2"/>
          </w:tcPr>
          <w:p>
            <w:r>
              <w:t>Landkreis Lörrach</w:t>
            </w:r>
          </w:p>
        </w:tc>
      </w:tr>
      <w:tr>
        <w:trPr>
          <w:cantSplit/>
        </w:trPr>
        <w:tc>
          <w:tcPr>
            <w:tcW w:type="dxa" w:w="2351"/>
          </w:tcPr>
          <w:p/>
        </w:tc>
        <w:tc>
          <w:tcPr>
            <w:tcW w:type="dxa" w:w="2351"/>
          </w:tcPr>
          <w:p/>
        </w:tc>
        <w:tc>
          <w:tcPr>
            <w:tcW w:type="dxa" w:w="4702"/>
            <w:gridSpan w:val="2"/>
          </w:tcPr>
          <w:p>
            <w:r>
              <w:t>vom Landkreis Breisgau-Hochschwarzwald</w:t>
            </w:r>
          </w:p>
        </w:tc>
      </w:tr>
      <w:tr>
        <w:trPr>
          <w:cantSplit/>
        </w:trPr>
        <w:tc>
          <w:tcPr>
            <w:tcW w:type="dxa" w:w="2351"/>
          </w:tcPr>
          <w:p/>
        </w:tc>
        <w:tc>
          <w:tcPr>
            <w:tcW w:type="dxa" w:w="2351"/>
          </w:tcPr>
          <w:p/>
        </w:tc>
        <w:tc>
          <w:tcPr>
            <w:tcW w:type="dxa" w:w="2351"/>
          </w:tcPr>
          <w:p/>
        </w:tc>
        <w:tc>
          <w:tcPr>
            <w:tcW w:type="dxa" w:w="2351"/>
          </w:tcPr>
          <w:p>
            <w:r>
              <w:t>die Gemeinden</w:t>
            </w:r>
            <w:r>
              <w:br/>
            </w:r>
            <w:r>
              <w:t>Auggen, Bad Krozingen, Badenweiler, Ballrechten-Dottingen, Buggingen, Eschbach, Hartheim am Rhein, Heitersheim, Müllheim im Markgräflerland, Münstertal/Schwarzwald, Neuenburg am Rhein, Staufen im Breisgau, Sulzburg</w:t>
            </w:r>
          </w:p>
        </w:tc>
      </w:tr>
      <w:tr>
        <w:trPr>
          <w:cantSplit/>
        </w:trPr>
        <w:tc>
          <w:tcPr>
            <w:tcW w:type="dxa" w:w="2351"/>
          </w:tcPr>
          <w:p/>
        </w:tc>
        <w:tc>
          <w:tcPr>
            <w:tcW w:type="dxa" w:w="2351"/>
          </w:tcPr>
          <w:p/>
        </w:tc>
        <w:tc>
          <w:tcPr>
            <w:tcW w:type="dxa" w:w="4702"/>
            <w:gridSpan w:val="2"/>
          </w:tcPr>
          <w:p>
            <w:r>
              <w:t>(Übrige Gemeinden s. Wkr. 281, 288)</w:t>
            </w:r>
          </w:p>
        </w:tc>
      </w:tr>
      <w:tr>
        <w:trPr>
          <w:cantSplit/>
        </w:trPr>
        <w:tc>
          <w:tcPr>
            <w:tcW w:type="dxa" w:w="2351"/>
          </w:tcPr>
          <w:p>
            <w:r>
              <w:t>283</w:t>
            </w:r>
          </w:p>
        </w:tc>
        <w:tc>
          <w:tcPr>
            <w:tcW w:type="dxa" w:w="2351"/>
          </w:tcPr>
          <w:p>
            <w:r>
              <w:t>Emmendingen – Lahr</w:t>
            </w:r>
          </w:p>
        </w:tc>
        <w:tc>
          <w:tcPr>
            <w:tcW w:type="dxa" w:w="4702"/>
            <w:gridSpan w:val="2"/>
          </w:tcPr>
          <w:p>
            <w:r>
              <w:t>Landkreis Emmendingen</w:t>
            </w:r>
          </w:p>
        </w:tc>
      </w:tr>
      <w:tr>
        <w:trPr>
          <w:cantSplit/>
        </w:trPr>
        <w:tc>
          <w:tcPr>
            <w:tcW w:type="dxa" w:w="2351"/>
          </w:tcPr>
          <w:p/>
        </w:tc>
        <w:tc>
          <w:tcPr>
            <w:tcW w:type="dxa" w:w="2351"/>
          </w:tcPr>
          <w:p/>
        </w:tc>
        <w:tc>
          <w:tcPr>
            <w:tcW w:type="dxa" w:w="4702"/>
            <w:gridSpan w:val="2"/>
          </w:tcPr>
          <w:p>
            <w:r>
              <w:t>vom Ortenaukreis</w:t>
            </w:r>
          </w:p>
        </w:tc>
      </w:tr>
      <w:tr>
        <w:trPr>
          <w:cantSplit/>
        </w:trPr>
        <w:tc>
          <w:tcPr>
            <w:tcW w:type="dxa" w:w="2351"/>
          </w:tcPr>
          <w:p/>
        </w:tc>
        <w:tc>
          <w:tcPr>
            <w:tcW w:type="dxa" w:w="2351"/>
          </w:tcPr>
          <w:p/>
        </w:tc>
        <w:tc>
          <w:tcPr>
            <w:tcW w:type="dxa" w:w="2351"/>
          </w:tcPr>
          <w:p/>
        </w:tc>
        <w:tc>
          <w:tcPr>
            <w:tcW w:type="dxa" w:w="2351"/>
          </w:tcPr>
          <w:p>
            <w:r>
              <w:t>die Gemeinden</w:t>
            </w:r>
            <w:r>
              <w:br/>
            </w:r>
            <w:r>
              <w:t>Ettenheim, Fischerbach, Friesenheim, Haslach im Kinzigtal, Hofstetten, Kappel-Grafenhausen, Kippenheim, Lahr/Schwarzwald, Mahlberg, Meißenheim, Mühlenbach, Ringsheim, Rust, Schuttertal, Schwanau, Seelbach, Steinach</w:t>
            </w:r>
          </w:p>
        </w:tc>
      </w:tr>
      <w:tr>
        <w:trPr>
          <w:cantSplit/>
        </w:trPr>
        <w:tc>
          <w:tcPr>
            <w:tcW w:type="dxa" w:w="2351"/>
          </w:tcPr>
          <w:p/>
        </w:tc>
        <w:tc>
          <w:tcPr>
            <w:tcW w:type="dxa" w:w="2351"/>
          </w:tcPr>
          <w:p/>
        </w:tc>
        <w:tc>
          <w:tcPr>
            <w:tcW w:type="dxa" w:w="4702"/>
            <w:gridSpan w:val="2"/>
          </w:tcPr>
          <w:p>
            <w:r>
              <w:t>(Übrige Gemeinden s. Wkr. 284, 286)</w:t>
            </w:r>
          </w:p>
        </w:tc>
      </w:tr>
      <w:tr>
        <w:trPr>
          <w:cantSplit/>
        </w:trPr>
        <w:tc>
          <w:tcPr>
            <w:tcW w:type="dxa" w:w="2351"/>
          </w:tcPr>
          <w:p>
            <w:r>
              <w:t>284</w:t>
            </w:r>
          </w:p>
        </w:tc>
        <w:tc>
          <w:tcPr>
            <w:tcW w:type="dxa" w:w="2351"/>
          </w:tcPr>
          <w:p>
            <w:r>
              <w:t>Offenburg</w:t>
            </w:r>
          </w:p>
        </w:tc>
        <w:tc>
          <w:tcPr>
            <w:tcW w:type="dxa" w:w="4702"/>
            <w:gridSpan w:val="2"/>
          </w:tcPr>
          <w:p>
            <w:r>
              <w:t>Vom Ortenaukreis</w:t>
            </w:r>
          </w:p>
        </w:tc>
      </w:tr>
      <w:tr>
        <w:trPr>
          <w:cantSplit/>
        </w:trPr>
        <w:tc>
          <w:tcPr>
            <w:tcW w:type="dxa" w:w="2351"/>
          </w:tcPr>
          <w:p/>
        </w:tc>
        <w:tc>
          <w:tcPr>
            <w:tcW w:type="dxa" w:w="2351"/>
          </w:tcPr>
          <w:p/>
        </w:tc>
        <w:tc>
          <w:tcPr>
            <w:tcW w:type="dxa" w:w="2351"/>
          </w:tcPr>
          <w:p/>
        </w:tc>
        <w:tc>
          <w:tcPr>
            <w:tcW w:type="dxa" w:w="2351"/>
          </w:tcPr>
          <w:p>
            <w:r>
              <w:t>die Gemeinden</w:t>
            </w:r>
            <w:r>
              <w:br/>
            </w:r>
            <w:r>
              <w:t>Achern, Appenweier, Bad Peterstal-Griesbach, Berghaupten, Biberach, Durbach, Gengenbach, Hohberg, Kappelrodeck, Kehl, Lauf, Lautenbach, Neuried, Nordrach, Oberharmersbach, Oberkirch, Offenburg, Ohlsbach, Oppenau, Ortenberg, Ottenhöfen im Schwarzwald, Renchen, Rheinau, Sasbach, Sasbachwalden, Schutterwald, Seebach, Willstätt, Zell am Harmersbach</w:t>
            </w:r>
          </w:p>
        </w:tc>
      </w:tr>
      <w:tr>
        <w:trPr>
          <w:cantSplit/>
        </w:trPr>
        <w:tc>
          <w:tcPr>
            <w:tcW w:type="dxa" w:w="2351"/>
          </w:tcPr>
          <w:p/>
        </w:tc>
        <w:tc>
          <w:tcPr>
            <w:tcW w:type="dxa" w:w="2351"/>
          </w:tcPr>
          <w:p/>
        </w:tc>
        <w:tc>
          <w:tcPr>
            <w:tcW w:type="dxa" w:w="4702"/>
            <w:gridSpan w:val="2"/>
          </w:tcPr>
          <w:p>
            <w:r>
              <w:t>(Übrige Gemeinden s. Wkr. 283, 286)</w:t>
            </w:r>
          </w:p>
        </w:tc>
      </w:tr>
      <w:tr>
        <w:trPr>
          <w:cantSplit/>
        </w:trPr>
        <w:tc>
          <w:tcPr>
            <w:tcW w:type="dxa" w:w="2351"/>
          </w:tcPr>
          <w:p>
            <w:r>
              <w:t>285</w:t>
            </w:r>
          </w:p>
        </w:tc>
        <w:tc>
          <w:tcPr>
            <w:tcW w:type="dxa" w:w="2351"/>
          </w:tcPr>
          <w:p>
            <w:r>
              <w:t>Rottweil – Tuttlingen</w:t>
            </w:r>
          </w:p>
        </w:tc>
        <w:tc>
          <w:tcPr>
            <w:tcW w:type="dxa" w:w="4702"/>
            <w:gridSpan w:val="2"/>
          </w:tcPr>
          <w:p>
            <w:r>
              <w:t>Landkreis Rottweil</w:t>
            </w:r>
          </w:p>
        </w:tc>
      </w:tr>
      <w:tr>
        <w:trPr>
          <w:cantSplit/>
        </w:trPr>
        <w:tc>
          <w:tcPr>
            <w:tcW w:type="dxa" w:w="2351"/>
          </w:tcPr>
          <w:p/>
        </w:tc>
        <w:tc>
          <w:tcPr>
            <w:tcW w:type="dxa" w:w="2351"/>
          </w:tcPr>
          <w:p/>
        </w:tc>
        <w:tc>
          <w:tcPr>
            <w:tcW w:type="dxa" w:w="4702"/>
            <w:gridSpan w:val="2"/>
          </w:tcPr>
          <w:p>
            <w:r>
              <w:t>Landkreis Tuttlingen</w:t>
            </w:r>
          </w:p>
        </w:tc>
      </w:tr>
      <w:tr>
        <w:trPr>
          <w:cantSplit/>
        </w:trPr>
        <w:tc>
          <w:tcPr>
            <w:tcW w:type="dxa" w:w="2351"/>
          </w:tcPr>
          <w:p>
            <w:r>
              <w:t>286</w:t>
            </w:r>
          </w:p>
        </w:tc>
        <w:tc>
          <w:tcPr>
            <w:tcW w:type="dxa" w:w="2351"/>
          </w:tcPr>
          <w:p>
            <w:r>
              <w:t>Schwarzwald-Baar</w:t>
            </w:r>
          </w:p>
        </w:tc>
        <w:tc>
          <w:tcPr>
            <w:tcW w:type="dxa" w:w="4702"/>
            <w:gridSpan w:val="2"/>
          </w:tcPr>
          <w:p>
            <w:r>
              <w:t>Schwarzwald-Baar-Kreis</w:t>
            </w:r>
          </w:p>
        </w:tc>
      </w:tr>
      <w:tr>
        <w:trPr>
          <w:cantSplit/>
        </w:trPr>
        <w:tc>
          <w:tcPr>
            <w:tcW w:type="dxa" w:w="2351"/>
          </w:tcPr>
          <w:p/>
        </w:tc>
        <w:tc>
          <w:tcPr>
            <w:tcW w:type="dxa" w:w="2351"/>
          </w:tcPr>
          <w:p/>
        </w:tc>
        <w:tc>
          <w:tcPr>
            <w:tcW w:type="dxa" w:w="4702"/>
            <w:gridSpan w:val="2"/>
          </w:tcPr>
          <w:p>
            <w:r>
              <w:t>vom Ortenaukreis</w:t>
            </w:r>
          </w:p>
        </w:tc>
      </w:tr>
      <w:tr>
        <w:trPr>
          <w:cantSplit/>
        </w:trPr>
        <w:tc>
          <w:tcPr>
            <w:tcW w:type="dxa" w:w="2351"/>
          </w:tcPr>
          <w:p/>
        </w:tc>
        <w:tc>
          <w:tcPr>
            <w:tcW w:type="dxa" w:w="2351"/>
          </w:tcPr>
          <w:p/>
        </w:tc>
        <w:tc>
          <w:tcPr>
            <w:tcW w:type="dxa" w:w="2351"/>
          </w:tcPr>
          <w:p/>
        </w:tc>
        <w:tc>
          <w:tcPr>
            <w:tcW w:type="dxa" w:w="2351"/>
          </w:tcPr>
          <w:p>
            <w:r>
              <w:t>die Gemeinden</w:t>
            </w:r>
            <w:r>
              <w:br/>
            </w:r>
            <w:r>
              <w:t>Gutach (Schwarzwaldbahn), Hausach, Hornberg, Oberwolfach, Wolfach</w:t>
            </w:r>
          </w:p>
        </w:tc>
      </w:tr>
      <w:tr>
        <w:trPr>
          <w:cantSplit/>
        </w:trPr>
        <w:tc>
          <w:tcPr>
            <w:tcW w:type="dxa" w:w="2351"/>
          </w:tcPr>
          <w:p/>
        </w:tc>
        <w:tc>
          <w:tcPr>
            <w:tcW w:type="dxa" w:w="2351"/>
          </w:tcPr>
          <w:p/>
        </w:tc>
        <w:tc>
          <w:tcPr>
            <w:tcW w:type="dxa" w:w="4702"/>
            <w:gridSpan w:val="2"/>
          </w:tcPr>
          <w:p>
            <w:r>
              <w:t>(Übrige Gemeinden s. Wkr. 283, 284)</w:t>
            </w:r>
          </w:p>
        </w:tc>
      </w:tr>
      <w:tr>
        <w:trPr>
          <w:cantSplit/>
        </w:trPr>
        <w:tc>
          <w:tcPr>
            <w:tcW w:type="dxa" w:w="2351"/>
          </w:tcPr>
          <w:p>
            <w:r>
              <w:t>287</w:t>
            </w:r>
          </w:p>
        </w:tc>
        <w:tc>
          <w:tcPr>
            <w:tcW w:type="dxa" w:w="2351"/>
          </w:tcPr>
          <w:p>
            <w:r>
              <w:t>Konstanz</w:t>
            </w:r>
          </w:p>
        </w:tc>
        <w:tc>
          <w:tcPr>
            <w:tcW w:type="dxa" w:w="4702"/>
            <w:gridSpan w:val="2"/>
          </w:tcPr>
          <w:p>
            <w:r>
              <w:t>Landkreis Konstanz</w:t>
            </w:r>
          </w:p>
        </w:tc>
      </w:tr>
      <w:tr>
        <w:trPr>
          <w:cantSplit/>
        </w:trPr>
        <w:tc>
          <w:tcPr>
            <w:tcW w:type="dxa" w:w="2351"/>
          </w:tcPr>
          <w:p>
            <w:r>
              <w:t>288</w:t>
            </w:r>
          </w:p>
        </w:tc>
        <w:tc>
          <w:tcPr>
            <w:tcW w:type="dxa" w:w="2351"/>
          </w:tcPr>
          <w:p>
            <w:r>
              <w:t>Waldshut</w:t>
            </w:r>
          </w:p>
        </w:tc>
        <w:tc>
          <w:tcPr>
            <w:tcW w:type="dxa" w:w="4702"/>
            <w:gridSpan w:val="2"/>
          </w:tcPr>
          <w:p>
            <w:r>
              <w:t>Landkreis Waldshut</w:t>
            </w:r>
          </w:p>
        </w:tc>
      </w:tr>
      <w:tr>
        <w:trPr>
          <w:cantSplit/>
        </w:trPr>
        <w:tc>
          <w:tcPr>
            <w:tcW w:type="dxa" w:w="2351"/>
          </w:tcPr>
          <w:p/>
        </w:tc>
        <w:tc>
          <w:tcPr>
            <w:tcW w:type="dxa" w:w="2351"/>
          </w:tcPr>
          <w:p/>
        </w:tc>
        <w:tc>
          <w:tcPr>
            <w:tcW w:type="dxa" w:w="4702"/>
            <w:gridSpan w:val="2"/>
          </w:tcPr>
          <w:p>
            <w:r>
              <w:t>vom Landkreis Breisgau-Hochschwarzwald</w:t>
            </w:r>
          </w:p>
        </w:tc>
      </w:tr>
      <w:tr>
        <w:trPr>
          <w:cantSplit/>
        </w:trPr>
        <w:tc>
          <w:tcPr>
            <w:tcW w:type="dxa" w:w="2351"/>
          </w:tcPr>
          <w:p/>
        </w:tc>
        <w:tc>
          <w:tcPr>
            <w:tcW w:type="dxa" w:w="2351"/>
          </w:tcPr>
          <w:p/>
        </w:tc>
        <w:tc>
          <w:tcPr>
            <w:tcW w:type="dxa" w:w="2351"/>
          </w:tcPr>
          <w:p/>
        </w:tc>
        <w:tc>
          <w:tcPr>
            <w:tcW w:type="dxa" w:w="2351"/>
          </w:tcPr>
          <w:p>
            <w:r>
              <w:t>die Gemeinden</w:t>
            </w:r>
            <w:r>
              <w:br/>
            </w:r>
            <w:r>
              <w:t>Breitnau, Buchenbach, Eisenbach (Hochschwarzwald), Feldberg (Schwarzwald), Friedenweiler, Glottertal, Gundelfingen, Heuweiler, Hinterzarten, Kirchzarten, Lenzkirch, Löffingen, Oberried, St. Märgen, St. Peter, Schluchsee, Stegen, Titisee-Neustadt</w:t>
            </w:r>
          </w:p>
        </w:tc>
      </w:tr>
      <w:tr>
        <w:trPr>
          <w:cantSplit/>
        </w:trPr>
        <w:tc>
          <w:tcPr>
            <w:tcW w:type="dxa" w:w="2351"/>
          </w:tcPr>
          <w:p/>
        </w:tc>
        <w:tc>
          <w:tcPr>
            <w:tcW w:type="dxa" w:w="2351"/>
          </w:tcPr>
          <w:p/>
        </w:tc>
        <w:tc>
          <w:tcPr>
            <w:tcW w:type="dxa" w:w="4702"/>
            <w:gridSpan w:val="2"/>
          </w:tcPr>
          <w:p>
            <w:r>
              <w:t>(Übrige Gemeinden s. Wkr. 281, 282)</w:t>
            </w:r>
          </w:p>
        </w:tc>
      </w:tr>
      <w:tr>
        <w:trPr>
          <w:cantSplit/>
        </w:trPr>
        <w:tc>
          <w:tcPr>
            <w:tcW w:type="dxa" w:w="2351"/>
          </w:tcPr>
          <w:p>
            <w:r>
              <w:t>289</w:t>
            </w:r>
          </w:p>
        </w:tc>
        <w:tc>
          <w:tcPr>
            <w:tcW w:type="dxa" w:w="2351"/>
          </w:tcPr>
          <w:p>
            <w:r>
              <w:t>Reutlingen</w:t>
            </w:r>
          </w:p>
        </w:tc>
        <w:tc>
          <w:tcPr>
            <w:tcW w:type="dxa" w:w="4702"/>
            <w:gridSpan w:val="2"/>
          </w:tcPr>
          <w:p>
            <w:r>
              <w:t>Landkreis Reutlingen</w:t>
            </w:r>
          </w:p>
        </w:tc>
      </w:tr>
      <w:tr>
        <w:trPr>
          <w:cantSplit/>
        </w:trPr>
        <w:tc>
          <w:tcPr>
            <w:tcW w:type="dxa" w:w="2351"/>
          </w:tcPr>
          <w:p>
            <w:r>
              <w:t>290</w:t>
            </w:r>
          </w:p>
        </w:tc>
        <w:tc>
          <w:tcPr>
            <w:tcW w:type="dxa" w:w="2351"/>
          </w:tcPr>
          <w:p>
            <w:r>
              <w:t>Tübingen</w:t>
            </w:r>
          </w:p>
        </w:tc>
        <w:tc>
          <w:tcPr>
            <w:tcW w:type="dxa" w:w="4702"/>
            <w:gridSpan w:val="2"/>
          </w:tcPr>
          <w:p>
            <w:r>
              <w:t>Landkreis Tübingen</w:t>
            </w:r>
          </w:p>
        </w:tc>
      </w:tr>
      <w:tr>
        <w:trPr>
          <w:cantSplit/>
        </w:trPr>
        <w:tc>
          <w:tcPr>
            <w:tcW w:type="dxa" w:w="2351"/>
          </w:tcPr>
          <w:p/>
        </w:tc>
        <w:tc>
          <w:tcPr>
            <w:tcW w:type="dxa" w:w="2351"/>
          </w:tcPr>
          <w:p/>
        </w:tc>
        <w:tc>
          <w:tcPr>
            <w:tcW w:type="dxa" w:w="4702"/>
            <w:gridSpan w:val="2"/>
          </w:tcPr>
          <w:p>
            <w:r>
              <w:t>vom Zollernalbkreis</w:t>
            </w:r>
          </w:p>
        </w:tc>
      </w:tr>
      <w:tr>
        <w:trPr>
          <w:cantSplit/>
        </w:trPr>
        <w:tc>
          <w:tcPr>
            <w:tcW w:type="dxa" w:w="2351"/>
          </w:tcPr>
          <w:p/>
        </w:tc>
        <w:tc>
          <w:tcPr>
            <w:tcW w:type="dxa" w:w="2351"/>
          </w:tcPr>
          <w:p/>
        </w:tc>
        <w:tc>
          <w:tcPr>
            <w:tcW w:type="dxa" w:w="2351"/>
          </w:tcPr>
          <w:p/>
        </w:tc>
        <w:tc>
          <w:tcPr>
            <w:tcW w:type="dxa" w:w="2351"/>
          </w:tcPr>
          <w:p>
            <w:r>
              <w:t>die Gemeinden</w:t>
            </w:r>
            <w:r>
              <w:br/>
            </w:r>
            <w:r>
              <w:t>Bisingen, Burladingen, Grosselfingen, Hechingen, Jungingen, Rangendingen</w:t>
            </w:r>
          </w:p>
        </w:tc>
      </w:tr>
      <w:tr>
        <w:trPr>
          <w:cantSplit/>
        </w:trPr>
        <w:tc>
          <w:tcPr>
            <w:tcW w:type="dxa" w:w="2351"/>
          </w:tcPr>
          <w:p/>
        </w:tc>
        <w:tc>
          <w:tcPr>
            <w:tcW w:type="dxa" w:w="2351"/>
          </w:tcPr>
          <w:p/>
        </w:tc>
        <w:tc>
          <w:tcPr>
            <w:tcW w:type="dxa" w:w="4702"/>
            <w:gridSpan w:val="2"/>
          </w:tcPr>
          <w:p>
            <w:r>
              <w:t>(Übrige Gemeinden s. Wkr. 295)</w:t>
            </w:r>
          </w:p>
        </w:tc>
      </w:tr>
      <w:tr>
        <w:trPr>
          <w:cantSplit/>
        </w:trPr>
        <w:tc>
          <w:tcPr>
            <w:tcW w:type="dxa" w:w="2351"/>
          </w:tcPr>
          <w:p>
            <w:r>
              <w:t>291</w:t>
            </w:r>
          </w:p>
        </w:tc>
        <w:tc>
          <w:tcPr>
            <w:tcW w:type="dxa" w:w="2351"/>
          </w:tcPr>
          <w:p>
            <w:r>
              <w:t>Ulm</w:t>
            </w:r>
          </w:p>
        </w:tc>
        <w:tc>
          <w:tcPr>
            <w:tcW w:type="dxa" w:w="4702"/>
            <w:gridSpan w:val="2"/>
          </w:tcPr>
          <w:p>
            <w:r>
              <w:t>Stadtkreis Ulm</w:t>
            </w:r>
          </w:p>
        </w:tc>
      </w:tr>
      <w:tr>
        <w:trPr>
          <w:cantSplit/>
        </w:trPr>
        <w:tc>
          <w:tcPr>
            <w:tcW w:type="dxa" w:w="2351"/>
          </w:tcPr>
          <w:p/>
        </w:tc>
        <w:tc>
          <w:tcPr>
            <w:tcW w:type="dxa" w:w="2351"/>
          </w:tcPr>
          <w:p/>
        </w:tc>
        <w:tc>
          <w:tcPr>
            <w:tcW w:type="dxa" w:w="4702"/>
            <w:gridSpan w:val="2"/>
          </w:tcPr>
          <w:p>
            <w:r>
              <w:t>Alb-Donau-Kreis</w:t>
            </w:r>
          </w:p>
        </w:tc>
      </w:tr>
      <w:tr>
        <w:trPr>
          <w:cantSplit/>
        </w:trPr>
        <w:tc>
          <w:tcPr>
            <w:tcW w:type="dxa" w:w="2351"/>
          </w:tcPr>
          <w:p>
            <w:r>
              <w:t>292</w:t>
            </w:r>
          </w:p>
        </w:tc>
        <w:tc>
          <w:tcPr>
            <w:tcW w:type="dxa" w:w="2351"/>
          </w:tcPr>
          <w:p>
            <w:r>
              <w:t>Biberach</w:t>
            </w:r>
          </w:p>
        </w:tc>
        <w:tc>
          <w:tcPr>
            <w:tcW w:type="dxa" w:w="4702"/>
            <w:gridSpan w:val="2"/>
          </w:tcPr>
          <w:p>
            <w:r>
              <w:t>Landkreis Biberach</w:t>
            </w:r>
          </w:p>
        </w:tc>
      </w:tr>
      <w:tr>
        <w:trPr>
          <w:cantSplit/>
        </w:trPr>
        <w:tc>
          <w:tcPr>
            <w:tcW w:type="dxa" w:w="2351"/>
          </w:tcPr>
          <w:p/>
        </w:tc>
        <w:tc>
          <w:tcPr>
            <w:tcW w:type="dxa" w:w="2351"/>
          </w:tcPr>
          <w:p/>
        </w:tc>
        <w:tc>
          <w:tcPr>
            <w:tcW w:type="dxa" w:w="4702"/>
            <w:gridSpan w:val="2"/>
          </w:tcPr>
          <w:p>
            <w:r>
              <w:t>vom Landkreis Ravensburg</w:t>
            </w:r>
          </w:p>
        </w:tc>
      </w:tr>
      <w:tr>
        <w:trPr>
          <w:cantSplit/>
        </w:trPr>
        <w:tc>
          <w:tcPr>
            <w:tcW w:type="dxa" w:w="2351"/>
          </w:tcPr>
          <w:p/>
        </w:tc>
        <w:tc>
          <w:tcPr>
            <w:tcW w:type="dxa" w:w="2351"/>
          </w:tcPr>
          <w:p/>
        </w:tc>
        <w:tc>
          <w:tcPr>
            <w:tcW w:type="dxa" w:w="2351"/>
          </w:tcPr>
          <w:p/>
        </w:tc>
        <w:tc>
          <w:tcPr>
            <w:tcW w:type="dxa" w:w="2351"/>
          </w:tcPr>
          <w:p>
            <w:r>
              <w:t>die Gemeinden</w:t>
            </w:r>
            <w:r>
              <w:br/>
            </w:r>
            <w:r>
              <w:t>Aichstetten, Aitrach, Bad Wurzach, Kißlegg</w:t>
            </w:r>
          </w:p>
        </w:tc>
      </w:tr>
      <w:tr>
        <w:trPr>
          <w:cantSplit/>
        </w:trPr>
        <w:tc>
          <w:tcPr>
            <w:tcW w:type="dxa" w:w="2351"/>
          </w:tcPr>
          <w:p/>
        </w:tc>
        <w:tc>
          <w:tcPr>
            <w:tcW w:type="dxa" w:w="2351"/>
          </w:tcPr>
          <w:p/>
        </w:tc>
        <w:tc>
          <w:tcPr>
            <w:tcW w:type="dxa" w:w="4702"/>
            <w:gridSpan w:val="2"/>
          </w:tcPr>
          <w:p>
            <w:r>
              <w:t>(Übrige Gemeinden s. Wkr. 294)</w:t>
            </w:r>
          </w:p>
        </w:tc>
      </w:tr>
      <w:tr>
        <w:trPr>
          <w:cantSplit/>
        </w:trPr>
        <w:tc>
          <w:tcPr>
            <w:tcW w:type="dxa" w:w="2351"/>
          </w:tcPr>
          <w:p>
            <w:r>
              <w:t>293</w:t>
            </w:r>
          </w:p>
        </w:tc>
        <w:tc>
          <w:tcPr>
            <w:tcW w:type="dxa" w:w="2351"/>
          </w:tcPr>
          <w:p>
            <w:r>
              <w:t>Bodensee</w:t>
            </w:r>
          </w:p>
        </w:tc>
        <w:tc>
          <w:tcPr>
            <w:tcW w:type="dxa" w:w="4702"/>
            <w:gridSpan w:val="2"/>
          </w:tcPr>
          <w:p>
            <w:r>
              <w:t>Bodenseekreis</w:t>
            </w:r>
          </w:p>
        </w:tc>
      </w:tr>
      <w:tr>
        <w:trPr>
          <w:cantSplit/>
        </w:trPr>
        <w:tc>
          <w:tcPr>
            <w:tcW w:type="dxa" w:w="2351"/>
          </w:tcPr>
          <w:p/>
        </w:tc>
        <w:tc>
          <w:tcPr>
            <w:tcW w:type="dxa" w:w="2351"/>
          </w:tcPr>
          <w:p/>
        </w:tc>
        <w:tc>
          <w:tcPr>
            <w:tcW w:type="dxa" w:w="4702"/>
            <w:gridSpan w:val="2"/>
          </w:tcPr>
          <w:p>
            <w:r>
              <w:t>vom Landkreis Sigmaringen</w:t>
            </w:r>
          </w:p>
        </w:tc>
      </w:tr>
      <w:tr>
        <w:trPr>
          <w:cantSplit/>
        </w:trPr>
        <w:tc>
          <w:tcPr>
            <w:tcW w:type="dxa" w:w="2351"/>
          </w:tcPr>
          <w:p/>
        </w:tc>
        <w:tc>
          <w:tcPr>
            <w:tcW w:type="dxa" w:w="2351"/>
          </w:tcPr>
          <w:p/>
        </w:tc>
        <w:tc>
          <w:tcPr>
            <w:tcW w:type="dxa" w:w="2351"/>
          </w:tcPr>
          <w:p/>
        </w:tc>
        <w:tc>
          <w:tcPr>
            <w:tcW w:type="dxa" w:w="2351"/>
          </w:tcPr>
          <w:p>
            <w:r>
              <w:t>die Gemeinden</w:t>
            </w:r>
            <w:r>
              <w:br/>
            </w:r>
            <w:r>
              <w:t>Herdwangen-Schönach, Illmensee, Pfullendorf, Wald</w:t>
            </w:r>
          </w:p>
        </w:tc>
      </w:tr>
      <w:tr>
        <w:trPr>
          <w:cantSplit/>
        </w:trPr>
        <w:tc>
          <w:tcPr>
            <w:tcW w:type="dxa" w:w="2351"/>
          </w:tcPr>
          <w:p/>
        </w:tc>
        <w:tc>
          <w:tcPr>
            <w:tcW w:type="dxa" w:w="2351"/>
          </w:tcPr>
          <w:p/>
        </w:tc>
        <w:tc>
          <w:tcPr>
            <w:tcW w:type="dxa" w:w="4702"/>
            <w:gridSpan w:val="2"/>
          </w:tcPr>
          <w:p>
            <w:r>
              <w:t>(Übrige Gemeinden s. Wkr. 295)</w:t>
            </w:r>
          </w:p>
        </w:tc>
      </w:tr>
      <w:tr>
        <w:trPr>
          <w:cantSplit/>
        </w:trPr>
        <w:tc>
          <w:tcPr>
            <w:tcW w:type="dxa" w:w="2351"/>
          </w:tcPr>
          <w:p>
            <w:r>
              <w:t>294</w:t>
            </w:r>
          </w:p>
        </w:tc>
        <w:tc>
          <w:tcPr>
            <w:tcW w:type="dxa" w:w="2351"/>
          </w:tcPr>
          <w:p>
            <w:r>
              <w:t>Ravensburg</w:t>
            </w:r>
          </w:p>
        </w:tc>
        <w:tc>
          <w:tcPr>
            <w:tcW w:type="dxa" w:w="4702"/>
            <w:gridSpan w:val="2"/>
          </w:tcPr>
          <w:p>
            <w:r>
              <w:t>Vom Landkreis Ravensburg</w:t>
            </w:r>
          </w:p>
        </w:tc>
      </w:tr>
      <w:tr>
        <w:trPr>
          <w:cantSplit/>
        </w:trPr>
        <w:tc>
          <w:tcPr>
            <w:tcW w:type="dxa" w:w="2351"/>
          </w:tcPr>
          <w:p/>
        </w:tc>
        <w:tc>
          <w:tcPr>
            <w:tcW w:type="dxa" w:w="2351"/>
          </w:tcPr>
          <w:p/>
        </w:tc>
        <w:tc>
          <w:tcPr>
            <w:tcW w:type="dxa" w:w="2351"/>
          </w:tcPr>
          <w:p/>
        </w:tc>
        <w:tc>
          <w:tcPr>
            <w:tcW w:type="dxa" w:w="2351"/>
          </w:tcPr>
          <w:p>
            <w:r>
              <w:t>die Gemeinden</w:t>
            </w:r>
            <w:r>
              <w:br/>
            </w:r>
            <w:r>
              <w:t>Achberg, Altshausen, Amtzell, Argenbühl, Aulendorf, Bad Waldsee, Baienfurt, Baindt, Berg, Bergatreute, Bodnegg, Boms, Ebenweiler, Ebersbach-Musbach, Eichstegen, Fleischwangen, Fronreute, Grünkraut, Guggenhausen, Horgenzell, Hoßkirch, Isny im Allgäu, Königseggwald, Leutkirch im Allgäu, Ravensburg, Riedhausen, Schlier, Unterwaldhausen, Vogt, Waldburg, Wangen im Allgäu, Weingarten, Wilhelmsdorf, Wolfegg, Wolpertswende</w:t>
            </w:r>
          </w:p>
        </w:tc>
      </w:tr>
      <w:tr>
        <w:trPr>
          <w:cantSplit/>
        </w:trPr>
        <w:tc>
          <w:tcPr>
            <w:tcW w:type="dxa" w:w="2351"/>
          </w:tcPr>
          <w:p/>
        </w:tc>
        <w:tc>
          <w:tcPr>
            <w:tcW w:type="dxa" w:w="2351"/>
          </w:tcPr>
          <w:p/>
        </w:tc>
        <w:tc>
          <w:tcPr>
            <w:tcW w:type="dxa" w:w="4702"/>
            <w:gridSpan w:val="2"/>
          </w:tcPr>
          <w:p>
            <w:r>
              <w:t>(Übrige Gemeinden s. Wkr. 292)</w:t>
            </w:r>
          </w:p>
        </w:tc>
      </w:tr>
      <w:tr>
        <w:trPr>
          <w:cantSplit/>
        </w:trPr>
        <w:tc>
          <w:tcPr>
            <w:tcW w:type="dxa" w:w="2351"/>
          </w:tcPr>
          <w:p>
            <w:r>
              <w:t>295</w:t>
            </w:r>
          </w:p>
        </w:tc>
        <w:tc>
          <w:tcPr>
            <w:tcW w:type="dxa" w:w="2351"/>
          </w:tcPr>
          <w:p>
            <w:r>
              <w:t>Zollernalb – Sigmaringen</w:t>
            </w:r>
          </w:p>
        </w:tc>
        <w:tc>
          <w:tcPr>
            <w:tcW w:type="dxa" w:w="4702"/>
            <w:gridSpan w:val="2"/>
          </w:tcPr>
          <w:p>
            <w:r>
              <w:t>Vom Landkreis Sigmaringen</w:t>
            </w:r>
          </w:p>
        </w:tc>
      </w:tr>
      <w:tr>
        <w:trPr>
          <w:cantSplit/>
        </w:trPr>
        <w:tc>
          <w:tcPr>
            <w:tcW w:type="dxa" w:w="2351"/>
          </w:tcPr>
          <w:p/>
        </w:tc>
        <w:tc>
          <w:tcPr>
            <w:tcW w:type="dxa" w:w="2351"/>
          </w:tcPr>
          <w:p/>
        </w:tc>
        <w:tc>
          <w:tcPr>
            <w:tcW w:type="dxa" w:w="2351"/>
          </w:tcPr>
          <w:p/>
        </w:tc>
        <w:tc>
          <w:tcPr>
            <w:tcW w:type="dxa" w:w="2351"/>
          </w:tcPr>
          <w:p>
            <w:r>
              <w:t>die Gemeinden</w:t>
            </w:r>
            <w:r>
              <w:br/>
            </w:r>
            <w:r>
              <w:t>Bad Saulgau, Beuron, Bingen, Gammertingen, Herbertingen, Hettingen, Hohentengen, Inzigkofen, Krauchenwies, Leibertingen, Mengen, Meßkirch, Neufra, Ostrach, Sauldorf, Scheer, Schwenningen, Sigmaringen, Sigmaringendorf, Stetten am kalten Markt, Veringenstadt</w:t>
            </w:r>
          </w:p>
        </w:tc>
      </w:tr>
      <w:tr>
        <w:trPr>
          <w:cantSplit/>
        </w:trPr>
        <w:tc>
          <w:tcPr>
            <w:tcW w:type="dxa" w:w="2351"/>
          </w:tcPr>
          <w:p/>
        </w:tc>
        <w:tc>
          <w:tcPr>
            <w:tcW w:type="dxa" w:w="2351"/>
          </w:tcPr>
          <w:p/>
        </w:tc>
        <w:tc>
          <w:tcPr>
            <w:tcW w:type="dxa" w:w="4702"/>
            <w:gridSpan w:val="2"/>
          </w:tcPr>
          <w:p>
            <w:r>
              <w:t>(Übrige Gemeinden s. Wkr. 293)</w:t>
            </w:r>
          </w:p>
        </w:tc>
      </w:tr>
      <w:tr>
        <w:trPr>
          <w:cantSplit/>
        </w:trPr>
        <w:tc>
          <w:tcPr>
            <w:tcW w:type="dxa" w:w="2351"/>
          </w:tcPr>
          <w:p/>
        </w:tc>
        <w:tc>
          <w:tcPr>
            <w:tcW w:type="dxa" w:w="2351"/>
          </w:tcPr>
          <w:p/>
        </w:tc>
        <w:tc>
          <w:tcPr>
            <w:tcW w:type="dxa" w:w="4702"/>
            <w:gridSpan w:val="2"/>
          </w:tcPr>
          <w:p>
            <w:r>
              <w:t>vom Zollernalbkreis</w:t>
            </w:r>
          </w:p>
        </w:tc>
      </w:tr>
      <w:tr>
        <w:trPr>
          <w:cantSplit/>
        </w:trPr>
        <w:tc>
          <w:tcPr>
            <w:tcW w:type="dxa" w:w="2351"/>
          </w:tcPr>
          <w:p/>
        </w:tc>
        <w:tc>
          <w:tcPr>
            <w:tcW w:type="dxa" w:w="2351"/>
          </w:tcPr>
          <w:p/>
        </w:tc>
        <w:tc>
          <w:tcPr>
            <w:tcW w:type="dxa" w:w="2351"/>
          </w:tcPr>
          <w:p/>
        </w:tc>
        <w:tc>
          <w:tcPr>
            <w:tcW w:type="dxa" w:w="2351"/>
          </w:tcPr>
          <w:p>
            <w:r>
              <w:t>die Gemeinden</w:t>
            </w:r>
            <w:r>
              <w:br/>
            </w:r>
            <w:r>
              <w:t>Albstadt, Balingen, Bitz, Dautmergen, Dormettingen, Dotternhausen, Geislingen, Haigerloch, Hausen am Tann, Meßstetten, Nusplingen, Obernheim, Ratshausen, Rosenfeld, Schömberg, Straßberg, Weilen unter den Rinnen, Winterlingen, Zimmern unter der Burg</w:t>
            </w:r>
          </w:p>
        </w:tc>
      </w:tr>
      <w:tr>
        <w:trPr>
          <w:cantSplit/>
        </w:trPr>
        <w:tc>
          <w:tcPr>
            <w:tcW w:type="dxa" w:w="2351"/>
          </w:tcPr>
          <w:p/>
        </w:tc>
        <w:tc>
          <w:tcPr>
            <w:tcW w:type="dxa" w:w="2351"/>
          </w:tcPr>
          <w:p/>
        </w:tc>
        <w:tc>
          <w:tcPr>
            <w:tcW w:type="dxa" w:w="4702"/>
            <w:gridSpan w:val="2"/>
          </w:tcPr>
          <w:p>
            <w:r>
              <w:t>(Übrige Gemeinden s. Wkr. 290)</w:t>
            </w:r>
          </w:p>
        </w:tc>
      </w:tr>
      <w:tr>
        <w:trPr>
          <w:cantSplit/>
        </w:trPr>
        <w:tc>
          <w:tcPr>
            <w:tcW w:type="dxa" w:w="9404"/>
            <w:gridSpan w:val="4"/>
          </w:tcPr>
          <w:p>
            <w:r>
              <w:rPr>
                <w:b/>
              </w:rPr>
              <w:t>Saarland</w:t>
            </w:r>
          </w:p>
        </w:tc>
      </w:tr>
      <w:tr>
        <w:trPr>
          <w:cantSplit/>
        </w:trPr>
        <w:tc>
          <w:tcPr>
            <w:tcW w:type="dxa" w:w="2351"/>
          </w:tcPr>
          <w:p>
            <w:r>
              <w:t>296</w:t>
            </w:r>
          </w:p>
        </w:tc>
        <w:tc>
          <w:tcPr>
            <w:tcW w:type="dxa" w:w="2351"/>
          </w:tcPr>
          <w:p>
            <w:r>
              <w:t>Saarbrücken</w:t>
            </w:r>
          </w:p>
        </w:tc>
        <w:tc>
          <w:tcPr>
            <w:tcW w:type="dxa" w:w="4702"/>
            <w:gridSpan w:val="2"/>
          </w:tcPr>
          <w:p>
            <w:r>
              <w:t>Vom Regionalverband Saarbrücken</w:t>
            </w:r>
          </w:p>
        </w:tc>
      </w:tr>
      <w:tr>
        <w:trPr>
          <w:cantSplit/>
        </w:trPr>
        <w:tc>
          <w:tcPr>
            <w:tcW w:type="dxa" w:w="2351"/>
          </w:tcPr>
          <w:p/>
        </w:tc>
        <w:tc>
          <w:tcPr>
            <w:tcW w:type="dxa" w:w="2351"/>
          </w:tcPr>
          <w:p/>
        </w:tc>
        <w:tc>
          <w:tcPr>
            <w:tcW w:type="dxa" w:w="2351"/>
          </w:tcPr>
          <w:p/>
        </w:tc>
        <w:tc>
          <w:tcPr>
            <w:tcW w:type="dxa" w:w="2351"/>
          </w:tcPr>
          <w:p>
            <w:r>
              <w:t>die Gemeinden</w:t>
            </w:r>
            <w:r>
              <w:br/>
            </w:r>
            <w:r>
              <w:t>Großrosseln, Kleinblittersdorf, Püttlingen, Riegelsberg, Saarbrücken, Völklingen</w:t>
            </w:r>
          </w:p>
        </w:tc>
      </w:tr>
      <w:tr>
        <w:trPr>
          <w:cantSplit/>
        </w:trPr>
        <w:tc>
          <w:tcPr>
            <w:tcW w:type="dxa" w:w="2351"/>
          </w:tcPr>
          <w:p/>
        </w:tc>
        <w:tc>
          <w:tcPr>
            <w:tcW w:type="dxa" w:w="2351"/>
          </w:tcPr>
          <w:p/>
        </w:tc>
        <w:tc>
          <w:tcPr>
            <w:tcW w:type="dxa" w:w="4702"/>
            <w:gridSpan w:val="2"/>
          </w:tcPr>
          <w:p>
            <w:r>
              <w:t>(Übrige Gemeinden s. Wkr. 298, 299)</w:t>
            </w:r>
          </w:p>
        </w:tc>
      </w:tr>
      <w:tr>
        <w:trPr>
          <w:cantSplit/>
        </w:trPr>
        <w:tc>
          <w:tcPr>
            <w:tcW w:type="dxa" w:w="2351"/>
          </w:tcPr>
          <w:p>
            <w:r>
              <w:t>297</w:t>
            </w:r>
          </w:p>
        </w:tc>
        <w:tc>
          <w:tcPr>
            <w:tcW w:type="dxa" w:w="2351"/>
          </w:tcPr>
          <w:p>
            <w:r>
              <w:t>Saarlouis</w:t>
            </w:r>
          </w:p>
        </w:tc>
        <w:tc>
          <w:tcPr>
            <w:tcW w:type="dxa" w:w="4702"/>
            <w:gridSpan w:val="2"/>
          </w:tcPr>
          <w:p>
            <w:r>
              <w:t>Landkreis Merzig-Wadern</w:t>
            </w:r>
          </w:p>
        </w:tc>
      </w:tr>
      <w:tr>
        <w:trPr>
          <w:cantSplit/>
        </w:trPr>
        <w:tc>
          <w:tcPr>
            <w:tcW w:type="dxa" w:w="2351"/>
          </w:tcPr>
          <w:p/>
        </w:tc>
        <w:tc>
          <w:tcPr>
            <w:tcW w:type="dxa" w:w="2351"/>
          </w:tcPr>
          <w:p/>
        </w:tc>
        <w:tc>
          <w:tcPr>
            <w:tcW w:type="dxa" w:w="4702"/>
            <w:gridSpan w:val="2"/>
          </w:tcPr>
          <w:p>
            <w:r>
              <w:t>vom Landkreis Saarlouis</w:t>
            </w:r>
          </w:p>
        </w:tc>
      </w:tr>
      <w:tr>
        <w:trPr>
          <w:cantSplit/>
        </w:trPr>
        <w:tc>
          <w:tcPr>
            <w:tcW w:type="dxa" w:w="2351"/>
          </w:tcPr>
          <w:p/>
        </w:tc>
        <w:tc>
          <w:tcPr>
            <w:tcW w:type="dxa" w:w="2351"/>
          </w:tcPr>
          <w:p/>
        </w:tc>
        <w:tc>
          <w:tcPr>
            <w:tcW w:type="dxa" w:w="2351"/>
          </w:tcPr>
          <w:p/>
        </w:tc>
        <w:tc>
          <w:tcPr>
            <w:tcW w:type="dxa" w:w="2351"/>
          </w:tcPr>
          <w:p>
            <w:r>
              <w:t>die Gemeinden</w:t>
            </w:r>
            <w:r>
              <w:br/>
            </w:r>
            <w:r>
              <w:t>Bous, Dillingen/Saar, Ensdorf, Nalbach, Rehlingen-Siersburg, Saarlouis, Saarwellingen, Schwalbach, Überherrn, Wadgassen, Wallerfangen</w:t>
            </w:r>
          </w:p>
        </w:tc>
      </w:tr>
      <w:tr>
        <w:trPr>
          <w:cantSplit/>
        </w:trPr>
        <w:tc>
          <w:tcPr>
            <w:tcW w:type="dxa" w:w="2351"/>
          </w:tcPr>
          <w:p/>
        </w:tc>
        <w:tc>
          <w:tcPr>
            <w:tcW w:type="dxa" w:w="2351"/>
          </w:tcPr>
          <w:p/>
        </w:tc>
        <w:tc>
          <w:tcPr>
            <w:tcW w:type="dxa" w:w="4702"/>
            <w:gridSpan w:val="2"/>
          </w:tcPr>
          <w:p>
            <w:r>
              <w:t>(Übrige Gemeinden s. Wkr. 298)</w:t>
            </w:r>
          </w:p>
        </w:tc>
      </w:tr>
      <w:tr>
        <w:trPr>
          <w:cantSplit/>
        </w:trPr>
        <w:tc>
          <w:tcPr>
            <w:tcW w:type="dxa" w:w="2351"/>
          </w:tcPr>
          <w:p>
            <w:r>
              <w:t>298</w:t>
            </w:r>
          </w:p>
        </w:tc>
        <w:tc>
          <w:tcPr>
            <w:tcW w:type="dxa" w:w="2351"/>
          </w:tcPr>
          <w:p>
            <w:r>
              <w:t>St. Wendel</w:t>
            </w:r>
          </w:p>
        </w:tc>
        <w:tc>
          <w:tcPr>
            <w:tcW w:type="dxa" w:w="4702"/>
            <w:gridSpan w:val="2"/>
          </w:tcPr>
          <w:p>
            <w:r>
              <w:t>Landkreis St. Wendel</w:t>
            </w:r>
          </w:p>
        </w:tc>
      </w:tr>
      <w:tr>
        <w:trPr>
          <w:cantSplit/>
        </w:trPr>
        <w:tc>
          <w:tcPr>
            <w:tcW w:type="dxa" w:w="2351"/>
          </w:tcPr>
          <w:p/>
        </w:tc>
        <w:tc>
          <w:tcPr>
            <w:tcW w:type="dxa" w:w="2351"/>
          </w:tcPr>
          <w:p/>
        </w:tc>
        <w:tc>
          <w:tcPr>
            <w:tcW w:type="dxa" w:w="4702"/>
            <w:gridSpan w:val="2"/>
          </w:tcPr>
          <w:p>
            <w:r>
              <w:t>vom Landkreis Neunkirchen</w:t>
            </w:r>
          </w:p>
        </w:tc>
      </w:tr>
      <w:tr>
        <w:trPr>
          <w:cantSplit/>
        </w:trPr>
        <w:tc>
          <w:tcPr>
            <w:tcW w:type="dxa" w:w="2351"/>
          </w:tcPr>
          <w:p/>
        </w:tc>
        <w:tc>
          <w:tcPr>
            <w:tcW w:type="dxa" w:w="2351"/>
          </w:tcPr>
          <w:p/>
        </w:tc>
        <w:tc>
          <w:tcPr>
            <w:tcW w:type="dxa" w:w="2351"/>
          </w:tcPr>
          <w:p/>
        </w:tc>
        <w:tc>
          <w:tcPr>
            <w:tcW w:type="dxa" w:w="2351"/>
          </w:tcPr>
          <w:p>
            <w:r>
              <w:t>die Gemeinden</w:t>
            </w:r>
            <w:r>
              <w:br/>
            </w:r>
            <w:r>
              <w:t>Eppelborn, Illingen, Merchweiler, Ottweiler, Schiffweiler</w:t>
            </w:r>
          </w:p>
        </w:tc>
      </w:tr>
      <w:tr>
        <w:trPr>
          <w:cantSplit/>
        </w:trPr>
        <w:tc>
          <w:tcPr>
            <w:tcW w:type="dxa" w:w="2351"/>
          </w:tcPr>
          <w:p/>
        </w:tc>
        <w:tc>
          <w:tcPr>
            <w:tcW w:type="dxa" w:w="2351"/>
          </w:tcPr>
          <w:p/>
        </w:tc>
        <w:tc>
          <w:tcPr>
            <w:tcW w:type="dxa" w:w="4702"/>
            <w:gridSpan w:val="2"/>
          </w:tcPr>
          <w:p>
            <w:r>
              <w:t>(Übrige Gemeinden s. Wkr. 299)</w:t>
            </w:r>
          </w:p>
        </w:tc>
      </w:tr>
      <w:tr>
        <w:trPr>
          <w:cantSplit/>
        </w:trPr>
        <w:tc>
          <w:tcPr>
            <w:tcW w:type="dxa" w:w="2351"/>
          </w:tcPr>
          <w:p/>
        </w:tc>
        <w:tc>
          <w:tcPr>
            <w:tcW w:type="dxa" w:w="2351"/>
          </w:tcPr>
          <w:p/>
        </w:tc>
        <w:tc>
          <w:tcPr>
            <w:tcW w:type="dxa" w:w="4702"/>
            <w:gridSpan w:val="2"/>
          </w:tcPr>
          <w:p>
            <w:r>
              <w:t>vom Landkreis Saarlouis</w:t>
            </w:r>
          </w:p>
        </w:tc>
      </w:tr>
      <w:tr>
        <w:trPr>
          <w:cantSplit/>
        </w:trPr>
        <w:tc>
          <w:tcPr>
            <w:tcW w:type="dxa" w:w="2351"/>
          </w:tcPr>
          <w:p/>
        </w:tc>
        <w:tc>
          <w:tcPr>
            <w:tcW w:type="dxa" w:w="2351"/>
          </w:tcPr>
          <w:p/>
        </w:tc>
        <w:tc>
          <w:tcPr>
            <w:tcW w:type="dxa" w:w="2351"/>
          </w:tcPr>
          <w:p/>
        </w:tc>
        <w:tc>
          <w:tcPr>
            <w:tcW w:type="dxa" w:w="2351"/>
          </w:tcPr>
          <w:p>
            <w:r>
              <w:t>die Gemeinden</w:t>
            </w:r>
            <w:r>
              <w:br/>
            </w:r>
            <w:r>
              <w:t>Lebach, Schmelz</w:t>
            </w:r>
          </w:p>
        </w:tc>
      </w:tr>
      <w:tr>
        <w:trPr>
          <w:cantSplit/>
        </w:trPr>
        <w:tc>
          <w:tcPr>
            <w:tcW w:type="dxa" w:w="2351"/>
          </w:tcPr>
          <w:p/>
        </w:tc>
        <w:tc>
          <w:tcPr>
            <w:tcW w:type="dxa" w:w="2351"/>
          </w:tcPr>
          <w:p/>
        </w:tc>
        <w:tc>
          <w:tcPr>
            <w:tcW w:type="dxa" w:w="4702"/>
            <w:gridSpan w:val="2"/>
          </w:tcPr>
          <w:p>
            <w:r>
              <w:t>(Übrige Gemeinden s. Wkr. 297)</w:t>
            </w:r>
          </w:p>
        </w:tc>
      </w:tr>
      <w:tr>
        <w:trPr>
          <w:cantSplit/>
        </w:trPr>
        <w:tc>
          <w:tcPr>
            <w:tcW w:type="dxa" w:w="2351"/>
          </w:tcPr>
          <w:p/>
        </w:tc>
        <w:tc>
          <w:tcPr>
            <w:tcW w:type="dxa" w:w="2351"/>
          </w:tcPr>
          <w:p/>
        </w:tc>
        <w:tc>
          <w:tcPr>
            <w:tcW w:type="dxa" w:w="4702"/>
            <w:gridSpan w:val="2"/>
          </w:tcPr>
          <w:p>
            <w:r>
              <w:t>vom Regionalverband Saarbrücken</w:t>
            </w:r>
          </w:p>
        </w:tc>
      </w:tr>
      <w:tr>
        <w:trPr>
          <w:cantSplit/>
        </w:trPr>
        <w:tc>
          <w:tcPr>
            <w:tcW w:type="dxa" w:w="2351"/>
          </w:tcPr>
          <w:p/>
        </w:tc>
        <w:tc>
          <w:tcPr>
            <w:tcW w:type="dxa" w:w="2351"/>
          </w:tcPr>
          <w:p/>
        </w:tc>
        <w:tc>
          <w:tcPr>
            <w:tcW w:type="dxa" w:w="2351"/>
          </w:tcPr>
          <w:p/>
        </w:tc>
        <w:tc>
          <w:tcPr>
            <w:tcW w:type="dxa" w:w="2351"/>
          </w:tcPr>
          <w:p>
            <w:r>
              <w:t>die Gemeinde Heusweiler</w:t>
            </w:r>
          </w:p>
        </w:tc>
      </w:tr>
      <w:tr>
        <w:trPr>
          <w:cantSplit/>
        </w:trPr>
        <w:tc>
          <w:tcPr>
            <w:tcW w:type="dxa" w:w="2351"/>
          </w:tcPr>
          <w:p/>
        </w:tc>
        <w:tc>
          <w:tcPr>
            <w:tcW w:type="dxa" w:w="2351"/>
          </w:tcPr>
          <w:p/>
        </w:tc>
        <w:tc>
          <w:tcPr>
            <w:tcW w:type="dxa" w:w="4702"/>
            <w:gridSpan w:val="2"/>
          </w:tcPr>
          <w:p>
            <w:r>
              <w:t>(Übrige Gemeinden s. Wkr. 296, 299)</w:t>
            </w:r>
          </w:p>
        </w:tc>
      </w:tr>
      <w:tr>
        <w:trPr>
          <w:cantSplit/>
        </w:trPr>
        <w:tc>
          <w:tcPr>
            <w:tcW w:type="dxa" w:w="2351"/>
          </w:tcPr>
          <w:p>
            <w:r>
              <w:t>299</w:t>
            </w:r>
          </w:p>
        </w:tc>
        <w:tc>
          <w:tcPr>
            <w:tcW w:type="dxa" w:w="2351"/>
          </w:tcPr>
          <w:p>
            <w:r>
              <w:t>Homburg</w:t>
            </w:r>
          </w:p>
        </w:tc>
        <w:tc>
          <w:tcPr>
            <w:tcW w:type="dxa" w:w="4702"/>
            <w:gridSpan w:val="2"/>
          </w:tcPr>
          <w:p>
            <w:r>
              <w:t>Saarpfalz-Kreis</w:t>
            </w:r>
          </w:p>
        </w:tc>
      </w:tr>
      <w:tr>
        <w:trPr>
          <w:cantSplit/>
        </w:trPr>
        <w:tc>
          <w:tcPr>
            <w:tcW w:type="dxa" w:w="2351"/>
          </w:tcPr>
          <w:p/>
        </w:tc>
        <w:tc>
          <w:tcPr>
            <w:tcW w:type="dxa" w:w="2351"/>
          </w:tcPr>
          <w:p/>
        </w:tc>
        <w:tc>
          <w:tcPr>
            <w:tcW w:type="dxa" w:w="4702"/>
            <w:gridSpan w:val="2"/>
          </w:tcPr>
          <w:p>
            <w:r>
              <w:t>vom Landkreis Neunkirchen</w:t>
            </w:r>
          </w:p>
        </w:tc>
      </w:tr>
      <w:tr>
        <w:trPr>
          <w:cantSplit/>
        </w:trPr>
        <w:tc>
          <w:tcPr>
            <w:tcW w:type="dxa" w:w="2351"/>
          </w:tcPr>
          <w:p/>
        </w:tc>
        <w:tc>
          <w:tcPr>
            <w:tcW w:type="dxa" w:w="2351"/>
          </w:tcPr>
          <w:p/>
        </w:tc>
        <w:tc>
          <w:tcPr>
            <w:tcW w:type="dxa" w:w="2351"/>
          </w:tcPr>
          <w:p/>
        </w:tc>
        <w:tc>
          <w:tcPr>
            <w:tcW w:type="dxa" w:w="2351"/>
          </w:tcPr>
          <w:p>
            <w:r>
              <w:t>die Gemeinden</w:t>
            </w:r>
            <w:r>
              <w:br/>
            </w:r>
            <w:r>
              <w:t>Neunkirchen, Spiesen-Elversberg</w:t>
            </w:r>
          </w:p>
        </w:tc>
      </w:tr>
      <w:tr>
        <w:trPr>
          <w:cantSplit/>
        </w:trPr>
        <w:tc>
          <w:tcPr>
            <w:tcW w:type="dxa" w:w="2351"/>
          </w:tcPr>
          <w:p/>
        </w:tc>
        <w:tc>
          <w:tcPr>
            <w:tcW w:type="dxa" w:w="2351"/>
          </w:tcPr>
          <w:p/>
        </w:tc>
        <w:tc>
          <w:tcPr>
            <w:tcW w:type="dxa" w:w="4702"/>
            <w:gridSpan w:val="2"/>
          </w:tcPr>
          <w:p>
            <w:r>
              <w:t>(Übrige Gemeinden s. Wkr. 298)</w:t>
            </w:r>
          </w:p>
        </w:tc>
      </w:tr>
      <w:tr>
        <w:trPr>
          <w:cantSplit/>
        </w:trPr>
        <w:tc>
          <w:tcPr>
            <w:tcW w:type="dxa" w:w="2351"/>
          </w:tcPr>
          <w:p/>
        </w:tc>
        <w:tc>
          <w:tcPr>
            <w:tcW w:type="dxa" w:w="2351"/>
          </w:tcPr>
          <w:p/>
        </w:tc>
        <w:tc>
          <w:tcPr>
            <w:tcW w:type="dxa" w:w="4702"/>
            <w:gridSpan w:val="2"/>
          </w:tcPr>
          <w:p>
            <w:r>
              <w:t>vom Regionalverband Saarbrücken</w:t>
            </w:r>
          </w:p>
        </w:tc>
      </w:tr>
      <w:tr>
        <w:trPr>
          <w:cantSplit/>
        </w:trPr>
        <w:tc>
          <w:tcPr>
            <w:tcW w:type="dxa" w:w="2351"/>
          </w:tcPr>
          <w:p/>
        </w:tc>
        <w:tc>
          <w:tcPr>
            <w:tcW w:type="dxa" w:w="2351"/>
          </w:tcPr>
          <w:p/>
        </w:tc>
        <w:tc>
          <w:tcPr>
            <w:tcW w:type="dxa" w:w="2351"/>
          </w:tcPr>
          <w:p/>
        </w:tc>
        <w:tc>
          <w:tcPr>
            <w:tcW w:type="dxa" w:w="2351"/>
          </w:tcPr>
          <w:p>
            <w:r>
              <w:t>die Gemeinden</w:t>
            </w:r>
            <w:r>
              <w:br/>
            </w:r>
            <w:r>
              <w:t>Friedrichsthal, Quierschied, Sulzbach/Saar</w:t>
            </w:r>
          </w:p>
        </w:tc>
      </w:tr>
      <w:tr>
        <w:trPr>
          <w:cantSplit/>
        </w:trPr>
        <w:tc>
          <w:tcPr>
            <w:tcW w:type="dxa" w:w="2351"/>
          </w:tcPr>
          <w:p/>
        </w:tc>
        <w:tc>
          <w:tcPr>
            <w:tcW w:type="dxa" w:w="2351"/>
          </w:tcPr>
          <w:p/>
        </w:tc>
        <w:tc>
          <w:tcPr>
            <w:tcW w:type="dxa" w:w="4702"/>
            <w:gridSpan w:val="2"/>
          </w:tcPr>
          <w:p>
            <w:r>
              <w:t>(Übrige Gemeinden s. Wkr. 296, 298)</w:t>
            </w:r>
          </w:p>
        </w:tc>
      </w:tr>
    </w:tbl>
    <w:p>
      <w:pPr>
        <w:spacing w:after="0"/>
      </w:pPr>
    </w:p>
    <w:p>
      <w:pPr>
        <w:spacing w:before="480"/>
      </w:pPr>
      <w:r>
        <w:t xml:space="preserve">Ende des Gesetzes: Bundeswahlgesetz (BWahlG)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wah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Bundeswahlgesetz (BWahlG)</dc:title>
  <dc:subject>Nicht amtliche Fassung</dc:subject>
  <dc:creator>Barrierefreie Gesetze</dc:creator>
  <cp:keywords/>
  <dc:description/>
  <cp:lastModifiedBy>Barrierefreie Gesetze</cp:lastModifiedBy>
  <cp:revision>1</cp:revision>
  <dcterms:created xsi:type="dcterms:W3CDTF">2026-10-19T19:52:23Z</dcterms:created>
  <dcterms:modified xsi:type="dcterms:W3CDTF">2026-10-19T19:52:23Z</dcterms:modified>
  <cp:category/>
  <dc:language>de-DE</dc:language>
</cp:coreProperties>
</file>